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C56D6" w14:textId="26FBD1D6" w:rsidR="002A46DE" w:rsidRDefault="00C641FB" w:rsidP="00EB1B7B">
      <w:pPr>
        <w:pStyle w:val="Heading1"/>
        <w:jc w:val="center"/>
      </w:pPr>
      <w:r>
        <w:rPr>
          <w:color w:val="0D2D83"/>
          <w:spacing w:val="-18"/>
        </w:rPr>
        <w:t>ASISTENCIA</w:t>
      </w:r>
      <w:r>
        <w:rPr>
          <w:color w:val="0D2D83"/>
          <w:spacing w:val="-36"/>
        </w:rPr>
        <w:t xml:space="preserve"> </w:t>
      </w:r>
      <w:r>
        <w:rPr>
          <w:color w:val="0D2D83"/>
          <w:spacing w:val="-18"/>
        </w:rPr>
        <w:t>LEGAL</w:t>
      </w:r>
      <w:r>
        <w:rPr>
          <w:color w:val="0D2D83"/>
          <w:spacing w:val="-36"/>
        </w:rPr>
        <w:t xml:space="preserve"> </w:t>
      </w:r>
      <w:r>
        <w:rPr>
          <w:color w:val="0D2D83"/>
          <w:spacing w:val="-18"/>
        </w:rPr>
        <w:t xml:space="preserve">DE </w:t>
      </w:r>
      <w:r w:rsidR="00ED1188">
        <w:rPr>
          <w:color w:val="0D2D83"/>
        </w:rPr>
        <w:t xml:space="preserve">INMIGRACIÓN </w:t>
      </w:r>
      <w:r>
        <w:rPr>
          <w:color w:val="0D2D83"/>
          <w:spacing w:val="-7"/>
        </w:rPr>
        <w:t>GRATIS</w:t>
      </w:r>
    </w:p>
    <w:p w14:paraId="466C3D4A" w14:textId="6EB53BE7" w:rsidR="002A46DE" w:rsidRPr="00026A43" w:rsidRDefault="00D65063" w:rsidP="00026A43">
      <w:pPr>
        <w:jc w:val="center"/>
        <w:rPr>
          <w:rStyle w:val="Strong"/>
        </w:rPr>
      </w:pPr>
      <w:r w:rsidRPr="00026A43">
        <w:rPr>
          <w:rStyle w:val="Strong"/>
        </w:rPr>
        <w:t>Massachusetts Office for Refugees and Immigrants (ORI)</w:t>
      </w:r>
    </w:p>
    <w:p w14:paraId="417808F0" w14:textId="73626953" w:rsidR="002A46DE" w:rsidRPr="00672C4D" w:rsidRDefault="00672C4D" w:rsidP="00DA165B">
      <w:pPr>
        <w:pStyle w:val="Heading2"/>
        <w:rPr>
          <w:lang w:val="pt-BR"/>
        </w:rPr>
      </w:pPr>
      <w:r w:rsidRPr="00672C4D">
        <w:rPr>
          <w:lang w:val="pt-BR"/>
        </w:rPr>
        <w:t xml:space="preserve">¿Para quién es este </w:t>
      </w:r>
      <w:r w:rsidRPr="00ED5A41">
        <w:rPr>
          <w:lang w:val="pt-BR"/>
        </w:rPr>
        <w:t>servicio</w:t>
      </w:r>
      <w:r w:rsidRPr="00672C4D">
        <w:rPr>
          <w:lang w:val="pt-BR"/>
        </w:rPr>
        <w:t>?</w:t>
      </w:r>
    </w:p>
    <w:p w14:paraId="3888AC9F" w14:textId="55046A40" w:rsidR="002A46DE" w:rsidRPr="00364B00" w:rsidRDefault="00A52C93" w:rsidP="00026A43">
      <w:pPr>
        <w:pStyle w:val="NoSpacing"/>
        <w:rPr>
          <w:rStyle w:val="Strong"/>
          <w:lang w:val="pt-BR"/>
        </w:rPr>
      </w:pPr>
      <w:r>
        <w:rPr>
          <w:rStyle w:val="Strong"/>
          <w:lang w:val="pt-BR"/>
        </w:rPr>
        <w:t>¿Tiene</w:t>
      </w:r>
      <w:r w:rsidR="00B6544F" w:rsidRPr="00A52C93">
        <w:rPr>
          <w:rStyle w:val="Strong"/>
          <w:lang w:val="pt-BR"/>
        </w:rPr>
        <w:t xml:space="preserve"> dificultades para encontrar un abogado de inmigración y tiene preguntas legales urgentes?</w:t>
      </w:r>
      <w:r w:rsidRPr="00A52C93">
        <w:rPr>
          <w:rStyle w:val="Strong"/>
          <w:lang w:val="pt-BR"/>
        </w:rPr>
        <w:t xml:space="preserve"> </w:t>
      </w:r>
      <w:r w:rsidR="00EA5159" w:rsidRPr="00364B00">
        <w:rPr>
          <w:rStyle w:val="Strong"/>
          <w:lang w:val="pt-BR"/>
        </w:rPr>
        <w:t>Si encaja en CUALQUIERA de estas categorias</w:t>
      </w:r>
      <w:r w:rsidR="00D65063" w:rsidRPr="00364B00">
        <w:rPr>
          <w:rStyle w:val="Strong"/>
          <w:lang w:val="pt-BR"/>
        </w:rPr>
        <w:t>:</w:t>
      </w:r>
    </w:p>
    <w:p w14:paraId="2FADD9C7" w14:textId="77777777" w:rsidR="00026A43" w:rsidRPr="00364B00" w:rsidRDefault="00026A43" w:rsidP="00026A43">
      <w:pPr>
        <w:pStyle w:val="NoSpacing"/>
        <w:rPr>
          <w:lang w:val="pt-BR"/>
        </w:rPr>
      </w:pPr>
    </w:p>
    <w:p w14:paraId="24CEBA77" w14:textId="77777777" w:rsidR="00B8712F" w:rsidRPr="00B8712F" w:rsidRDefault="00B8712F" w:rsidP="00B8712F">
      <w:pPr>
        <w:pStyle w:val="ListBullet"/>
        <w:rPr>
          <w:lang w:val="pt-BR"/>
        </w:rPr>
      </w:pPr>
      <w:r w:rsidRPr="00B8712F">
        <w:rPr>
          <w:lang w:val="pt-BR"/>
        </w:rPr>
        <w:t>Una persona que actualmente recibe o anteriormente recibió el Estatus de Protección Temporal (TPS)</w:t>
      </w:r>
    </w:p>
    <w:p w14:paraId="29D438C1" w14:textId="77777777" w:rsidR="00B8712F" w:rsidRPr="00B8712F" w:rsidRDefault="00B8712F" w:rsidP="00B8712F">
      <w:pPr>
        <w:pStyle w:val="ListBullet"/>
        <w:rPr>
          <w:lang w:val="pt-BR"/>
        </w:rPr>
      </w:pPr>
      <w:r w:rsidRPr="00B8712F">
        <w:rPr>
          <w:lang w:val="pt-BR"/>
        </w:rPr>
        <w:t xml:space="preserve"> Es un residente actual del refugio EA</w:t>
      </w:r>
    </w:p>
    <w:p w14:paraId="27715ED0" w14:textId="77777777" w:rsidR="00B8712F" w:rsidRDefault="00B8712F" w:rsidP="00356963">
      <w:pPr>
        <w:pStyle w:val="ListBullet"/>
        <w:rPr>
          <w:lang w:val="pt-BR"/>
        </w:rPr>
      </w:pPr>
      <w:r w:rsidRPr="00B8712F">
        <w:rPr>
          <w:lang w:val="pt-BR"/>
        </w:rPr>
        <w:t>Salió del refugio de emergencia familiar (EA) en los últimos 12 meses</w:t>
      </w:r>
    </w:p>
    <w:p w14:paraId="323961F3" w14:textId="54B4641C" w:rsidR="00B8712F" w:rsidRPr="00B8712F" w:rsidRDefault="00B8712F" w:rsidP="00356963">
      <w:pPr>
        <w:pStyle w:val="ListBullet"/>
        <w:rPr>
          <w:lang w:val="pt-BR"/>
        </w:rPr>
      </w:pPr>
      <w:r w:rsidRPr="00B8712F">
        <w:rPr>
          <w:lang w:val="pt-BR"/>
        </w:rPr>
        <w:t>Recibe el beneficio de HomeBASE (ayuda del estado para pagar renta)</w:t>
      </w:r>
    </w:p>
    <w:p w14:paraId="06C97BB3" w14:textId="31E2449B" w:rsidR="002A46DE" w:rsidRPr="00364B00" w:rsidRDefault="00364B00" w:rsidP="00026A43">
      <w:pPr>
        <w:pStyle w:val="Heading2"/>
        <w:rPr>
          <w:lang w:val="pt-BR"/>
        </w:rPr>
      </w:pPr>
      <w:r w:rsidRPr="00364B00">
        <w:rPr>
          <w:lang w:val="pt-BR"/>
        </w:rPr>
        <w:t>Asesoramiento legal gratuito sobre inmigración</w:t>
      </w:r>
    </w:p>
    <w:p w14:paraId="7A9B4742" w14:textId="2FB402D5" w:rsidR="002A46DE" w:rsidRPr="008E6713" w:rsidRDefault="00164923">
      <w:pPr>
        <w:rPr>
          <w:rStyle w:val="Strong"/>
          <w:lang w:val="pt-BR"/>
        </w:rPr>
      </w:pPr>
      <w:r w:rsidRPr="008E6713">
        <w:rPr>
          <w:rStyle w:val="Strong"/>
          <w:lang w:val="pt-BR"/>
        </w:rPr>
        <w:t>Puede programar una cita con un abogado de inmigración para discutir cualquier pregunta o inquietud legal que pueda tener, como</w:t>
      </w:r>
      <w:r w:rsidR="00A36897" w:rsidRPr="008E6713">
        <w:rPr>
          <w:rStyle w:val="Strong"/>
          <w:lang w:val="pt-BR"/>
        </w:rPr>
        <w:t>:</w:t>
      </w:r>
    </w:p>
    <w:p w14:paraId="1B6924B0" w14:textId="77777777" w:rsidR="008E6713" w:rsidRDefault="008E6713" w:rsidP="008E6713">
      <w:pPr>
        <w:pStyle w:val="ListBullet"/>
      </w:pPr>
      <w:r w:rsidRPr="008E6713">
        <w:rPr>
          <w:lang w:val="pt-BR"/>
        </w:rPr>
        <w:t xml:space="preserve">¡Tengo una cita con ICE! </w:t>
      </w:r>
      <w:r>
        <w:t>¿Qué debo hacer?</w:t>
      </w:r>
    </w:p>
    <w:p w14:paraId="2BB133B4" w14:textId="77777777" w:rsidR="008E6713" w:rsidRDefault="008E6713" w:rsidP="008E6713">
      <w:pPr>
        <w:pStyle w:val="ListBullet"/>
      </w:pPr>
      <w:r w:rsidRPr="008E6713">
        <w:rPr>
          <w:lang w:val="pt-BR"/>
        </w:rPr>
        <w:t xml:space="preserve">¡Tengo una fecha de corte próximo! </w:t>
      </w:r>
      <w:r>
        <w:t>¿Qué debo hacer?</w:t>
      </w:r>
    </w:p>
    <w:p w14:paraId="481949F8" w14:textId="77777777" w:rsidR="008E6713" w:rsidRDefault="008E6713" w:rsidP="008E6713">
      <w:pPr>
        <w:pStyle w:val="ListBullet"/>
      </w:pPr>
      <w:r w:rsidRPr="008E6713">
        <w:rPr>
          <w:lang w:val="pt-BR"/>
        </w:rPr>
        <w:t xml:space="preserve">Mi permiso de trabajo está a punto de expirar… </w:t>
      </w:r>
      <w:r>
        <w:t>¿qué debo hacer?</w:t>
      </w:r>
    </w:p>
    <w:p w14:paraId="4C8436E7" w14:textId="0D37972C" w:rsidR="008E6713" w:rsidRPr="008E6713" w:rsidRDefault="008E6713" w:rsidP="008E6713">
      <w:pPr>
        <w:pStyle w:val="ListBullet"/>
        <w:numPr>
          <w:ilvl w:val="0"/>
          <w:numId w:val="0"/>
        </w:numPr>
        <w:ind w:left="360"/>
        <w:rPr>
          <w:lang w:val="pt-BR"/>
        </w:rPr>
      </w:pPr>
      <w:r w:rsidRPr="008E6713">
        <w:rPr>
          <w:lang w:val="pt-BR"/>
        </w:rPr>
        <w:t>¿Soy elegible para asilo? Y más</w:t>
      </w:r>
    </w:p>
    <w:p w14:paraId="02FD7A77" w14:textId="54A8B296" w:rsidR="002A46DE" w:rsidRPr="001C60BF" w:rsidRDefault="00886760">
      <w:pPr>
        <w:pStyle w:val="Heading2"/>
        <w:rPr>
          <w:lang w:val="pt-BR"/>
        </w:rPr>
      </w:pPr>
      <w:r w:rsidRPr="00886760">
        <w:rPr>
          <w:lang w:val="pt-BR"/>
        </w:rPr>
        <w:t>Cómo solicitar</w:t>
      </w:r>
    </w:p>
    <w:p w14:paraId="514FCDD1" w14:textId="536B0C88" w:rsidR="002A46DE" w:rsidRPr="001C60BF" w:rsidRDefault="001C60BF">
      <w:pPr>
        <w:rPr>
          <w:rStyle w:val="Strong"/>
          <w:lang w:val="pt-BR"/>
        </w:rPr>
      </w:pPr>
      <w:r w:rsidRPr="001C60BF">
        <w:rPr>
          <w:rStyle w:val="Strong"/>
          <w:lang w:val="pt-BR"/>
        </w:rPr>
        <w:t>Si está interesado en este servicio, complete el formulario utilizando este código QR</w:t>
      </w:r>
      <w:r w:rsidR="000216FE" w:rsidRPr="001C60BF">
        <w:rPr>
          <w:rStyle w:val="Strong"/>
          <w:lang w:val="pt-BR"/>
        </w:rPr>
        <w:t xml:space="preserve"> </w:t>
      </w:r>
      <w:r w:rsidR="00E04D61" w:rsidRPr="00E04D61">
        <w:rPr>
          <w:rStyle w:val="Strong"/>
          <w:lang w:val="pt-BR"/>
        </w:rPr>
        <w:t>a continuación (abre la cámara, apunta al código y toca el enlace):</w:t>
      </w:r>
    </w:p>
    <w:p w14:paraId="7E8A5E67" w14:textId="77777777" w:rsidR="00547DD1" w:rsidRDefault="00244E67" w:rsidP="000A33D6">
      <w:pPr>
        <w:jc w:val="center"/>
        <w:rPr>
          <w:rStyle w:val="Strong"/>
        </w:rPr>
      </w:pPr>
      <w:r w:rsidRPr="00244E67">
        <w:rPr>
          <w:rStyle w:val="Strong"/>
          <w:noProof/>
        </w:rPr>
        <w:drawing>
          <wp:inline distT="0" distB="0" distL="0" distR="0" wp14:anchorId="493F5AF6" wp14:editId="6E6A3542">
            <wp:extent cx="1026942" cy="1026942"/>
            <wp:effectExtent l="0" t="0" r="1905" b="1905"/>
            <wp:docPr id="1633206634" name="Picture 2" descr="QR code linking to the Immigration Legal Helpdesk registration for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206634" name="Picture 2" descr="QR code linking to the Immigration Legal Helpdesk registration form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942" cy="1026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A45E40" w14:textId="38BBF9E7" w:rsidR="00244E67" w:rsidRPr="009174D2" w:rsidRDefault="009174D2" w:rsidP="000A33D6">
      <w:pPr>
        <w:jc w:val="center"/>
        <w:rPr>
          <w:rStyle w:val="Strong"/>
          <w:lang w:val="pt-BR"/>
        </w:rPr>
      </w:pPr>
      <w:hyperlink r:id="rId9" w:history="1">
        <w:r>
          <w:rPr>
            <w:rStyle w:val="Hyperlink"/>
            <w:lang w:val="pt-BR"/>
          </w:rPr>
          <w:t>O haga clic aquí para acceder al formulario que aparece en el código QR</w:t>
        </w:r>
      </w:hyperlink>
    </w:p>
    <w:p w14:paraId="40BAD7CC" w14:textId="4A47FCB6" w:rsidR="002A46DE" w:rsidRPr="007D70CD" w:rsidRDefault="007D70CD">
      <w:pPr>
        <w:rPr>
          <w:lang w:val="pt-BR"/>
        </w:rPr>
      </w:pPr>
      <w:r w:rsidRPr="007D70CD">
        <w:rPr>
          <w:lang w:val="pt-BR"/>
        </w:rPr>
        <w:t>Si es elegible para este servicio, recibirá un correo electrónico con instrucciones para programar una cita con un abogado de inmigración.</w:t>
      </w:r>
    </w:p>
    <w:p w14:paraId="64CA760E" w14:textId="5932FCD4" w:rsidR="00EB1B7B" w:rsidRPr="00A3236C" w:rsidRDefault="00A3236C" w:rsidP="00EB1B7B">
      <w:pPr>
        <w:pStyle w:val="Heading2"/>
        <w:rPr>
          <w:lang w:val="pt-BR"/>
        </w:rPr>
      </w:pPr>
      <w:r w:rsidRPr="00A3236C">
        <w:rPr>
          <w:lang w:val="pt-BR"/>
        </w:rPr>
        <w:lastRenderedPageBreak/>
        <w:t>Para recibir el enlace de este programa, envíe un correo electrónico a:</w:t>
      </w:r>
    </w:p>
    <w:p w14:paraId="4A0E170C" w14:textId="461FDCC3" w:rsidR="00EB1B7B" w:rsidRDefault="00EB1B7B" w:rsidP="00EB1B7B">
      <w:r w:rsidRPr="00EB1B7B">
        <w:rPr>
          <w:b/>
          <w:bCs/>
        </w:rPr>
        <w:t>ori-helpdesk@mass.gov</w:t>
      </w:r>
    </w:p>
    <w:sectPr w:rsidR="00EB1B7B" w:rsidSect="00034616">
      <w:head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B7104" w14:textId="77777777" w:rsidR="00725D56" w:rsidRDefault="00725D56" w:rsidP="00244E67">
      <w:pPr>
        <w:spacing w:after="0" w:line="240" w:lineRule="auto"/>
      </w:pPr>
      <w:r>
        <w:separator/>
      </w:r>
    </w:p>
  </w:endnote>
  <w:endnote w:type="continuationSeparator" w:id="0">
    <w:p w14:paraId="0F649003" w14:textId="77777777" w:rsidR="00725D56" w:rsidRDefault="00725D56" w:rsidP="00244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D60AF8" w14:textId="77777777" w:rsidR="00725D56" w:rsidRDefault="00725D56" w:rsidP="00244E67">
      <w:pPr>
        <w:spacing w:after="0" w:line="240" w:lineRule="auto"/>
      </w:pPr>
      <w:r>
        <w:separator/>
      </w:r>
    </w:p>
  </w:footnote>
  <w:footnote w:type="continuationSeparator" w:id="0">
    <w:p w14:paraId="4C927756" w14:textId="77777777" w:rsidR="00725D56" w:rsidRDefault="00725D56" w:rsidP="00244E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A846F" w14:textId="404109DA" w:rsidR="000A33D6" w:rsidRDefault="000A33D6" w:rsidP="000A33D6">
    <w:pPr>
      <w:pStyle w:val="Header"/>
      <w:jc w:val="center"/>
    </w:pPr>
    <w:r>
      <w:rPr>
        <w:noProof/>
      </w:rPr>
      <w:drawing>
        <wp:inline distT="0" distB="0" distL="0" distR="0" wp14:anchorId="1A23C8D7" wp14:editId="6DB411EA">
          <wp:extent cx="921434" cy="857979"/>
          <wp:effectExtent l="0" t="0" r="0" b="0"/>
          <wp:docPr id="514696041" name="Picture 1" descr="ORI Seal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4696041" name="Picture 1" descr="ORI Seal 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31795" cy="8676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3C06FC9"/>
    <w:multiLevelType w:val="hybridMultilevel"/>
    <w:tmpl w:val="96942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BD3158"/>
    <w:multiLevelType w:val="hybridMultilevel"/>
    <w:tmpl w:val="689827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3131633">
    <w:abstractNumId w:val="8"/>
  </w:num>
  <w:num w:numId="2" w16cid:durableId="1294944728">
    <w:abstractNumId w:val="6"/>
  </w:num>
  <w:num w:numId="3" w16cid:durableId="1464813414">
    <w:abstractNumId w:val="5"/>
  </w:num>
  <w:num w:numId="4" w16cid:durableId="1731876421">
    <w:abstractNumId w:val="4"/>
  </w:num>
  <w:num w:numId="5" w16cid:durableId="955284604">
    <w:abstractNumId w:val="7"/>
  </w:num>
  <w:num w:numId="6" w16cid:durableId="1031342644">
    <w:abstractNumId w:val="3"/>
  </w:num>
  <w:num w:numId="7" w16cid:durableId="1964922194">
    <w:abstractNumId w:val="2"/>
  </w:num>
  <w:num w:numId="8" w16cid:durableId="1600679319">
    <w:abstractNumId w:val="1"/>
  </w:num>
  <w:num w:numId="9" w16cid:durableId="1661275520">
    <w:abstractNumId w:val="0"/>
  </w:num>
  <w:num w:numId="10" w16cid:durableId="1823542837">
    <w:abstractNumId w:val="9"/>
  </w:num>
  <w:num w:numId="11" w16cid:durableId="189708410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16FE"/>
    <w:rsid w:val="00026A43"/>
    <w:rsid w:val="00034616"/>
    <w:rsid w:val="0006063C"/>
    <w:rsid w:val="000A33D6"/>
    <w:rsid w:val="0015074B"/>
    <w:rsid w:val="00164923"/>
    <w:rsid w:val="001C5938"/>
    <w:rsid w:val="001C60BF"/>
    <w:rsid w:val="002017F8"/>
    <w:rsid w:val="00244E67"/>
    <w:rsid w:val="0029639D"/>
    <w:rsid w:val="002A46DE"/>
    <w:rsid w:val="002D4C4D"/>
    <w:rsid w:val="0032354E"/>
    <w:rsid w:val="00326F90"/>
    <w:rsid w:val="00340B36"/>
    <w:rsid w:val="00356963"/>
    <w:rsid w:val="00364B00"/>
    <w:rsid w:val="003E2D20"/>
    <w:rsid w:val="00463067"/>
    <w:rsid w:val="00547DD1"/>
    <w:rsid w:val="00615EC6"/>
    <w:rsid w:val="00632865"/>
    <w:rsid w:val="00660EBC"/>
    <w:rsid w:val="00672C4D"/>
    <w:rsid w:val="00725D56"/>
    <w:rsid w:val="00726623"/>
    <w:rsid w:val="00742541"/>
    <w:rsid w:val="007D70CD"/>
    <w:rsid w:val="00822758"/>
    <w:rsid w:val="00877905"/>
    <w:rsid w:val="00886760"/>
    <w:rsid w:val="008E6713"/>
    <w:rsid w:val="009174D2"/>
    <w:rsid w:val="009758DA"/>
    <w:rsid w:val="009847A4"/>
    <w:rsid w:val="009A36E7"/>
    <w:rsid w:val="009B51EF"/>
    <w:rsid w:val="00A3236C"/>
    <w:rsid w:val="00A36897"/>
    <w:rsid w:val="00A52C93"/>
    <w:rsid w:val="00A64198"/>
    <w:rsid w:val="00A762CF"/>
    <w:rsid w:val="00AA1D8D"/>
    <w:rsid w:val="00B47730"/>
    <w:rsid w:val="00B6544F"/>
    <w:rsid w:val="00B8712F"/>
    <w:rsid w:val="00C04E0E"/>
    <w:rsid w:val="00C61222"/>
    <w:rsid w:val="00C641FB"/>
    <w:rsid w:val="00C74979"/>
    <w:rsid w:val="00CA1D96"/>
    <w:rsid w:val="00CB0664"/>
    <w:rsid w:val="00D13753"/>
    <w:rsid w:val="00D27480"/>
    <w:rsid w:val="00D65063"/>
    <w:rsid w:val="00D70CEC"/>
    <w:rsid w:val="00DA165B"/>
    <w:rsid w:val="00DD5B37"/>
    <w:rsid w:val="00E04D61"/>
    <w:rsid w:val="00E17A4F"/>
    <w:rsid w:val="00EA5159"/>
    <w:rsid w:val="00EB1B7B"/>
    <w:rsid w:val="00ED1188"/>
    <w:rsid w:val="00ED5A41"/>
    <w:rsid w:val="00F32F8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B4C9FA4"/>
  <w14:defaultImageDpi w14:val="300"/>
  <w15:docId w15:val="{3391E826-6223-4667-9470-C61D8B434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6A43"/>
  </w:style>
  <w:style w:type="paragraph" w:styleId="Heading1">
    <w:name w:val="heading 1"/>
    <w:basedOn w:val="Normal"/>
    <w:next w:val="Normal"/>
    <w:link w:val="Heading1Char"/>
    <w:uiPriority w:val="9"/>
    <w:qFormat/>
    <w:rsid w:val="00DA16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26A4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DA165B"/>
    <w:rPr>
      <w:rFonts w:asciiTheme="majorHAnsi" w:eastAsiaTheme="majorEastAsia" w:hAnsiTheme="majorHAnsi" w:cstheme="majorBidi"/>
      <w:b/>
      <w:bCs/>
      <w:color w:val="365F91" w:themeColor="accent1" w:themeShade="BF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26A43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74254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25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forms.office.com/Pages/ResponsePage.aspx?id=Fh2GPrdIDkqYBowE2Bt7Ktu4xGt6WXBNhDhzHZazW6pURDRYMjlUT0tPRTRURTVDMjdaQkoyWDc0TiQlQCN0PWc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Free Immigration Legal Helpdesk</vt:lpstr>
    </vt:vector>
  </TitlesOfParts>
  <Manager/>
  <Company/>
  <LinksUpToDate>false</LinksUpToDate>
  <CharactersWithSpaces>1538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Free Immigration Legal Helpdesk</dc:title>
  <dc:subject>Accessible flyer</dc:subject>
  <dc:creator>python-docx</dc:creator>
  <cp:keywords/>
  <dc:description>generated by python-docx</dc:description>
  <cp:lastModifiedBy>Angelo, Fabiano F (ORI)</cp:lastModifiedBy>
  <cp:revision>37</cp:revision>
  <cp:lastPrinted>2026-07-13T13:04:00Z</cp:lastPrinted>
  <dcterms:created xsi:type="dcterms:W3CDTF">2026-07-13T13:40:00Z</dcterms:created>
  <dcterms:modified xsi:type="dcterms:W3CDTF">2026-07-28T20:41:00Z</dcterms:modified>
  <cp:category/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50859cd3-a1fd-473c-85ae-3117388875cf</vt:lpwstr>
  </property>
</Properties>
</file>