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3BF1" w14:textId="6EFEE301" w:rsidR="00146138" w:rsidRPr="00133F6D" w:rsidRDefault="00146138" w:rsidP="00146138">
      <w:pPr>
        <w:pStyle w:val="Heading1"/>
        <w:jc w:val="center"/>
        <w:rPr>
          <w:lang w:val="pt-BR"/>
        </w:rPr>
      </w:pPr>
      <w:r w:rsidRPr="00133F6D">
        <w:rPr>
          <w:lang w:val="pt-BR"/>
        </w:rPr>
        <w:t>ASSISTÊNCIA JURÍDICA GRATUITA DE IMIGRAÇÃO</w:t>
      </w:r>
    </w:p>
    <w:p w14:paraId="466C3D4A" w14:textId="6EB53BE7" w:rsidR="002A46DE" w:rsidRPr="00133F6D" w:rsidRDefault="00D65063" w:rsidP="00026A43">
      <w:pPr>
        <w:jc w:val="center"/>
        <w:rPr>
          <w:rStyle w:val="Strong"/>
          <w:lang w:val="pt-BR"/>
        </w:rPr>
      </w:pPr>
      <w:r w:rsidRPr="00133F6D">
        <w:rPr>
          <w:rStyle w:val="Strong"/>
          <w:lang w:val="pt-BR"/>
        </w:rPr>
        <w:t>Massachusetts Office for Refugees and Immigrants (ORI)</w:t>
      </w:r>
    </w:p>
    <w:p w14:paraId="417808F0" w14:textId="59594C0F" w:rsidR="002A46DE" w:rsidRPr="00133F6D" w:rsidRDefault="005A10FB">
      <w:pPr>
        <w:pStyle w:val="Heading2"/>
        <w:rPr>
          <w:lang w:val="pt-BR"/>
        </w:rPr>
      </w:pPr>
      <w:r w:rsidRPr="00133F6D">
        <w:rPr>
          <w:lang w:val="pt-BR"/>
        </w:rPr>
        <w:t>Para quem é este serviço?</w:t>
      </w:r>
    </w:p>
    <w:p w14:paraId="2FADD9C7" w14:textId="22DB2DB2" w:rsidR="00026A43" w:rsidRPr="00133F6D" w:rsidRDefault="00316FEC" w:rsidP="00026A43">
      <w:pPr>
        <w:pStyle w:val="NoSpacing"/>
        <w:rPr>
          <w:rStyle w:val="Strong"/>
          <w:lang w:val="pt-BR"/>
        </w:rPr>
      </w:pPr>
      <w:r w:rsidRPr="00133F6D">
        <w:rPr>
          <w:rStyle w:val="Strong"/>
          <w:lang w:val="pt-BR"/>
        </w:rPr>
        <w:t>Você está com dificuldade para encontrar um advogado de imigração e tem dúvidas jurídicas urgentes?</w:t>
      </w:r>
      <w:r w:rsidR="00CD3574" w:rsidRPr="00133F6D">
        <w:rPr>
          <w:rStyle w:val="Strong"/>
          <w:lang w:val="pt-BR"/>
        </w:rPr>
        <w:t xml:space="preserve"> Você pode ser elegível se atender a QUALQUER um dos seguintes critérios:</w:t>
      </w:r>
    </w:p>
    <w:p w14:paraId="5A072105" w14:textId="77777777" w:rsidR="00CD3574" w:rsidRPr="00133F6D" w:rsidRDefault="00CD3574" w:rsidP="00A049D1">
      <w:pPr>
        <w:pStyle w:val="NoSpacing"/>
        <w:jc w:val="both"/>
        <w:rPr>
          <w:lang w:val="pt-BR"/>
        </w:rPr>
      </w:pPr>
    </w:p>
    <w:p w14:paraId="52A8E67A" w14:textId="07858F00" w:rsidR="005A7A97" w:rsidRPr="00133F6D" w:rsidRDefault="005A7A97" w:rsidP="00A049D1">
      <w:pPr>
        <w:pStyle w:val="ListBullet"/>
        <w:numPr>
          <w:ilvl w:val="0"/>
          <w:numId w:val="13"/>
        </w:numPr>
        <w:jc w:val="both"/>
        <w:rPr>
          <w:lang w:val="pt-BR"/>
        </w:rPr>
      </w:pPr>
      <w:r w:rsidRPr="00133F6D">
        <w:rPr>
          <w:lang w:val="pt-BR"/>
        </w:rPr>
        <w:t>Beneficiário atual ou anterior do Status de Proteção Temporária (TPS).</w:t>
      </w:r>
    </w:p>
    <w:p w14:paraId="349EBACD" w14:textId="1F83CD7B" w:rsidR="005A7A97" w:rsidRPr="00133F6D" w:rsidRDefault="005A7A97" w:rsidP="00A049D1">
      <w:pPr>
        <w:pStyle w:val="ListBullet"/>
        <w:numPr>
          <w:ilvl w:val="0"/>
          <w:numId w:val="13"/>
        </w:numPr>
        <w:jc w:val="both"/>
        <w:rPr>
          <w:lang w:val="pt-BR"/>
        </w:rPr>
      </w:pPr>
      <w:r w:rsidRPr="00133F6D">
        <w:rPr>
          <w:lang w:val="pt-BR"/>
        </w:rPr>
        <w:t>Residente atual de um abrigo de assistência emergencial para famílias.</w:t>
      </w:r>
    </w:p>
    <w:p w14:paraId="41D345D1" w14:textId="05B3B13F" w:rsidR="00A049D1" w:rsidRPr="00133F6D" w:rsidRDefault="005C2ED6" w:rsidP="00A049D1">
      <w:pPr>
        <w:pStyle w:val="ListBullet"/>
        <w:numPr>
          <w:ilvl w:val="0"/>
          <w:numId w:val="13"/>
        </w:numPr>
        <w:jc w:val="both"/>
        <w:rPr>
          <w:lang w:val="pt-BR"/>
        </w:rPr>
      </w:pPr>
      <w:r w:rsidRPr="00133F6D">
        <w:rPr>
          <w:lang w:val="pt-BR"/>
        </w:rPr>
        <w:t>Saiu de</w:t>
      </w:r>
      <w:r w:rsidR="005A7A97" w:rsidRPr="00133F6D">
        <w:rPr>
          <w:lang w:val="pt-BR"/>
        </w:rPr>
        <w:t xml:space="preserve"> um abrigo de assistência emergencial para famílias nos últimos 12 meses.</w:t>
      </w:r>
    </w:p>
    <w:p w14:paraId="611B620B" w14:textId="331182CA" w:rsidR="005A7A97" w:rsidRPr="00133F6D" w:rsidRDefault="005A7A97" w:rsidP="00A049D1">
      <w:pPr>
        <w:pStyle w:val="ListBullet"/>
        <w:numPr>
          <w:ilvl w:val="0"/>
          <w:numId w:val="13"/>
        </w:numPr>
        <w:jc w:val="both"/>
        <w:rPr>
          <w:lang w:val="pt-BR"/>
        </w:rPr>
      </w:pPr>
      <w:r w:rsidRPr="00133F6D">
        <w:rPr>
          <w:lang w:val="pt-BR"/>
        </w:rPr>
        <w:t>Você está atualmente inscrito no programa HomeBASE.</w:t>
      </w:r>
    </w:p>
    <w:p w14:paraId="06C97BB3" w14:textId="7010DDA6" w:rsidR="002A46DE" w:rsidRPr="00133F6D" w:rsidRDefault="00304E9F" w:rsidP="00026A43">
      <w:pPr>
        <w:pStyle w:val="Heading2"/>
        <w:rPr>
          <w:lang w:val="pt-BR"/>
        </w:rPr>
      </w:pPr>
      <w:r w:rsidRPr="00133F6D">
        <w:rPr>
          <w:lang w:val="pt-BR"/>
        </w:rPr>
        <w:t>Assessoria jurídica gratuita sobre imigração</w:t>
      </w:r>
    </w:p>
    <w:p w14:paraId="7A9B4742" w14:textId="41FC9C78" w:rsidR="002A46DE" w:rsidRPr="00133F6D" w:rsidRDefault="0078383C">
      <w:pPr>
        <w:rPr>
          <w:rStyle w:val="Strong"/>
          <w:lang w:val="pt-BR"/>
        </w:rPr>
      </w:pPr>
      <w:r w:rsidRPr="00133F6D">
        <w:rPr>
          <w:rStyle w:val="Strong"/>
          <w:lang w:val="pt-BR"/>
        </w:rPr>
        <w:t>Indivíduos elegíveis podem agendar uma consulta com um advogado de imigração para discutir questões ou dúvidas jurídicas, tais como:</w:t>
      </w:r>
    </w:p>
    <w:p w14:paraId="21D41AFD" w14:textId="77777777" w:rsidR="00F431F3" w:rsidRPr="00133F6D" w:rsidRDefault="00F431F3" w:rsidP="00F431F3">
      <w:pPr>
        <w:pStyle w:val="ListBullet"/>
        <w:rPr>
          <w:lang w:val="pt-BR"/>
        </w:rPr>
      </w:pPr>
      <w:r w:rsidRPr="00133F6D">
        <w:rPr>
          <w:lang w:val="pt-BR"/>
        </w:rPr>
        <w:t>Tenho uma audiência marcada com o ICE. O que devo fazer?</w:t>
      </w:r>
    </w:p>
    <w:p w14:paraId="0F38FB9A" w14:textId="77777777" w:rsidR="00F431F3" w:rsidRPr="00133F6D" w:rsidRDefault="00F431F3" w:rsidP="00F431F3">
      <w:pPr>
        <w:pStyle w:val="ListBullet"/>
        <w:rPr>
          <w:lang w:val="pt-BR"/>
        </w:rPr>
      </w:pPr>
      <w:r w:rsidRPr="00133F6D">
        <w:rPr>
          <w:lang w:val="pt-BR"/>
        </w:rPr>
        <w:t>Tenho uma audiência judicial marcada. Como posso me preparar?</w:t>
      </w:r>
    </w:p>
    <w:p w14:paraId="11E31133" w14:textId="77777777" w:rsidR="00F431F3" w:rsidRPr="00133F6D" w:rsidRDefault="00F431F3" w:rsidP="00F431F3">
      <w:pPr>
        <w:pStyle w:val="ListBullet"/>
        <w:rPr>
          <w:lang w:val="pt-BR"/>
        </w:rPr>
      </w:pPr>
      <w:r w:rsidRPr="00133F6D">
        <w:rPr>
          <w:lang w:val="pt-BR"/>
        </w:rPr>
        <w:t>Minha autorização de trabalho está prestes a expirar. O que devo fazer?</w:t>
      </w:r>
    </w:p>
    <w:p w14:paraId="3209A8E3" w14:textId="4A382FE0" w:rsidR="002A46DE" w:rsidRPr="00133F6D" w:rsidRDefault="00F431F3" w:rsidP="00F431F3">
      <w:pPr>
        <w:pStyle w:val="ListBullet"/>
        <w:rPr>
          <w:lang w:val="pt-BR"/>
        </w:rPr>
      </w:pPr>
      <w:r w:rsidRPr="00133F6D">
        <w:rPr>
          <w:lang w:val="pt-BR"/>
        </w:rPr>
        <w:t>Sou elegível para asilo? E mais.</w:t>
      </w:r>
    </w:p>
    <w:p w14:paraId="02FD7A77" w14:textId="0E3E6561" w:rsidR="002A46DE" w:rsidRPr="00133F6D" w:rsidRDefault="007A7AB7">
      <w:pPr>
        <w:pStyle w:val="Heading2"/>
        <w:rPr>
          <w:lang w:val="pt-BR"/>
        </w:rPr>
      </w:pPr>
      <w:r w:rsidRPr="00133F6D">
        <w:rPr>
          <w:lang w:val="pt-BR"/>
        </w:rPr>
        <w:t>Como solicitar</w:t>
      </w:r>
    </w:p>
    <w:p w14:paraId="514FCDD1" w14:textId="0CA25AC4" w:rsidR="002A46DE" w:rsidRPr="00133F6D" w:rsidRDefault="0062731F">
      <w:pPr>
        <w:rPr>
          <w:rStyle w:val="Strong"/>
          <w:lang w:val="pt-BR"/>
        </w:rPr>
      </w:pPr>
      <w:r w:rsidRPr="00133F6D">
        <w:rPr>
          <w:rStyle w:val="Strong"/>
          <w:lang w:val="pt-BR"/>
        </w:rPr>
        <w:t>Se você tiver interesse neste serviço, preencha o formulário de inscrição usando o QR code abaixo (abra a câmera, aponte para o código e toque no link)</w:t>
      </w:r>
      <w:r w:rsidR="009847A4" w:rsidRPr="00133F6D">
        <w:rPr>
          <w:rStyle w:val="Strong"/>
          <w:lang w:val="pt-BR"/>
        </w:rPr>
        <w:t>:</w:t>
      </w:r>
    </w:p>
    <w:p w14:paraId="7E8A5E67" w14:textId="77777777" w:rsidR="00547DD1" w:rsidRPr="00133F6D" w:rsidRDefault="00244E67" w:rsidP="000A33D6">
      <w:pPr>
        <w:jc w:val="center"/>
        <w:rPr>
          <w:rStyle w:val="Strong"/>
          <w:lang w:val="pt-BR"/>
        </w:rPr>
      </w:pPr>
      <w:r w:rsidRPr="00133F6D">
        <w:rPr>
          <w:rStyle w:val="Strong"/>
          <w:noProof/>
          <w:lang w:val="pt-BR"/>
        </w:rPr>
        <w:drawing>
          <wp:inline distT="0" distB="0" distL="0" distR="0" wp14:anchorId="493F5AF6" wp14:editId="72FC5E24">
            <wp:extent cx="1026942" cy="1026942"/>
            <wp:effectExtent l="0" t="0" r="1905" b="1905"/>
            <wp:docPr id="1633206634" name="Picture 2" descr="QR code linkando para o formulário de registro para Assistência Gratuita de Imigra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6634" name="Picture 2" descr="QR code linkando para o formulário de registro para Assistência Gratuita de Imigraçã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42" cy="10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5E40" w14:textId="14D7CE14" w:rsidR="00244E67" w:rsidRPr="00133F6D" w:rsidRDefault="00171BCF" w:rsidP="000A33D6">
      <w:pPr>
        <w:jc w:val="center"/>
        <w:rPr>
          <w:rStyle w:val="Strong"/>
          <w:lang w:val="pt-BR"/>
        </w:rPr>
      </w:pPr>
      <w:hyperlink r:id="rId9" w:history="1">
        <w:r w:rsidRPr="00133F6D">
          <w:rPr>
            <w:rStyle w:val="Hyperlink"/>
            <w:lang w:val="pt-BR"/>
          </w:rPr>
          <w:t>Ou clique aqui para acessar o formulário disponibilizado no QR Code</w:t>
        </w:r>
      </w:hyperlink>
    </w:p>
    <w:p w14:paraId="40BAD7CC" w14:textId="7545AF0F" w:rsidR="002A46DE" w:rsidRPr="00133F6D" w:rsidRDefault="00B735E9">
      <w:pPr>
        <w:rPr>
          <w:lang w:val="pt-BR"/>
        </w:rPr>
      </w:pPr>
      <w:r w:rsidRPr="00133F6D">
        <w:rPr>
          <w:lang w:val="pt-BR"/>
        </w:rPr>
        <w:t>Se você for considerado elegível, receberá um e-mail com instruções para agendar uma consulta com um advogado de imigração.</w:t>
      </w:r>
    </w:p>
    <w:p w14:paraId="64CA760E" w14:textId="3E8FF77C" w:rsidR="00EB1B7B" w:rsidRPr="00133F6D" w:rsidRDefault="00623786" w:rsidP="00EB1B7B">
      <w:pPr>
        <w:pStyle w:val="Heading2"/>
        <w:rPr>
          <w:lang w:val="pt-BR"/>
        </w:rPr>
      </w:pPr>
      <w:r w:rsidRPr="00133F6D">
        <w:rPr>
          <w:lang w:val="pt-BR"/>
        </w:rPr>
        <w:t>Para receber o link deste programa, envie um e-mail para:</w:t>
      </w:r>
    </w:p>
    <w:p w14:paraId="4A0E170C" w14:textId="461FDCC3" w:rsidR="00EB1B7B" w:rsidRPr="00133F6D" w:rsidRDefault="00EB1B7B" w:rsidP="00EB1B7B">
      <w:pPr>
        <w:rPr>
          <w:lang w:val="pt-BR"/>
        </w:rPr>
      </w:pPr>
      <w:r w:rsidRPr="00133F6D">
        <w:rPr>
          <w:b/>
          <w:bCs/>
          <w:lang w:val="pt-BR"/>
        </w:rPr>
        <w:t>ori-helpdesk@mass.gov</w:t>
      </w:r>
    </w:p>
    <w:sectPr w:rsidR="00EB1B7B" w:rsidRPr="00133F6D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D882C" w14:textId="77777777" w:rsidR="004F4989" w:rsidRDefault="004F4989" w:rsidP="00244E67">
      <w:pPr>
        <w:spacing w:after="0" w:line="240" w:lineRule="auto"/>
      </w:pPr>
      <w:r>
        <w:separator/>
      </w:r>
    </w:p>
  </w:endnote>
  <w:endnote w:type="continuationSeparator" w:id="0">
    <w:p w14:paraId="07A00F79" w14:textId="77777777" w:rsidR="004F4989" w:rsidRDefault="004F4989" w:rsidP="0024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944B" w14:textId="77777777" w:rsidR="004F4989" w:rsidRDefault="004F4989" w:rsidP="00244E67">
      <w:pPr>
        <w:spacing w:after="0" w:line="240" w:lineRule="auto"/>
      </w:pPr>
      <w:r>
        <w:separator/>
      </w:r>
    </w:p>
  </w:footnote>
  <w:footnote w:type="continuationSeparator" w:id="0">
    <w:p w14:paraId="26FFE091" w14:textId="77777777" w:rsidR="004F4989" w:rsidRDefault="004F4989" w:rsidP="0024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846F" w14:textId="404109DA" w:rsidR="000A33D6" w:rsidRDefault="000A33D6" w:rsidP="000A33D6">
    <w:pPr>
      <w:pStyle w:val="Header"/>
      <w:jc w:val="center"/>
    </w:pPr>
    <w:r>
      <w:rPr>
        <w:noProof/>
      </w:rPr>
      <w:drawing>
        <wp:inline distT="0" distB="0" distL="0" distR="0" wp14:anchorId="1A23C8D7" wp14:editId="6DB411EA">
          <wp:extent cx="921434" cy="857979"/>
          <wp:effectExtent l="0" t="0" r="0" b="0"/>
          <wp:docPr id="514696041" name="Picture 1" descr="ORI Sea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96041" name="Picture 1" descr="ORI Seal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1795" cy="867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07FAE"/>
    <w:multiLevelType w:val="hybridMultilevel"/>
    <w:tmpl w:val="FEA6B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8E417D"/>
    <w:multiLevelType w:val="hybridMultilevel"/>
    <w:tmpl w:val="89341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EF6E8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07CCE"/>
    <w:multiLevelType w:val="hybridMultilevel"/>
    <w:tmpl w:val="9472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06FC9"/>
    <w:multiLevelType w:val="hybridMultilevel"/>
    <w:tmpl w:val="9694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131633">
    <w:abstractNumId w:val="8"/>
  </w:num>
  <w:num w:numId="2" w16cid:durableId="1294944728">
    <w:abstractNumId w:val="6"/>
  </w:num>
  <w:num w:numId="3" w16cid:durableId="1464813414">
    <w:abstractNumId w:val="5"/>
  </w:num>
  <w:num w:numId="4" w16cid:durableId="1731876421">
    <w:abstractNumId w:val="4"/>
  </w:num>
  <w:num w:numId="5" w16cid:durableId="955284604">
    <w:abstractNumId w:val="7"/>
  </w:num>
  <w:num w:numId="6" w16cid:durableId="1031342644">
    <w:abstractNumId w:val="3"/>
  </w:num>
  <w:num w:numId="7" w16cid:durableId="1964922194">
    <w:abstractNumId w:val="2"/>
  </w:num>
  <w:num w:numId="8" w16cid:durableId="1600679319">
    <w:abstractNumId w:val="1"/>
  </w:num>
  <w:num w:numId="9" w16cid:durableId="1661275520">
    <w:abstractNumId w:val="0"/>
  </w:num>
  <w:num w:numId="10" w16cid:durableId="1823542837">
    <w:abstractNumId w:val="12"/>
  </w:num>
  <w:num w:numId="11" w16cid:durableId="1745907893">
    <w:abstractNumId w:val="10"/>
  </w:num>
  <w:num w:numId="12" w16cid:durableId="1981304276">
    <w:abstractNumId w:val="9"/>
  </w:num>
  <w:num w:numId="13" w16cid:durableId="855385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6FE"/>
    <w:rsid w:val="00026A43"/>
    <w:rsid w:val="00034616"/>
    <w:rsid w:val="0006063C"/>
    <w:rsid w:val="000A33D6"/>
    <w:rsid w:val="00105FDB"/>
    <w:rsid w:val="00133F6D"/>
    <w:rsid w:val="00133FAF"/>
    <w:rsid w:val="00146138"/>
    <w:rsid w:val="0015074B"/>
    <w:rsid w:val="00171BCF"/>
    <w:rsid w:val="001C5938"/>
    <w:rsid w:val="00244E67"/>
    <w:rsid w:val="0029639D"/>
    <w:rsid w:val="002A46DE"/>
    <w:rsid w:val="002D4C4D"/>
    <w:rsid w:val="00304E9F"/>
    <w:rsid w:val="00316FEC"/>
    <w:rsid w:val="0032354E"/>
    <w:rsid w:val="00326F90"/>
    <w:rsid w:val="00340B36"/>
    <w:rsid w:val="003E2D20"/>
    <w:rsid w:val="00463067"/>
    <w:rsid w:val="004F4989"/>
    <w:rsid w:val="00547DD1"/>
    <w:rsid w:val="005A10FB"/>
    <w:rsid w:val="005A7A97"/>
    <w:rsid w:val="005C2ED6"/>
    <w:rsid w:val="00615EC6"/>
    <w:rsid w:val="00623786"/>
    <w:rsid w:val="0062731F"/>
    <w:rsid w:val="00632865"/>
    <w:rsid w:val="00726623"/>
    <w:rsid w:val="00742541"/>
    <w:rsid w:val="00746940"/>
    <w:rsid w:val="0078383C"/>
    <w:rsid w:val="007A7AB7"/>
    <w:rsid w:val="00846C5A"/>
    <w:rsid w:val="00873399"/>
    <w:rsid w:val="00877905"/>
    <w:rsid w:val="00892B33"/>
    <w:rsid w:val="009847A4"/>
    <w:rsid w:val="009B51EF"/>
    <w:rsid w:val="00A049D1"/>
    <w:rsid w:val="00A36897"/>
    <w:rsid w:val="00A64198"/>
    <w:rsid w:val="00A762CF"/>
    <w:rsid w:val="00A968EE"/>
    <w:rsid w:val="00AA1D8D"/>
    <w:rsid w:val="00B36757"/>
    <w:rsid w:val="00B47730"/>
    <w:rsid w:val="00B735E9"/>
    <w:rsid w:val="00C04E0E"/>
    <w:rsid w:val="00C74979"/>
    <w:rsid w:val="00CB0664"/>
    <w:rsid w:val="00CD3574"/>
    <w:rsid w:val="00D27480"/>
    <w:rsid w:val="00D65063"/>
    <w:rsid w:val="00D70CEC"/>
    <w:rsid w:val="00DD5B37"/>
    <w:rsid w:val="00E17A4F"/>
    <w:rsid w:val="00EB1B7B"/>
    <w:rsid w:val="00F32F85"/>
    <w:rsid w:val="00F431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C9FA4"/>
  <w14:defaultImageDpi w14:val="300"/>
  <w15:docId w15:val="{3391E826-6223-4667-9470-C61D8B43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43"/>
  </w:style>
  <w:style w:type="paragraph" w:styleId="Heading1">
    <w:name w:val="heading 1"/>
    <w:basedOn w:val="Normal"/>
    <w:next w:val="Normal"/>
    <w:link w:val="Heading1Char"/>
    <w:uiPriority w:val="9"/>
    <w:qFormat/>
    <w:rsid w:val="00026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425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Fh2GPrdIDkqYBowE2Bt7Ktu4xGt6WXBNhDhzHZazW6pURDRYMjlUT0tPRTRURTVDMjdaQkoyWDc0TiQlQCN0PW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Immigration Legal Helpdesk</vt:lpstr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Immigration Legal Helpdesk</dc:title>
  <dc:subject>Accessible flyer</dc:subject>
  <dc:creator>python-docx</dc:creator>
  <cp:keywords/>
  <dc:description>generated by python-docx</dc:description>
  <cp:lastModifiedBy>Angelo, Fabiano F (ORI)</cp:lastModifiedBy>
  <cp:revision>38</cp:revision>
  <cp:lastPrinted>2026-07-13T13:04:00Z</cp:lastPrinted>
  <dcterms:created xsi:type="dcterms:W3CDTF">2026-07-13T13:40:00Z</dcterms:created>
  <dcterms:modified xsi:type="dcterms:W3CDTF">2026-07-21T17:30:00Z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50859cd3-a1fd-473c-85ae-3117388875cf</vt:lpwstr>
  </property>
</Properties>
</file>