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FE91" w14:textId="5F26F28E" w:rsidR="00BA210C" w:rsidRDefault="0003368A" w:rsidP="00723A58">
      <w:pPr>
        <w:pStyle w:val="Heading1"/>
      </w:pPr>
      <w:r>
        <w:t xml:space="preserve">Slide 1: </w:t>
      </w:r>
      <w:r w:rsidR="00770C51" w:rsidRPr="00770C51">
        <w:t>Special Commission on Access to Behavioral Health Services for Children and Families</w:t>
      </w:r>
    </w:p>
    <w:p w14:paraId="356AD1A4" w14:textId="77777777" w:rsidR="004E5CD8" w:rsidRPr="007424D5" w:rsidRDefault="004E5CD8"/>
    <w:p w14:paraId="39841308" w14:textId="77777777" w:rsidR="00770C51" w:rsidRPr="00770C51" w:rsidRDefault="00770C51" w:rsidP="00770C51">
      <w:r w:rsidRPr="00770C51">
        <w:t>Amy Rosenthal, MPH, MPA</w:t>
      </w:r>
    </w:p>
    <w:p w14:paraId="1ADAEFED" w14:textId="77777777" w:rsidR="00770C51" w:rsidRPr="00770C51" w:rsidRDefault="00770C51" w:rsidP="00770C51">
      <w:r w:rsidRPr="00770C51">
        <w:t>Undersecretary for Health</w:t>
      </w:r>
    </w:p>
    <w:p w14:paraId="5C331EA7" w14:textId="77777777" w:rsidR="00770C51" w:rsidRPr="00770C51" w:rsidRDefault="00770C51" w:rsidP="00770C51">
      <w:r w:rsidRPr="00770C51">
        <w:t>Executive Office of Health and Human Services</w:t>
      </w:r>
    </w:p>
    <w:p w14:paraId="302BD86B" w14:textId="77777777" w:rsidR="00770C51" w:rsidRPr="00770C51" w:rsidRDefault="00770C51" w:rsidP="00770C51">
      <w:r w:rsidRPr="00770C51">
        <w:t>January 21, 2026</w:t>
      </w:r>
    </w:p>
    <w:p w14:paraId="1D1A3BFE" w14:textId="77777777" w:rsidR="00770C51" w:rsidRPr="00770C51" w:rsidRDefault="00770C51" w:rsidP="00770C51">
      <w:r w:rsidRPr="00770C51">
        <w:t>9:30 - 11:00 am</w:t>
      </w:r>
    </w:p>
    <w:p w14:paraId="03B570CB" w14:textId="14D3A7E8" w:rsidR="008E2444" w:rsidRPr="00770C51" w:rsidRDefault="00770C51" w:rsidP="008E2444">
      <w:r w:rsidRPr="00770C51">
        <w:t>Virtual / Zoom</w:t>
      </w:r>
      <w:r w:rsidR="008E2444" w:rsidRPr="00770C51">
        <w:t xml:space="preserve"> </w:t>
      </w:r>
    </w:p>
    <w:p w14:paraId="4C51B4EF" w14:textId="77777777" w:rsidR="007424D5" w:rsidRDefault="007424D5" w:rsidP="007424D5"/>
    <w:p w14:paraId="05E3A33E" w14:textId="5DBD9135" w:rsidR="00BA210C" w:rsidRDefault="0003368A">
      <w:pPr>
        <w:pStyle w:val="Heading1"/>
      </w:pPr>
      <w:r>
        <w:t xml:space="preserve">Slide 2: </w:t>
      </w:r>
      <w:r w:rsidR="00770C51">
        <w:t>Agenda</w:t>
      </w:r>
    </w:p>
    <w:p w14:paraId="7033A78B" w14:textId="77777777" w:rsidR="008E2444" w:rsidRPr="008E2444" w:rsidRDefault="008E2444" w:rsidP="008E2444">
      <w:pPr>
        <w:spacing w:before="80" w:after="80" w:line="264" w:lineRule="auto"/>
      </w:pPr>
      <w:r w:rsidRPr="008E2444">
        <w:t xml:space="preserve"> </w:t>
      </w:r>
    </w:p>
    <w:p w14:paraId="6710DC8A" w14:textId="77777777" w:rsidR="00770C51" w:rsidRPr="00770C51" w:rsidRDefault="00770C51" w:rsidP="00770C51">
      <w:pPr>
        <w:numPr>
          <w:ilvl w:val="0"/>
          <w:numId w:val="99"/>
        </w:numPr>
        <w:spacing w:before="80" w:after="80" w:line="264" w:lineRule="auto"/>
      </w:pPr>
      <w:r w:rsidRPr="00770C51">
        <w:t>Welcome</w:t>
      </w:r>
    </w:p>
    <w:p w14:paraId="0CE97F5D" w14:textId="77777777" w:rsidR="00770C51" w:rsidRPr="00770C51" w:rsidRDefault="00770C51" w:rsidP="00770C51">
      <w:pPr>
        <w:numPr>
          <w:ilvl w:val="0"/>
          <w:numId w:val="99"/>
        </w:numPr>
        <w:spacing w:before="80" w:after="80" w:line="264" w:lineRule="auto"/>
      </w:pPr>
      <w:r w:rsidRPr="00770C51">
        <w:t>Approval of December 17, 2025 meeting minutes</w:t>
      </w:r>
    </w:p>
    <w:p w14:paraId="74C7D578" w14:textId="77777777" w:rsidR="00770C51" w:rsidRPr="00770C51" w:rsidRDefault="00770C51" w:rsidP="00770C51">
      <w:pPr>
        <w:numPr>
          <w:ilvl w:val="0"/>
          <w:numId w:val="99"/>
        </w:numPr>
        <w:spacing w:before="80" w:after="80" w:line="264" w:lineRule="auto"/>
      </w:pPr>
      <w:r w:rsidRPr="00770C51">
        <w:t>Overview of working groups process</w:t>
      </w:r>
    </w:p>
    <w:p w14:paraId="31554FC2" w14:textId="77777777" w:rsidR="00770C51" w:rsidRPr="00770C51" w:rsidRDefault="00770C51" w:rsidP="00770C51">
      <w:pPr>
        <w:numPr>
          <w:ilvl w:val="0"/>
          <w:numId w:val="99"/>
        </w:numPr>
        <w:spacing w:before="80" w:after="80" w:line="264" w:lineRule="auto"/>
      </w:pPr>
      <w:r w:rsidRPr="00770C51">
        <w:t>Working group updates &amp; discussion</w:t>
      </w:r>
    </w:p>
    <w:p w14:paraId="30E1A65C" w14:textId="77777777" w:rsidR="00770C51" w:rsidRPr="00770C51" w:rsidRDefault="00770C51" w:rsidP="00770C51">
      <w:pPr>
        <w:numPr>
          <w:ilvl w:val="0"/>
          <w:numId w:val="99"/>
        </w:numPr>
        <w:spacing w:before="80" w:after="80" w:line="264" w:lineRule="auto"/>
      </w:pPr>
      <w:r w:rsidRPr="00770C51">
        <w:t>Discussion of Commission deliverables</w:t>
      </w:r>
    </w:p>
    <w:p w14:paraId="5BB7EBF1" w14:textId="77777777" w:rsidR="00770C51" w:rsidRPr="00770C51" w:rsidRDefault="00770C51" w:rsidP="00770C51">
      <w:pPr>
        <w:numPr>
          <w:ilvl w:val="0"/>
          <w:numId w:val="99"/>
        </w:numPr>
        <w:spacing w:before="80" w:after="80" w:line="264" w:lineRule="auto"/>
      </w:pPr>
      <w:r w:rsidRPr="00770C51">
        <w:t>Next steps</w:t>
      </w:r>
    </w:p>
    <w:p w14:paraId="22AFC539" w14:textId="7B855F51" w:rsidR="008E2F8A" w:rsidRPr="008E2F8A" w:rsidRDefault="008E2F8A" w:rsidP="008E2444">
      <w:pPr>
        <w:spacing w:before="80" w:after="80" w:line="264" w:lineRule="auto"/>
      </w:pPr>
    </w:p>
    <w:p w14:paraId="33402248" w14:textId="77777777" w:rsidR="00E97C2B" w:rsidRDefault="00E97C2B"/>
    <w:p w14:paraId="4AEECB6D" w14:textId="402B513B" w:rsidR="002B15C3" w:rsidRDefault="0003368A" w:rsidP="002B15C3">
      <w:pPr>
        <w:pStyle w:val="Heading1"/>
      </w:pPr>
      <w:r>
        <w:t xml:space="preserve">Slide 3: </w:t>
      </w:r>
      <w:r w:rsidR="00F51B20" w:rsidRPr="00F51B20">
        <w:t>Overview of Working Groups Process</w:t>
      </w:r>
    </w:p>
    <w:p w14:paraId="11F1BEE9" w14:textId="648A87A7" w:rsidR="00A97585" w:rsidRDefault="00A97585" w:rsidP="00A97585"/>
    <w:p w14:paraId="7750269D" w14:textId="77777777" w:rsidR="00F51B20" w:rsidRPr="00A97585" w:rsidRDefault="00F51B20" w:rsidP="00A97585"/>
    <w:p w14:paraId="188D82D0" w14:textId="1364DF47" w:rsidR="002B15C3" w:rsidRDefault="0003368A" w:rsidP="007424D5">
      <w:pPr>
        <w:pStyle w:val="Heading1"/>
      </w:pPr>
      <w:r>
        <w:t xml:space="preserve">Slide </w:t>
      </w:r>
      <w:r w:rsidR="00A97585">
        <w:t>4</w:t>
      </w:r>
      <w:r>
        <w:t xml:space="preserve">: </w:t>
      </w:r>
      <w:r w:rsidR="00F51B20">
        <w:t>Important Reminders</w:t>
      </w:r>
    </w:p>
    <w:p w14:paraId="14BFA141" w14:textId="77777777" w:rsidR="00A97585" w:rsidRDefault="00A97585" w:rsidP="00A97585"/>
    <w:p w14:paraId="45868566" w14:textId="77777777" w:rsidR="00F51B20" w:rsidRPr="00F51B20" w:rsidRDefault="00F51B20" w:rsidP="00F51B20">
      <w:pPr>
        <w:numPr>
          <w:ilvl w:val="0"/>
          <w:numId w:val="100"/>
        </w:numPr>
      </w:pPr>
      <w:r w:rsidRPr="00F51B20">
        <w:rPr>
          <w:b/>
          <w:bCs/>
        </w:rPr>
        <w:t>Open meeting law applies for working groups</w:t>
      </w:r>
    </w:p>
    <w:p w14:paraId="54B86DAC" w14:textId="77777777" w:rsidR="00F51B20" w:rsidRPr="00F51B20" w:rsidRDefault="00F51B20" w:rsidP="00F51B20">
      <w:pPr>
        <w:numPr>
          <w:ilvl w:val="0"/>
          <w:numId w:val="100"/>
        </w:numPr>
      </w:pPr>
      <w:r w:rsidRPr="00F51B20">
        <w:lastRenderedPageBreak/>
        <w:t>SharePoint compliance includes:</w:t>
      </w:r>
    </w:p>
    <w:p w14:paraId="42545499" w14:textId="77777777" w:rsidR="00F51B20" w:rsidRPr="00F51B20" w:rsidRDefault="00F51B20" w:rsidP="00F51B20">
      <w:pPr>
        <w:numPr>
          <w:ilvl w:val="1"/>
          <w:numId w:val="100"/>
        </w:numPr>
      </w:pPr>
      <w:r w:rsidRPr="00F51B20">
        <w:t>Do not collaborate within single document during Working Group sessions</w:t>
      </w:r>
    </w:p>
    <w:p w14:paraId="383E47C0" w14:textId="77777777" w:rsidR="00F51B20" w:rsidRPr="00F51B20" w:rsidRDefault="00F51B20" w:rsidP="00F51B20">
      <w:pPr>
        <w:numPr>
          <w:ilvl w:val="1"/>
          <w:numId w:val="100"/>
        </w:numPr>
      </w:pPr>
      <w:r w:rsidRPr="00F51B20">
        <w:t>Please work within your own, unique document, and upload SharePoint or share with state staff</w:t>
      </w:r>
    </w:p>
    <w:p w14:paraId="4853663E" w14:textId="77777777" w:rsidR="00F51B20" w:rsidRPr="00F51B20" w:rsidRDefault="00F51B20" w:rsidP="00F51B20">
      <w:pPr>
        <w:numPr>
          <w:ilvl w:val="0"/>
          <w:numId w:val="100"/>
        </w:numPr>
      </w:pPr>
      <w:r w:rsidRPr="00F51B20">
        <w:t>Working Group Meetings</w:t>
      </w:r>
    </w:p>
    <w:p w14:paraId="42863C07" w14:textId="77777777" w:rsidR="00F51B20" w:rsidRPr="00F51B20" w:rsidRDefault="00F51B20" w:rsidP="00F51B20">
      <w:pPr>
        <w:numPr>
          <w:ilvl w:val="1"/>
          <w:numId w:val="100"/>
        </w:numPr>
      </w:pPr>
      <w:r w:rsidRPr="00F51B20">
        <w:t>Need to be posted 48-hours in advance</w:t>
      </w:r>
    </w:p>
    <w:p w14:paraId="32B9BAC6" w14:textId="77777777" w:rsidR="00F51B20" w:rsidRPr="00F51B20" w:rsidRDefault="00F51B20" w:rsidP="00F51B20">
      <w:pPr>
        <w:numPr>
          <w:ilvl w:val="1"/>
          <w:numId w:val="100"/>
        </w:numPr>
      </w:pPr>
      <w:r w:rsidRPr="00F51B20">
        <w:t>Notes need to be taken during discussions and shared publicly with larger group at next convening</w:t>
      </w:r>
    </w:p>
    <w:p w14:paraId="4D0D618D" w14:textId="5F99C422" w:rsidR="00A97585" w:rsidRPr="00A97585" w:rsidRDefault="00A97585" w:rsidP="00A97585"/>
    <w:p w14:paraId="7264AF7D" w14:textId="4C52F69B" w:rsidR="00A97585" w:rsidRDefault="00A97585" w:rsidP="00A97585">
      <w:pPr>
        <w:pStyle w:val="Heading1"/>
      </w:pPr>
      <w:r>
        <w:t xml:space="preserve">Slide 5: </w:t>
      </w:r>
      <w:r w:rsidR="00F51B20">
        <w:t>Working Group Updates</w:t>
      </w:r>
    </w:p>
    <w:p w14:paraId="47C921E9" w14:textId="77777777" w:rsidR="00A97585" w:rsidRDefault="00A97585" w:rsidP="002B15C3"/>
    <w:p w14:paraId="17E5992B" w14:textId="77777777" w:rsidR="005A7AFC" w:rsidRDefault="005A7AFC" w:rsidP="002B15C3"/>
    <w:p w14:paraId="59727032" w14:textId="4BA90121" w:rsidR="009320C4" w:rsidRPr="009320C4" w:rsidRDefault="0003368A" w:rsidP="009320C4">
      <w:pPr>
        <w:pStyle w:val="Heading1"/>
      </w:pPr>
      <w:r>
        <w:t xml:space="preserve">Slide 6: </w:t>
      </w:r>
      <w:r w:rsidR="004704CA" w:rsidRPr="004704CA">
        <w:t>Workgroup 1: Landscape &amp; Funding Analysis</w:t>
      </w:r>
    </w:p>
    <w:p w14:paraId="6A08E8FE" w14:textId="085228F0" w:rsidR="009320C4" w:rsidRDefault="009320C4" w:rsidP="00AB7CF0"/>
    <w:p w14:paraId="123927FC" w14:textId="77777777" w:rsidR="001D1234" w:rsidRPr="001D1234" w:rsidRDefault="001D1234" w:rsidP="001D1234">
      <w:r w:rsidRPr="001D1234">
        <w:rPr>
          <w:b/>
          <w:bCs/>
        </w:rPr>
        <w:t>Working Group 1: Initial landscape inputs compiled and preliminary review of service models completed. Funding analysis next.</w:t>
      </w:r>
    </w:p>
    <w:p w14:paraId="17C84C17" w14:textId="77777777" w:rsidR="001D1234" w:rsidRDefault="001D1234" w:rsidP="001D1234">
      <w:pPr>
        <w:rPr>
          <w:b/>
          <w:bCs/>
        </w:rPr>
      </w:pPr>
    </w:p>
    <w:p w14:paraId="17F82F4B" w14:textId="706CC4D6" w:rsidR="001D1234" w:rsidRPr="001D1234" w:rsidRDefault="001D1234" w:rsidP="001D1234">
      <w:r w:rsidRPr="001D1234">
        <w:rPr>
          <w:b/>
          <w:bCs/>
        </w:rPr>
        <w:t>Key Findings to Date</w:t>
      </w:r>
    </w:p>
    <w:p w14:paraId="273AFF9A" w14:textId="77777777" w:rsidR="001D1234" w:rsidRPr="001D1234" w:rsidRDefault="001D1234" w:rsidP="001D1234">
      <w:pPr>
        <w:numPr>
          <w:ilvl w:val="0"/>
          <w:numId w:val="101"/>
        </w:numPr>
      </w:pPr>
      <w:r w:rsidRPr="001D1234">
        <w:rPr>
          <w:u w:val="single"/>
        </w:rPr>
        <w:t>Landscape Analysis</w:t>
      </w:r>
    </w:p>
    <w:p w14:paraId="1D6C88FF" w14:textId="77777777" w:rsidR="001D1234" w:rsidRPr="001D1234" w:rsidRDefault="001D1234" w:rsidP="001D1234">
      <w:pPr>
        <w:numPr>
          <w:ilvl w:val="1"/>
          <w:numId w:val="101"/>
        </w:numPr>
      </w:pPr>
      <w:r w:rsidRPr="001D1234">
        <w:t>There is a wide array of behavioral health services for youth across the state.</w:t>
      </w:r>
    </w:p>
    <w:p w14:paraId="67D04E24" w14:textId="77777777" w:rsidR="001D1234" w:rsidRPr="001D1234" w:rsidRDefault="001D1234" w:rsidP="001D1234">
      <w:pPr>
        <w:numPr>
          <w:ilvl w:val="1"/>
          <w:numId w:val="101"/>
        </w:numPr>
      </w:pPr>
      <w:r w:rsidRPr="001D1234">
        <w:t>Access remains a challenge, particularly for specific subgroups of youth with unmet complex needs, eg, ASD, children with medical needs.</w:t>
      </w:r>
    </w:p>
    <w:p w14:paraId="3D529B10" w14:textId="77777777" w:rsidR="001D1234" w:rsidRPr="001D1234" w:rsidRDefault="001D1234" w:rsidP="001D1234">
      <w:pPr>
        <w:numPr>
          <w:ilvl w:val="0"/>
          <w:numId w:val="101"/>
        </w:numPr>
      </w:pPr>
      <w:r w:rsidRPr="001D1234">
        <w:rPr>
          <w:u w:val="single"/>
        </w:rPr>
        <w:t>Funding Analysis</w:t>
      </w:r>
    </w:p>
    <w:p w14:paraId="25138271" w14:textId="77777777" w:rsidR="001D1234" w:rsidRPr="001D1234" w:rsidRDefault="001D1234" w:rsidP="001D1234">
      <w:pPr>
        <w:numPr>
          <w:ilvl w:val="1"/>
          <w:numId w:val="101"/>
        </w:numPr>
      </w:pPr>
      <w:r w:rsidRPr="001D1234">
        <w:t>Greater clarity needed about which programs are covered by MassHealth and private payers, and other funding streams (state/federal)</w:t>
      </w:r>
    </w:p>
    <w:p w14:paraId="1AB86879" w14:textId="77777777" w:rsidR="008F0862" w:rsidRDefault="008F0862" w:rsidP="008F0862">
      <w:pPr>
        <w:rPr>
          <w:b/>
          <w:bCs/>
        </w:rPr>
      </w:pPr>
    </w:p>
    <w:p w14:paraId="24609E20" w14:textId="6E24F42E" w:rsidR="008F0862" w:rsidRPr="008F0862" w:rsidRDefault="008F0862" w:rsidP="008F0862">
      <w:r w:rsidRPr="008F0862">
        <w:rPr>
          <w:b/>
          <w:bCs/>
        </w:rPr>
        <w:t>Commission Questions &amp; Gaps</w:t>
      </w:r>
    </w:p>
    <w:p w14:paraId="299EE9D3" w14:textId="77777777" w:rsidR="008F0862" w:rsidRPr="008F0862" w:rsidRDefault="008F0862" w:rsidP="008F0862">
      <w:pPr>
        <w:numPr>
          <w:ilvl w:val="1"/>
          <w:numId w:val="102"/>
        </w:numPr>
      </w:pPr>
      <w:r w:rsidRPr="008F0862">
        <w:t>How do Commission members understand this paradox, ie, of having many BH services available across the state, yet access challenges persist?</w:t>
      </w:r>
    </w:p>
    <w:p w14:paraId="507CFFF8" w14:textId="77777777" w:rsidR="008F0862" w:rsidRPr="008F0862" w:rsidRDefault="008F0862" w:rsidP="008F0862">
      <w:pPr>
        <w:numPr>
          <w:ilvl w:val="1"/>
          <w:numId w:val="102"/>
        </w:numPr>
      </w:pPr>
      <w:r w:rsidRPr="008F0862">
        <w:t>Would a cross-agency funding analysis be helpful?</w:t>
      </w:r>
    </w:p>
    <w:p w14:paraId="6674AF66" w14:textId="77777777" w:rsidR="008F0862" w:rsidRPr="008F0862" w:rsidRDefault="008F0862" w:rsidP="008F0862">
      <w:pPr>
        <w:numPr>
          <w:ilvl w:val="2"/>
          <w:numId w:val="102"/>
        </w:numPr>
      </w:pPr>
      <w:r w:rsidRPr="008F0862">
        <w:t>Are there opportunities for drawing additional Medicaid dollars for some of these programs, or aspects of these programs (admin)?</w:t>
      </w:r>
    </w:p>
    <w:p w14:paraId="2579C1E2" w14:textId="77777777" w:rsidR="008F0862" w:rsidRPr="008F0862" w:rsidRDefault="008F0862" w:rsidP="008F0862">
      <w:pPr>
        <w:numPr>
          <w:ilvl w:val="1"/>
          <w:numId w:val="102"/>
        </w:numPr>
      </w:pPr>
      <w:r w:rsidRPr="008F0862">
        <w:t>Are there BH services that are essentially duplicative?</w:t>
      </w:r>
    </w:p>
    <w:p w14:paraId="66072321" w14:textId="48A4A218" w:rsidR="008853FC" w:rsidRDefault="008853FC" w:rsidP="001D1234"/>
    <w:p w14:paraId="3DC88211" w14:textId="77777777" w:rsidR="008F0862" w:rsidRPr="008F0862" w:rsidRDefault="008F0862" w:rsidP="008F0862">
      <w:r w:rsidRPr="008F0862">
        <w:rPr>
          <w:b/>
          <w:bCs/>
        </w:rPr>
        <w:t>Next Steps</w:t>
      </w:r>
    </w:p>
    <w:p w14:paraId="5032A688" w14:textId="77777777" w:rsidR="008F0862" w:rsidRPr="008F0862" w:rsidRDefault="008F0862" w:rsidP="008F0862">
      <w:pPr>
        <w:numPr>
          <w:ilvl w:val="1"/>
          <w:numId w:val="103"/>
        </w:numPr>
      </w:pPr>
      <w:r w:rsidRPr="008F0862">
        <w:t>Incorporate Commission feedback shared during 1/21 meeting into draft landscape analysis</w:t>
      </w:r>
    </w:p>
    <w:p w14:paraId="422B9FE0" w14:textId="77777777" w:rsidR="008F0862" w:rsidRPr="008F0862" w:rsidRDefault="008F0862" w:rsidP="008F0862">
      <w:pPr>
        <w:numPr>
          <w:ilvl w:val="1"/>
          <w:numId w:val="103"/>
        </w:numPr>
      </w:pPr>
      <w:r w:rsidRPr="008F0862">
        <w:t>EOHHS agencies (DMH, DCF, MassHealth, etc.) review.</w:t>
      </w:r>
    </w:p>
    <w:p w14:paraId="1EA12081" w14:textId="77777777" w:rsidR="008F0862" w:rsidRPr="008F0862" w:rsidRDefault="008F0862" w:rsidP="008F0862">
      <w:pPr>
        <w:numPr>
          <w:ilvl w:val="1"/>
          <w:numId w:val="103"/>
        </w:numPr>
      </w:pPr>
      <w:r w:rsidRPr="008F0862">
        <w:t>Commission staff shares updated version with members for their written feedback.</w:t>
      </w:r>
    </w:p>
    <w:p w14:paraId="2668BD52" w14:textId="77777777" w:rsidR="008F0862" w:rsidRPr="008F0862" w:rsidRDefault="008F0862" w:rsidP="008F0862">
      <w:pPr>
        <w:numPr>
          <w:ilvl w:val="1"/>
          <w:numId w:val="103"/>
        </w:numPr>
      </w:pPr>
      <w:r w:rsidRPr="008F0862">
        <w:t>Revised draft discussed during the Commission’s next meeting on 2/25.</w:t>
      </w:r>
    </w:p>
    <w:p w14:paraId="44BF0C1C" w14:textId="77777777" w:rsidR="008F0862" w:rsidRPr="008853FC" w:rsidRDefault="008F0862" w:rsidP="001D1234"/>
    <w:p w14:paraId="221FBA25" w14:textId="77777777" w:rsidR="009320C4" w:rsidRDefault="009320C4"/>
    <w:p w14:paraId="10869AEA" w14:textId="64DB139F" w:rsidR="00217BAC" w:rsidRPr="00217BAC" w:rsidRDefault="0003368A" w:rsidP="00217BAC">
      <w:pPr>
        <w:pStyle w:val="Heading1"/>
      </w:pPr>
      <w:r>
        <w:t>Slide 7</w:t>
      </w:r>
      <w:r w:rsidR="00217BAC">
        <w:t>:</w:t>
      </w:r>
      <w:r w:rsidR="008F0862">
        <w:t xml:space="preserve"> </w:t>
      </w:r>
      <w:r w:rsidR="008F0862" w:rsidRPr="008F0862">
        <w:t>Workgroup 3: Single Children’s Behavioral Health Agency</w:t>
      </w:r>
    </w:p>
    <w:p w14:paraId="2E4DAA48" w14:textId="77777777" w:rsidR="00C03F4E" w:rsidRDefault="00C03F4E"/>
    <w:p w14:paraId="3A0DE598" w14:textId="77777777" w:rsidR="008F0862" w:rsidRPr="008F0862" w:rsidRDefault="008F0862" w:rsidP="008F0862">
      <w:r w:rsidRPr="008F0862">
        <w:rPr>
          <w:b/>
          <w:bCs/>
        </w:rPr>
        <w:t>Working Group 3: Determining the scope and goals of a single children’s behavioral health agency</w:t>
      </w:r>
    </w:p>
    <w:p w14:paraId="083E20BE" w14:textId="77777777" w:rsidR="008F0862" w:rsidRDefault="008F0862"/>
    <w:p w14:paraId="1723BEA4" w14:textId="77777777" w:rsidR="008F0862" w:rsidRPr="008F0862" w:rsidRDefault="008F0862" w:rsidP="008F0862">
      <w:r w:rsidRPr="008F0862">
        <w:rPr>
          <w:b/>
          <w:bCs/>
        </w:rPr>
        <w:t>Key Findings to Date</w:t>
      </w:r>
    </w:p>
    <w:p w14:paraId="51555153" w14:textId="77777777" w:rsidR="008F0862" w:rsidRPr="008F0862" w:rsidRDefault="008F0862" w:rsidP="008F0862">
      <w:pPr>
        <w:numPr>
          <w:ilvl w:val="0"/>
          <w:numId w:val="104"/>
        </w:numPr>
      </w:pPr>
      <w:r w:rsidRPr="008F0862">
        <w:t>Feasibility</w:t>
      </w:r>
    </w:p>
    <w:p w14:paraId="511DBC63" w14:textId="77777777" w:rsidR="008F0862" w:rsidRPr="008F0862" w:rsidRDefault="008F0862" w:rsidP="008F0862">
      <w:pPr>
        <w:numPr>
          <w:ilvl w:val="1"/>
          <w:numId w:val="104"/>
        </w:numPr>
      </w:pPr>
      <w:r w:rsidRPr="008F0862">
        <w:t>Initial review of examples from other states reveals differing approaches to how consolidation is achieved (whether state agencies are merged or whether state agencies are coordinating through shared workflows), which state agency/functions are consolidated, and what goals the consolidation is meant to achieve</w:t>
      </w:r>
    </w:p>
    <w:p w14:paraId="7CD0F6A1" w14:textId="77777777" w:rsidR="008F0862" w:rsidRPr="008F0862" w:rsidRDefault="008F0862" w:rsidP="008F0862">
      <w:pPr>
        <w:numPr>
          <w:ilvl w:val="1"/>
          <w:numId w:val="104"/>
        </w:numPr>
      </w:pPr>
      <w:r w:rsidRPr="008F0862">
        <w:t>Assessing feasibility and effects of a single state agency will greatly depend on defining the goals and scope of the consolidation</w:t>
      </w:r>
    </w:p>
    <w:p w14:paraId="7792886E" w14:textId="77777777" w:rsidR="008F0862" w:rsidRPr="008F0862" w:rsidRDefault="008F0862" w:rsidP="008F0862">
      <w:pPr>
        <w:numPr>
          <w:ilvl w:val="0"/>
          <w:numId w:val="104"/>
        </w:numPr>
      </w:pPr>
      <w:r w:rsidRPr="008F0862">
        <w:t>Recommendations</w:t>
      </w:r>
    </w:p>
    <w:p w14:paraId="4B88CD3C" w14:textId="77777777" w:rsidR="008F0862" w:rsidRPr="008F0862" w:rsidRDefault="008F0862" w:rsidP="008F0862">
      <w:pPr>
        <w:numPr>
          <w:ilvl w:val="1"/>
          <w:numId w:val="104"/>
        </w:numPr>
      </w:pPr>
      <w:r w:rsidRPr="008F0862">
        <w:t>Confirm that workgroups assigned to:</w:t>
      </w:r>
    </w:p>
    <w:p w14:paraId="5A365894" w14:textId="77777777" w:rsidR="008F0862" w:rsidRPr="008F0862" w:rsidRDefault="008F0862" w:rsidP="008F0862">
      <w:pPr>
        <w:numPr>
          <w:ilvl w:val="2"/>
          <w:numId w:val="104"/>
        </w:numPr>
      </w:pPr>
      <w:r w:rsidRPr="008F0862">
        <w:t xml:space="preserve">charge bb (challenges facing youth and families seeking behavioral health services) will help define the goals of a potential single state agency </w:t>
      </w:r>
    </w:p>
    <w:p w14:paraId="71F1012D" w14:textId="77777777" w:rsidR="008F0862" w:rsidRPr="008F0862" w:rsidRDefault="008F0862" w:rsidP="008F0862">
      <w:pPr>
        <w:numPr>
          <w:ilvl w:val="2"/>
          <w:numId w:val="104"/>
        </w:numPr>
      </w:pPr>
      <w:r w:rsidRPr="008F0862">
        <w:t>charge aa (list of behavioral health services) will help define the current behavioral health services that would need to be coordinated/consolidated within a single state agency</w:t>
      </w:r>
    </w:p>
    <w:p w14:paraId="1AAEA2AE" w14:textId="77777777" w:rsidR="008F0862" w:rsidRDefault="008F0862" w:rsidP="008F0862">
      <w:pPr>
        <w:rPr>
          <w:b/>
          <w:bCs/>
        </w:rPr>
      </w:pPr>
    </w:p>
    <w:p w14:paraId="3E865D7D" w14:textId="74206AD0" w:rsidR="008F0862" w:rsidRPr="008F0862" w:rsidRDefault="008F0862" w:rsidP="008F0862">
      <w:r w:rsidRPr="008F0862">
        <w:rPr>
          <w:b/>
          <w:bCs/>
        </w:rPr>
        <w:t>Commission Questions &amp; Gaps</w:t>
      </w:r>
    </w:p>
    <w:p w14:paraId="43BD66A4" w14:textId="77777777" w:rsidR="008F0862" w:rsidRPr="008F0862" w:rsidRDefault="008F0862" w:rsidP="008F0862">
      <w:pPr>
        <w:numPr>
          <w:ilvl w:val="1"/>
          <w:numId w:val="105"/>
        </w:numPr>
      </w:pPr>
      <w:r w:rsidRPr="008F0862">
        <w:t>How is the commission defining “behavioral health services” to know what state agency functions and populations of youth should be considered within scope of a single consolidated agency (i.e. is child welfare and/or juvenile justice in or out of scope? Are youth with autism/intellectual disability in or out of scope?)</w:t>
      </w:r>
    </w:p>
    <w:p w14:paraId="54178070" w14:textId="77777777" w:rsidR="008F0862" w:rsidRPr="008F0862" w:rsidRDefault="008F0862" w:rsidP="008F0862">
      <w:pPr>
        <w:numPr>
          <w:ilvl w:val="1"/>
          <w:numId w:val="105"/>
        </w:numPr>
      </w:pPr>
      <w:r w:rsidRPr="008F0862">
        <w:t>Which of the current challenges facing youth and families seeking behavioral health services should be the goal of a single state agency to address?</w:t>
      </w:r>
    </w:p>
    <w:p w14:paraId="6153A50E" w14:textId="77777777" w:rsidR="008F0862" w:rsidRDefault="008F0862"/>
    <w:p w14:paraId="3FD29D2F" w14:textId="77777777" w:rsidR="008F0862" w:rsidRPr="008F0862" w:rsidRDefault="008F0862" w:rsidP="008F0862">
      <w:r w:rsidRPr="008F0862">
        <w:rPr>
          <w:b/>
          <w:bCs/>
        </w:rPr>
        <w:t>Next Steps</w:t>
      </w:r>
    </w:p>
    <w:p w14:paraId="0DE4D8B6" w14:textId="77777777" w:rsidR="008F0862" w:rsidRPr="008F0862" w:rsidRDefault="008F0862" w:rsidP="008F0862">
      <w:pPr>
        <w:numPr>
          <w:ilvl w:val="1"/>
          <w:numId w:val="106"/>
        </w:numPr>
      </w:pPr>
      <w:r w:rsidRPr="008F0862">
        <w:t>Workgroup 3 to conduct landscape review of other state examples of “single children’s behavioral health agency”</w:t>
      </w:r>
    </w:p>
    <w:p w14:paraId="1F5A8048" w14:textId="77777777" w:rsidR="008F0862" w:rsidRPr="008F0862" w:rsidRDefault="008F0862" w:rsidP="008F0862">
      <w:pPr>
        <w:numPr>
          <w:ilvl w:val="1"/>
          <w:numId w:val="106"/>
        </w:numPr>
      </w:pPr>
      <w:r w:rsidRPr="008F0862">
        <w:t>Date of Next Meeting: 1/27/26</w:t>
      </w:r>
    </w:p>
    <w:p w14:paraId="4EA79DC8" w14:textId="77777777" w:rsidR="008F0862" w:rsidRDefault="008F0862"/>
    <w:p w14:paraId="76E4D9BF" w14:textId="77777777" w:rsidR="008F0862" w:rsidRDefault="008F0862"/>
    <w:p w14:paraId="003E2D39" w14:textId="68BC570B" w:rsidR="004B5F33" w:rsidRDefault="0003368A" w:rsidP="004B5F33">
      <w:pPr>
        <w:pStyle w:val="Heading1"/>
      </w:pPr>
      <w:r>
        <w:t xml:space="preserve">Slide 8: </w:t>
      </w:r>
      <w:r w:rsidR="00A77167" w:rsidRPr="00A77167">
        <w:t>E</w:t>
      </w:r>
      <w:r w:rsidR="003B78F5">
        <w:t>xample Final Reports</w:t>
      </w:r>
    </w:p>
    <w:p w14:paraId="466EE501" w14:textId="77777777" w:rsidR="00FB75C4" w:rsidRDefault="00FB75C4" w:rsidP="00E4692C">
      <w:pPr>
        <w:rPr>
          <w:b/>
          <w:bCs/>
        </w:rPr>
      </w:pPr>
    </w:p>
    <w:p w14:paraId="08A7EE8D" w14:textId="64412D5F" w:rsidR="004B5F33" w:rsidRDefault="0003368A" w:rsidP="004B5F33">
      <w:pPr>
        <w:pStyle w:val="Heading1"/>
      </w:pPr>
      <w:r>
        <w:t xml:space="preserve">Slide 9: </w:t>
      </w:r>
      <w:r w:rsidR="003B78F5">
        <w:t>Example Documents for Review</w:t>
      </w:r>
    </w:p>
    <w:p w14:paraId="3508B665" w14:textId="77777777" w:rsidR="00571FE7" w:rsidRDefault="00571FE7" w:rsidP="00FA717C">
      <w:pPr>
        <w:rPr>
          <w:lang w:val="en-CA"/>
        </w:rPr>
      </w:pPr>
    </w:p>
    <w:p w14:paraId="379ADE28" w14:textId="77777777" w:rsidR="003B78F5" w:rsidRPr="003B78F5" w:rsidRDefault="003B78F5" w:rsidP="003B78F5">
      <w:pPr>
        <w:numPr>
          <w:ilvl w:val="0"/>
          <w:numId w:val="107"/>
        </w:numPr>
      </w:pPr>
      <w:hyperlink r:id="rId6" w:history="1">
        <w:r w:rsidRPr="003B78F5">
          <w:rPr>
            <w:rStyle w:val="Hyperlink"/>
          </w:rPr>
          <w:t>MOVA 2021-2024 Strategic Plan</w:t>
        </w:r>
      </w:hyperlink>
    </w:p>
    <w:p w14:paraId="4B496558" w14:textId="77777777" w:rsidR="003B78F5" w:rsidRPr="003B78F5" w:rsidRDefault="003B78F5" w:rsidP="003B78F5">
      <w:pPr>
        <w:numPr>
          <w:ilvl w:val="0"/>
          <w:numId w:val="107"/>
        </w:numPr>
      </w:pPr>
      <w:hyperlink r:id="rId7" w:history="1">
        <w:r w:rsidRPr="003B78F5">
          <w:rPr>
            <w:rStyle w:val="Hyperlink"/>
          </w:rPr>
          <w:t>Department of Early Education Strategic Plan: 2026- 2030</w:t>
        </w:r>
      </w:hyperlink>
    </w:p>
    <w:p w14:paraId="59C1BF61" w14:textId="77777777" w:rsidR="003B78F5" w:rsidRPr="003B78F5" w:rsidRDefault="003B78F5" w:rsidP="003B78F5">
      <w:pPr>
        <w:numPr>
          <w:ilvl w:val="0"/>
          <w:numId w:val="107"/>
        </w:numPr>
      </w:pPr>
      <w:hyperlink r:id="rId8" w:history="1">
        <w:r w:rsidRPr="003B78F5">
          <w:rPr>
            <w:rStyle w:val="Hyperlink"/>
          </w:rPr>
          <w:t>MA Health Connector Strategic Plan</w:t>
        </w:r>
      </w:hyperlink>
    </w:p>
    <w:p w14:paraId="78D7C0FB" w14:textId="77777777" w:rsidR="003B78F5" w:rsidRPr="003B78F5" w:rsidRDefault="003B78F5" w:rsidP="003B78F5">
      <w:pPr>
        <w:numPr>
          <w:ilvl w:val="0"/>
          <w:numId w:val="107"/>
        </w:numPr>
      </w:pPr>
      <w:hyperlink r:id="rId9" w:history="1">
        <w:r w:rsidRPr="003B78F5">
          <w:rPr>
            <w:rStyle w:val="Hyperlink"/>
          </w:rPr>
          <w:t>Special Commission on State Institutions Overview and Recommendations</w:t>
        </w:r>
      </w:hyperlink>
    </w:p>
    <w:p w14:paraId="081347BC" w14:textId="77777777" w:rsidR="003B78F5" w:rsidRPr="003B78F5" w:rsidRDefault="003B78F5" w:rsidP="003B78F5">
      <w:pPr>
        <w:numPr>
          <w:ilvl w:val="0"/>
          <w:numId w:val="107"/>
        </w:numPr>
      </w:pPr>
      <w:hyperlink r:id="rId10" w:history="1">
        <w:r w:rsidRPr="003B78F5">
          <w:rPr>
            <w:rStyle w:val="Hyperlink"/>
          </w:rPr>
          <w:t>Pathways to Promise – Special Legislative Commission to Study Poverty</w:t>
        </w:r>
      </w:hyperlink>
    </w:p>
    <w:p w14:paraId="7F70A98E" w14:textId="758064D6" w:rsidR="003B78F5" w:rsidRPr="00FA717C" w:rsidRDefault="003B78F5" w:rsidP="003B78F5"/>
    <w:p w14:paraId="4029659F" w14:textId="1C6421E2" w:rsidR="00FA717C" w:rsidRPr="00FA717C" w:rsidRDefault="00FA717C" w:rsidP="00FA717C">
      <w:r w:rsidRPr="00FA717C">
        <w:t xml:space="preserve"> </w:t>
      </w:r>
    </w:p>
    <w:p w14:paraId="32177BE3" w14:textId="19603F45" w:rsidR="004B5F33" w:rsidRDefault="0003368A" w:rsidP="004B5F33">
      <w:pPr>
        <w:pStyle w:val="Heading1"/>
      </w:pPr>
      <w:r>
        <w:t xml:space="preserve">Slide 10: </w:t>
      </w:r>
      <w:r w:rsidR="0096220F">
        <w:t>Upcoming Work &amp; Schedule</w:t>
      </w:r>
    </w:p>
    <w:p w14:paraId="03B763B2" w14:textId="77777777" w:rsidR="00036FBD" w:rsidRDefault="00036FBD" w:rsidP="00036FBD">
      <w:pPr>
        <w:ind w:left="720"/>
      </w:pPr>
    </w:p>
    <w:p w14:paraId="488D6861" w14:textId="581F1139" w:rsidR="00960295" w:rsidRDefault="00960295" w:rsidP="00A77167"/>
    <w:p w14:paraId="633303A4" w14:textId="77777777" w:rsidR="00AC7AE4" w:rsidRPr="00960295" w:rsidRDefault="00AC7AE4" w:rsidP="00A77167"/>
    <w:p w14:paraId="305E8BD4" w14:textId="4F2C1FD8" w:rsidR="004B5F33" w:rsidRDefault="0003368A" w:rsidP="004B5F33">
      <w:pPr>
        <w:pStyle w:val="Heading1"/>
      </w:pPr>
      <w:r>
        <w:t>Slide 1</w:t>
      </w:r>
      <w:r w:rsidR="00DC5913">
        <w:t>1</w:t>
      </w:r>
      <w:r>
        <w:t xml:space="preserve">: </w:t>
      </w:r>
      <w:r w:rsidR="00AC7AE4">
        <w:t>Upcoming Work &amp; Schedule</w:t>
      </w:r>
    </w:p>
    <w:p w14:paraId="5F7AF044" w14:textId="77777777" w:rsidR="00B069D3" w:rsidRDefault="00B069D3" w:rsidP="00B069D3">
      <w:pPr>
        <w:rPr>
          <w:b/>
          <w:bCs/>
        </w:rPr>
      </w:pPr>
    </w:p>
    <w:tbl>
      <w:tblPr>
        <w:tblW w:w="9350" w:type="dxa"/>
        <w:tblCellMar>
          <w:left w:w="0" w:type="dxa"/>
          <w:right w:w="0" w:type="dxa"/>
        </w:tblCellMar>
        <w:tblLook w:val="0420" w:firstRow="1" w:lastRow="0" w:firstColumn="0" w:lastColumn="0" w:noHBand="0" w:noVBand="1"/>
      </w:tblPr>
      <w:tblGrid>
        <w:gridCol w:w="1780"/>
        <w:gridCol w:w="7570"/>
      </w:tblGrid>
      <w:tr w:rsidR="00D37C86" w:rsidRPr="00D37C86" w14:paraId="5BB89119" w14:textId="77777777" w:rsidTr="00D37C86">
        <w:trPr>
          <w:trHeight w:val="763"/>
        </w:trPr>
        <w:tc>
          <w:tcPr>
            <w:tcW w:w="1780"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652D095E" w14:textId="77777777" w:rsidR="00D37C86" w:rsidRPr="00D37C86" w:rsidRDefault="00D37C86" w:rsidP="00D37C86">
            <w:r w:rsidRPr="00D37C86">
              <w:rPr>
                <w:b/>
                <w:bCs/>
              </w:rPr>
              <w:t>Date</w:t>
            </w:r>
          </w:p>
        </w:tc>
        <w:tc>
          <w:tcPr>
            <w:tcW w:w="7570"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0BCD3D62" w14:textId="77777777" w:rsidR="00D37C86" w:rsidRPr="00D37C86" w:rsidRDefault="00D37C86" w:rsidP="00D37C86">
            <w:r w:rsidRPr="00D37C86">
              <w:rPr>
                <w:b/>
                <w:bCs/>
              </w:rPr>
              <w:t>Proposed Tasks for Discussion</w:t>
            </w:r>
          </w:p>
        </w:tc>
      </w:tr>
      <w:tr w:rsidR="00D37C86" w:rsidRPr="00D37C86" w14:paraId="7F7B409E" w14:textId="77777777" w:rsidTr="00D37C86">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2A34446" w14:textId="77777777" w:rsidR="00D37C86" w:rsidRPr="00D37C86" w:rsidRDefault="00D37C86" w:rsidP="00D37C86">
            <w:r w:rsidRPr="00D37C86">
              <w:rPr>
                <w:b/>
                <w:bCs/>
              </w:rPr>
              <w:t>Jan 21</w:t>
            </w:r>
          </w:p>
          <w:p w14:paraId="5C7F0340" w14:textId="77777777" w:rsidR="00D37C86" w:rsidRPr="00D37C86" w:rsidRDefault="00D37C86" w:rsidP="00D37C86">
            <w:r w:rsidRPr="00D37C86">
              <w:rPr>
                <w:b/>
                <w:bCs/>
              </w:rPr>
              <w:t>(Today)</w:t>
            </w:r>
          </w:p>
        </w:tc>
        <w:tc>
          <w:tcPr>
            <w:tcW w:w="7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FAC9594" w14:textId="77777777" w:rsidR="00D37C86" w:rsidRPr="00D37C86" w:rsidRDefault="00D37C86" w:rsidP="00D37C86">
            <w:pPr>
              <w:numPr>
                <w:ilvl w:val="0"/>
                <w:numId w:val="108"/>
              </w:numPr>
            </w:pPr>
            <w:r w:rsidRPr="00D37C86">
              <w:t>Review of additional reports/speakers from 12/17</w:t>
            </w:r>
          </w:p>
          <w:p w14:paraId="6AF314BF" w14:textId="77777777" w:rsidR="00D37C86" w:rsidRPr="00D37C86" w:rsidRDefault="00D37C86" w:rsidP="00D37C86">
            <w:pPr>
              <w:numPr>
                <w:ilvl w:val="0"/>
                <w:numId w:val="108"/>
              </w:numPr>
            </w:pPr>
            <w:r w:rsidRPr="00D37C86">
              <w:t>Review of Workgroup initial findings: Landscape and Funding (charges aa and dd) </w:t>
            </w:r>
          </w:p>
          <w:p w14:paraId="0A6FD641" w14:textId="77777777" w:rsidR="00D37C86" w:rsidRPr="00D37C86" w:rsidRDefault="00D37C86" w:rsidP="00D37C86">
            <w:pPr>
              <w:numPr>
                <w:ilvl w:val="0"/>
                <w:numId w:val="108"/>
              </w:numPr>
            </w:pPr>
            <w:r w:rsidRPr="00D37C86">
              <w:t>Additional recommendations for policy recommendation sources- either reports or speakers </w:t>
            </w:r>
          </w:p>
        </w:tc>
      </w:tr>
      <w:tr w:rsidR="00D37C86" w:rsidRPr="00D37C86" w14:paraId="5F16997A" w14:textId="77777777" w:rsidTr="00D37C86">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66AF8C4" w14:textId="77777777" w:rsidR="00D37C86" w:rsidRPr="00D37C86" w:rsidRDefault="00D37C86" w:rsidP="00D37C86">
            <w:r w:rsidRPr="00D37C86">
              <w:rPr>
                <w:b/>
                <w:bCs/>
              </w:rPr>
              <w:t>Feb 25</w:t>
            </w:r>
          </w:p>
        </w:tc>
        <w:tc>
          <w:tcPr>
            <w:tcW w:w="7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0D64B59" w14:textId="77777777" w:rsidR="00D37C86" w:rsidRPr="00D37C86" w:rsidRDefault="00D37C86" w:rsidP="00D37C86">
            <w:pPr>
              <w:numPr>
                <w:ilvl w:val="0"/>
                <w:numId w:val="109"/>
              </w:numPr>
            </w:pPr>
            <w:r w:rsidRPr="00D37C86">
              <w:t>Review of additional reports/speakers from 1/21</w:t>
            </w:r>
          </w:p>
          <w:p w14:paraId="78156E7E" w14:textId="77777777" w:rsidR="00D37C86" w:rsidRPr="00D37C86" w:rsidRDefault="00D37C86" w:rsidP="00D37C86">
            <w:pPr>
              <w:numPr>
                <w:ilvl w:val="0"/>
                <w:numId w:val="110"/>
              </w:numPr>
            </w:pPr>
            <w:r w:rsidRPr="00D37C86">
              <w:t>Review of Workgroup initial findings: Challenges and Policy Recommendations (charges bb and cc) </w:t>
            </w:r>
          </w:p>
          <w:p w14:paraId="693CDDD1" w14:textId="77777777" w:rsidR="00D37C86" w:rsidRPr="00D37C86" w:rsidRDefault="00D37C86" w:rsidP="00D37C86">
            <w:pPr>
              <w:numPr>
                <w:ilvl w:val="0"/>
                <w:numId w:val="110"/>
              </w:numPr>
            </w:pPr>
            <w:r w:rsidRPr="00D37C86">
              <w:t>Additional recommendations for policy recommendation sources- either reports or speakers</w:t>
            </w:r>
          </w:p>
        </w:tc>
      </w:tr>
      <w:tr w:rsidR="00D37C86" w:rsidRPr="00D37C86" w14:paraId="7A7426C8" w14:textId="77777777" w:rsidTr="00D37C86">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10AD582" w14:textId="77777777" w:rsidR="00D37C86" w:rsidRPr="00D37C86" w:rsidRDefault="00D37C86" w:rsidP="00D37C86">
            <w:r w:rsidRPr="00D37C86">
              <w:rPr>
                <w:b/>
                <w:bCs/>
              </w:rPr>
              <w:t>Mar 18</w:t>
            </w:r>
          </w:p>
        </w:tc>
        <w:tc>
          <w:tcPr>
            <w:tcW w:w="7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7AD9D31" w14:textId="77777777" w:rsidR="00D37C86" w:rsidRPr="00D37C86" w:rsidRDefault="00D37C86" w:rsidP="00D37C86">
            <w:pPr>
              <w:numPr>
                <w:ilvl w:val="0"/>
                <w:numId w:val="111"/>
              </w:numPr>
            </w:pPr>
            <w:r w:rsidRPr="00D37C86">
              <w:t>Review of Workgroup initial findings: Single Agency (charges ee) </w:t>
            </w:r>
          </w:p>
        </w:tc>
      </w:tr>
      <w:tr w:rsidR="00D37C86" w:rsidRPr="00D37C86" w14:paraId="42AC4918" w14:textId="77777777" w:rsidTr="00D37C86">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500C506" w14:textId="77777777" w:rsidR="00D37C86" w:rsidRPr="00D37C86" w:rsidRDefault="00D37C86" w:rsidP="00D37C86">
            <w:r w:rsidRPr="00D37C86">
              <w:rPr>
                <w:b/>
                <w:bCs/>
              </w:rPr>
              <w:t>Apr 29</w:t>
            </w:r>
          </w:p>
        </w:tc>
        <w:tc>
          <w:tcPr>
            <w:tcW w:w="7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9934AE1" w14:textId="77777777" w:rsidR="00D37C86" w:rsidRPr="00D37C86" w:rsidRDefault="00D37C86" w:rsidP="00D37C86">
            <w:pPr>
              <w:numPr>
                <w:ilvl w:val="0"/>
                <w:numId w:val="112"/>
              </w:numPr>
            </w:pPr>
            <w:r w:rsidRPr="00D37C86">
              <w:t xml:space="preserve">Review of initial package of recommendations </w:t>
            </w:r>
          </w:p>
        </w:tc>
      </w:tr>
      <w:tr w:rsidR="00D37C86" w:rsidRPr="00D37C86" w14:paraId="42CD7A86" w14:textId="77777777" w:rsidTr="00D37C86">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67CEFC3" w14:textId="77777777" w:rsidR="00D37C86" w:rsidRPr="00D37C86" w:rsidRDefault="00D37C86" w:rsidP="00D37C86">
            <w:r w:rsidRPr="00D37C86">
              <w:rPr>
                <w:b/>
                <w:bCs/>
              </w:rPr>
              <w:t>May 20</w:t>
            </w:r>
          </w:p>
        </w:tc>
        <w:tc>
          <w:tcPr>
            <w:tcW w:w="7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2070812" w14:textId="77777777" w:rsidR="00D37C86" w:rsidRPr="00D37C86" w:rsidRDefault="00D37C86" w:rsidP="00D37C86">
            <w:pPr>
              <w:numPr>
                <w:ilvl w:val="0"/>
                <w:numId w:val="113"/>
              </w:numPr>
            </w:pPr>
            <w:r w:rsidRPr="00D37C86">
              <w:t>Review of draft report</w:t>
            </w:r>
          </w:p>
        </w:tc>
      </w:tr>
      <w:tr w:rsidR="00D37C86" w:rsidRPr="00D37C86" w14:paraId="2D80FA1F" w14:textId="77777777" w:rsidTr="00D37C86">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FE2344E" w14:textId="77777777" w:rsidR="00D37C86" w:rsidRPr="00D37C86" w:rsidRDefault="00D37C86" w:rsidP="00D37C86">
            <w:r w:rsidRPr="00D37C86">
              <w:rPr>
                <w:b/>
                <w:bCs/>
              </w:rPr>
              <w:t>June 3</w:t>
            </w:r>
          </w:p>
        </w:tc>
        <w:tc>
          <w:tcPr>
            <w:tcW w:w="7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3FD7513" w14:textId="77777777" w:rsidR="00D37C86" w:rsidRPr="00D37C86" w:rsidRDefault="00D37C86" w:rsidP="00D37C86">
            <w:pPr>
              <w:numPr>
                <w:ilvl w:val="0"/>
                <w:numId w:val="114"/>
              </w:numPr>
            </w:pPr>
            <w:r w:rsidRPr="00D37C86">
              <w:t>Review of draft report</w:t>
            </w:r>
          </w:p>
        </w:tc>
      </w:tr>
      <w:tr w:rsidR="00D37C86" w:rsidRPr="00D37C86" w14:paraId="4F7CC262" w14:textId="77777777" w:rsidTr="00D37C86">
        <w:trPr>
          <w:trHeight w:val="763"/>
        </w:trPr>
        <w:tc>
          <w:tcPr>
            <w:tcW w:w="1780" w:type="dxa"/>
            <w:tcBorders>
              <w:top w:val="single" w:sz="8" w:space="0" w:color="000000"/>
              <w:left w:val="single" w:sz="8" w:space="0" w:color="000000"/>
              <w:bottom w:val="single" w:sz="8" w:space="0" w:color="000000"/>
              <w:right w:val="single" w:sz="8" w:space="0" w:color="000000"/>
            </w:tcBorders>
            <w:shd w:val="clear" w:color="auto" w:fill="FFB703"/>
            <w:tcMar>
              <w:top w:w="72" w:type="dxa"/>
              <w:left w:w="144" w:type="dxa"/>
              <w:bottom w:w="72" w:type="dxa"/>
              <w:right w:w="144" w:type="dxa"/>
            </w:tcMar>
            <w:vAlign w:val="center"/>
            <w:hideMark/>
          </w:tcPr>
          <w:p w14:paraId="48085526" w14:textId="77777777" w:rsidR="00D37C86" w:rsidRPr="00D37C86" w:rsidRDefault="00D37C86" w:rsidP="00D37C86"/>
        </w:tc>
        <w:tc>
          <w:tcPr>
            <w:tcW w:w="7570" w:type="dxa"/>
            <w:tcBorders>
              <w:top w:val="single" w:sz="8" w:space="0" w:color="000000"/>
              <w:left w:val="single" w:sz="8" w:space="0" w:color="000000"/>
              <w:bottom w:val="single" w:sz="8" w:space="0" w:color="000000"/>
              <w:right w:val="single" w:sz="8" w:space="0" w:color="000000"/>
            </w:tcBorders>
            <w:shd w:val="clear" w:color="auto" w:fill="FFB703"/>
            <w:tcMar>
              <w:top w:w="72" w:type="dxa"/>
              <w:left w:w="144" w:type="dxa"/>
              <w:bottom w:w="72" w:type="dxa"/>
              <w:right w:w="144" w:type="dxa"/>
            </w:tcMar>
            <w:vAlign w:val="center"/>
            <w:hideMark/>
          </w:tcPr>
          <w:p w14:paraId="02B75D23" w14:textId="77777777" w:rsidR="00D37C86" w:rsidRPr="00D37C86" w:rsidRDefault="00D37C86" w:rsidP="00D37C86">
            <w:r w:rsidRPr="00D37C86">
              <w:rPr>
                <w:b/>
                <w:bCs/>
              </w:rPr>
              <w:t xml:space="preserve">Tuesday, June 30, 2026 – </w:t>
            </w:r>
            <w:r w:rsidRPr="00D37C86">
              <w:rPr>
                <w:i/>
                <w:iCs/>
              </w:rPr>
              <w:t>Submission of Report to the Legislature</w:t>
            </w:r>
          </w:p>
        </w:tc>
      </w:tr>
    </w:tbl>
    <w:p w14:paraId="6422FCCC" w14:textId="5B93A566" w:rsidR="00F6491E" w:rsidRPr="00F6491E" w:rsidRDefault="00F6491E" w:rsidP="00F6491E"/>
    <w:p w14:paraId="56561541" w14:textId="77777777" w:rsidR="00983E0F" w:rsidRDefault="00983E0F" w:rsidP="00983E0F"/>
    <w:p w14:paraId="3F7A4664" w14:textId="70A28F36" w:rsidR="00983E0F" w:rsidRDefault="00983E0F" w:rsidP="00983E0F">
      <w:pPr>
        <w:pStyle w:val="Heading1"/>
      </w:pPr>
      <w:r>
        <w:t>Slide 1</w:t>
      </w:r>
      <w:r w:rsidR="00782FD7">
        <w:t>2</w:t>
      </w:r>
      <w:r>
        <w:t xml:space="preserve">: </w:t>
      </w:r>
      <w:r w:rsidR="00D37C86">
        <w:t>Next Steps</w:t>
      </w:r>
    </w:p>
    <w:p w14:paraId="50EB33C2" w14:textId="77777777" w:rsidR="00983E0F" w:rsidRDefault="00983E0F" w:rsidP="00983E0F">
      <w:pPr>
        <w:rPr>
          <w:b/>
          <w:bCs/>
        </w:rPr>
      </w:pPr>
    </w:p>
    <w:tbl>
      <w:tblPr>
        <w:tblW w:w="14100" w:type="dxa"/>
        <w:tblCellMar>
          <w:left w:w="0" w:type="dxa"/>
          <w:right w:w="0" w:type="dxa"/>
        </w:tblCellMar>
        <w:tblLook w:val="0420" w:firstRow="1" w:lastRow="0" w:firstColumn="0" w:lastColumn="0" w:noHBand="0" w:noVBand="1"/>
      </w:tblPr>
      <w:tblGrid>
        <w:gridCol w:w="1780"/>
        <w:gridCol w:w="12320"/>
      </w:tblGrid>
      <w:tr w:rsidR="00D37C86" w:rsidRPr="00D37C86" w14:paraId="139B1FD1" w14:textId="77777777">
        <w:trPr>
          <w:trHeight w:val="763"/>
        </w:trPr>
        <w:tc>
          <w:tcPr>
            <w:tcW w:w="1780"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01CD1F23" w14:textId="77777777" w:rsidR="00D37C86" w:rsidRPr="00D37C86" w:rsidRDefault="00D37C86" w:rsidP="00D37C86">
            <w:pPr>
              <w:pStyle w:val="ListBullet"/>
              <w:ind w:left="0"/>
            </w:pPr>
            <w:r w:rsidRPr="00D37C86">
              <w:rPr>
                <w:b/>
                <w:bCs/>
              </w:rPr>
              <w:t>Date</w:t>
            </w:r>
          </w:p>
        </w:tc>
        <w:tc>
          <w:tcPr>
            <w:tcW w:w="12320"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353028D4" w14:textId="77777777" w:rsidR="00D37C86" w:rsidRPr="00D37C86" w:rsidRDefault="00D37C86" w:rsidP="00D37C86">
            <w:pPr>
              <w:pStyle w:val="ListBullet"/>
              <w:ind w:left="0"/>
            </w:pPr>
            <w:r w:rsidRPr="00D37C86">
              <w:rPr>
                <w:b/>
                <w:bCs/>
              </w:rPr>
              <w:t>Proposed Tasks for Discussion</w:t>
            </w:r>
          </w:p>
        </w:tc>
      </w:tr>
      <w:tr w:rsidR="00D37C86" w:rsidRPr="00D37C86" w14:paraId="7A567163" w14:textId="77777777">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1205464" w14:textId="77777777" w:rsidR="00D37C86" w:rsidRPr="00D37C86" w:rsidRDefault="00D37C86" w:rsidP="00D37C86">
            <w:pPr>
              <w:pStyle w:val="ListBullet"/>
              <w:ind w:left="0"/>
            </w:pPr>
            <w:r w:rsidRPr="00D37C86">
              <w:rPr>
                <w:b/>
                <w:bCs/>
              </w:rPr>
              <w:t>Jan 21</w:t>
            </w:r>
          </w:p>
          <w:p w14:paraId="10525467" w14:textId="77777777" w:rsidR="00D37C86" w:rsidRPr="00D37C86" w:rsidRDefault="00D37C86" w:rsidP="00D37C86">
            <w:pPr>
              <w:pStyle w:val="ListBullet"/>
              <w:ind w:left="0"/>
            </w:pPr>
            <w:r w:rsidRPr="00D37C86">
              <w:rPr>
                <w:b/>
                <w:bCs/>
              </w:rPr>
              <w:t>(Today)</w:t>
            </w:r>
          </w:p>
        </w:tc>
        <w:tc>
          <w:tcPr>
            <w:tcW w:w="123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17C9F40" w14:textId="77777777" w:rsidR="00D37C86" w:rsidRPr="00D37C86" w:rsidRDefault="00D37C86" w:rsidP="00D37C86">
            <w:pPr>
              <w:pStyle w:val="ListBullet"/>
              <w:numPr>
                <w:ilvl w:val="0"/>
                <w:numId w:val="115"/>
              </w:numPr>
            </w:pPr>
            <w:r w:rsidRPr="00D37C86">
              <w:t>Review of additional reports/speakers from 12/17</w:t>
            </w:r>
          </w:p>
          <w:p w14:paraId="64F63E0D" w14:textId="77777777" w:rsidR="00D37C86" w:rsidRPr="00D37C86" w:rsidRDefault="00D37C86" w:rsidP="00D37C86">
            <w:pPr>
              <w:pStyle w:val="ListBullet"/>
              <w:numPr>
                <w:ilvl w:val="0"/>
                <w:numId w:val="115"/>
              </w:numPr>
            </w:pPr>
            <w:r w:rsidRPr="00D37C86">
              <w:t>Review of Workgroup initial findings: Landscape and Funding (charges aa and dd) </w:t>
            </w:r>
          </w:p>
          <w:p w14:paraId="55B776D3" w14:textId="77777777" w:rsidR="00D37C86" w:rsidRPr="00D37C86" w:rsidRDefault="00D37C86" w:rsidP="00D37C86">
            <w:pPr>
              <w:pStyle w:val="ListBullet"/>
              <w:numPr>
                <w:ilvl w:val="0"/>
                <w:numId w:val="115"/>
              </w:numPr>
            </w:pPr>
            <w:r w:rsidRPr="00D37C86">
              <w:t>Additional recommendations for policy recommendation sources- either reports or speakers </w:t>
            </w:r>
          </w:p>
        </w:tc>
      </w:tr>
      <w:tr w:rsidR="00D37C86" w:rsidRPr="00D37C86" w14:paraId="5926B357" w14:textId="77777777">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148E304" w14:textId="77777777" w:rsidR="00D37C86" w:rsidRPr="00D37C86" w:rsidRDefault="00D37C86" w:rsidP="00D37C86">
            <w:pPr>
              <w:pStyle w:val="ListBullet"/>
              <w:ind w:left="0"/>
            </w:pPr>
            <w:r w:rsidRPr="00D37C86">
              <w:rPr>
                <w:b/>
                <w:bCs/>
              </w:rPr>
              <w:t>Feb 25</w:t>
            </w:r>
          </w:p>
        </w:tc>
        <w:tc>
          <w:tcPr>
            <w:tcW w:w="123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439FAA0" w14:textId="77777777" w:rsidR="00D37C86" w:rsidRPr="00D37C86" w:rsidRDefault="00D37C86" w:rsidP="00D37C86">
            <w:pPr>
              <w:pStyle w:val="ListBullet"/>
              <w:numPr>
                <w:ilvl w:val="0"/>
                <w:numId w:val="116"/>
              </w:numPr>
            </w:pPr>
            <w:r w:rsidRPr="00D37C86">
              <w:t>Review of additional reports/speakers from 1/21</w:t>
            </w:r>
          </w:p>
          <w:p w14:paraId="7F50B4B9" w14:textId="77777777" w:rsidR="00D37C86" w:rsidRPr="00D37C86" w:rsidRDefault="00D37C86" w:rsidP="00D37C86">
            <w:pPr>
              <w:pStyle w:val="ListBullet"/>
              <w:numPr>
                <w:ilvl w:val="0"/>
                <w:numId w:val="117"/>
              </w:numPr>
            </w:pPr>
            <w:r w:rsidRPr="00D37C86">
              <w:t>Review of Workgroup initial findings: Challenges and Policy Recommendations (charges bb and cc) </w:t>
            </w:r>
          </w:p>
          <w:p w14:paraId="56320CED" w14:textId="77777777" w:rsidR="00D37C86" w:rsidRPr="00D37C86" w:rsidRDefault="00D37C86" w:rsidP="00D37C86">
            <w:pPr>
              <w:pStyle w:val="ListBullet"/>
              <w:numPr>
                <w:ilvl w:val="0"/>
                <w:numId w:val="117"/>
              </w:numPr>
            </w:pPr>
            <w:r w:rsidRPr="00D37C86">
              <w:t>Additional recommendations for policy recommendation sources- either reports or speakers</w:t>
            </w:r>
          </w:p>
        </w:tc>
      </w:tr>
      <w:tr w:rsidR="00D37C86" w:rsidRPr="00D37C86" w14:paraId="33C6CB72" w14:textId="77777777">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CBB093E" w14:textId="77777777" w:rsidR="00D37C86" w:rsidRPr="00D37C86" w:rsidRDefault="00D37C86" w:rsidP="00D37C86">
            <w:pPr>
              <w:pStyle w:val="ListBullet"/>
              <w:ind w:left="0"/>
            </w:pPr>
            <w:r w:rsidRPr="00D37C86">
              <w:rPr>
                <w:b/>
                <w:bCs/>
              </w:rPr>
              <w:t>Mar 18</w:t>
            </w:r>
          </w:p>
        </w:tc>
        <w:tc>
          <w:tcPr>
            <w:tcW w:w="123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E5E53EE" w14:textId="77777777" w:rsidR="00D37C86" w:rsidRPr="00D37C86" w:rsidRDefault="00D37C86" w:rsidP="00D37C86">
            <w:pPr>
              <w:pStyle w:val="ListBullet"/>
              <w:numPr>
                <w:ilvl w:val="0"/>
                <w:numId w:val="118"/>
              </w:numPr>
            </w:pPr>
            <w:r w:rsidRPr="00D37C86">
              <w:t>Review of Workgroup initial findings: Single Agency (charges ee) </w:t>
            </w:r>
          </w:p>
        </w:tc>
      </w:tr>
      <w:tr w:rsidR="00D37C86" w:rsidRPr="00D37C86" w14:paraId="623C233D" w14:textId="77777777">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C77A329" w14:textId="77777777" w:rsidR="00D37C86" w:rsidRPr="00D37C86" w:rsidRDefault="00D37C86" w:rsidP="00D37C86">
            <w:pPr>
              <w:pStyle w:val="ListBullet"/>
              <w:ind w:left="0"/>
            </w:pPr>
            <w:r w:rsidRPr="00D37C86">
              <w:rPr>
                <w:b/>
                <w:bCs/>
              </w:rPr>
              <w:t>Apr 29</w:t>
            </w:r>
          </w:p>
        </w:tc>
        <w:tc>
          <w:tcPr>
            <w:tcW w:w="123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4BB586D" w14:textId="77777777" w:rsidR="00D37C86" w:rsidRPr="00D37C86" w:rsidRDefault="00D37C86" w:rsidP="00D37C86">
            <w:pPr>
              <w:pStyle w:val="ListBullet"/>
              <w:numPr>
                <w:ilvl w:val="0"/>
                <w:numId w:val="119"/>
              </w:numPr>
            </w:pPr>
            <w:r w:rsidRPr="00D37C86">
              <w:t xml:space="preserve">Review of initial package of recommendations </w:t>
            </w:r>
          </w:p>
        </w:tc>
      </w:tr>
      <w:tr w:rsidR="00D37C86" w:rsidRPr="00D37C86" w14:paraId="48C7F56F" w14:textId="77777777">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820CC9A" w14:textId="77777777" w:rsidR="00D37C86" w:rsidRPr="00D37C86" w:rsidRDefault="00D37C86" w:rsidP="00D37C86">
            <w:pPr>
              <w:pStyle w:val="ListBullet"/>
              <w:ind w:left="0"/>
            </w:pPr>
            <w:r w:rsidRPr="00D37C86">
              <w:rPr>
                <w:b/>
                <w:bCs/>
              </w:rPr>
              <w:t>May 20</w:t>
            </w:r>
          </w:p>
        </w:tc>
        <w:tc>
          <w:tcPr>
            <w:tcW w:w="123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D5609EF" w14:textId="77777777" w:rsidR="00D37C86" w:rsidRPr="00D37C86" w:rsidRDefault="00D37C86" w:rsidP="00D37C86">
            <w:pPr>
              <w:pStyle w:val="ListBullet"/>
              <w:numPr>
                <w:ilvl w:val="0"/>
                <w:numId w:val="120"/>
              </w:numPr>
            </w:pPr>
            <w:r w:rsidRPr="00D37C86">
              <w:t>Review of draft report</w:t>
            </w:r>
          </w:p>
        </w:tc>
      </w:tr>
      <w:tr w:rsidR="00D37C86" w:rsidRPr="00D37C86" w14:paraId="7463D988" w14:textId="77777777">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A1F7479" w14:textId="77777777" w:rsidR="00D37C86" w:rsidRPr="00D37C86" w:rsidRDefault="00D37C86" w:rsidP="00D37C86">
            <w:pPr>
              <w:pStyle w:val="ListBullet"/>
              <w:ind w:left="0"/>
            </w:pPr>
            <w:r w:rsidRPr="00D37C86">
              <w:rPr>
                <w:b/>
                <w:bCs/>
              </w:rPr>
              <w:t>June 3</w:t>
            </w:r>
          </w:p>
        </w:tc>
        <w:tc>
          <w:tcPr>
            <w:tcW w:w="123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3C414EE" w14:textId="77777777" w:rsidR="00D37C86" w:rsidRPr="00D37C86" w:rsidRDefault="00D37C86" w:rsidP="00D37C86">
            <w:pPr>
              <w:pStyle w:val="ListBullet"/>
              <w:numPr>
                <w:ilvl w:val="0"/>
                <w:numId w:val="121"/>
              </w:numPr>
            </w:pPr>
            <w:r w:rsidRPr="00D37C86">
              <w:t>Review of draft report</w:t>
            </w:r>
          </w:p>
        </w:tc>
      </w:tr>
      <w:tr w:rsidR="00D37C86" w:rsidRPr="00D37C86" w14:paraId="3AA35BBE" w14:textId="77777777">
        <w:trPr>
          <w:trHeight w:val="763"/>
        </w:trPr>
        <w:tc>
          <w:tcPr>
            <w:tcW w:w="1780" w:type="dxa"/>
            <w:tcBorders>
              <w:top w:val="single" w:sz="8" w:space="0" w:color="000000"/>
              <w:left w:val="single" w:sz="8" w:space="0" w:color="000000"/>
              <w:bottom w:val="single" w:sz="8" w:space="0" w:color="000000"/>
              <w:right w:val="single" w:sz="8" w:space="0" w:color="000000"/>
            </w:tcBorders>
            <w:shd w:val="clear" w:color="auto" w:fill="FFB703"/>
            <w:tcMar>
              <w:top w:w="72" w:type="dxa"/>
              <w:left w:w="144" w:type="dxa"/>
              <w:bottom w:w="72" w:type="dxa"/>
              <w:right w:w="144" w:type="dxa"/>
            </w:tcMar>
            <w:vAlign w:val="center"/>
            <w:hideMark/>
          </w:tcPr>
          <w:p w14:paraId="359D25E7" w14:textId="77777777" w:rsidR="00D37C86" w:rsidRPr="00D37C86" w:rsidRDefault="00D37C86" w:rsidP="00D37C86">
            <w:pPr>
              <w:pStyle w:val="ListBullet"/>
              <w:numPr>
                <w:ilvl w:val="0"/>
                <w:numId w:val="0"/>
              </w:numPr>
              <w:ind w:left="360"/>
            </w:pPr>
          </w:p>
        </w:tc>
        <w:tc>
          <w:tcPr>
            <w:tcW w:w="12320" w:type="dxa"/>
            <w:tcBorders>
              <w:top w:val="single" w:sz="8" w:space="0" w:color="000000"/>
              <w:left w:val="single" w:sz="8" w:space="0" w:color="000000"/>
              <w:bottom w:val="single" w:sz="8" w:space="0" w:color="000000"/>
              <w:right w:val="single" w:sz="8" w:space="0" w:color="000000"/>
            </w:tcBorders>
            <w:shd w:val="clear" w:color="auto" w:fill="FFB703"/>
            <w:tcMar>
              <w:top w:w="72" w:type="dxa"/>
              <w:left w:w="144" w:type="dxa"/>
              <w:bottom w:w="72" w:type="dxa"/>
              <w:right w:w="144" w:type="dxa"/>
            </w:tcMar>
            <w:vAlign w:val="center"/>
            <w:hideMark/>
          </w:tcPr>
          <w:p w14:paraId="68C3CD2E" w14:textId="77777777" w:rsidR="00D37C86" w:rsidRPr="00D37C86" w:rsidRDefault="00D37C86" w:rsidP="00D37C86">
            <w:pPr>
              <w:pStyle w:val="ListBullet"/>
              <w:numPr>
                <w:ilvl w:val="0"/>
                <w:numId w:val="0"/>
              </w:numPr>
              <w:ind w:left="360"/>
            </w:pPr>
            <w:r w:rsidRPr="00D37C86">
              <w:rPr>
                <w:b/>
                <w:bCs/>
              </w:rPr>
              <w:t xml:space="preserve">Tuesday, June 30, 2026 – </w:t>
            </w:r>
            <w:r w:rsidRPr="00D37C86">
              <w:rPr>
                <w:i/>
                <w:iCs/>
              </w:rPr>
              <w:t>Submission of Report to the Legislature</w:t>
            </w:r>
          </w:p>
        </w:tc>
      </w:tr>
    </w:tbl>
    <w:p w14:paraId="0F44F907" w14:textId="77777777" w:rsidR="0019279A" w:rsidRDefault="0019279A" w:rsidP="00273A42">
      <w:pPr>
        <w:pStyle w:val="ListBullet"/>
        <w:numPr>
          <w:ilvl w:val="0"/>
          <w:numId w:val="0"/>
        </w:numPr>
      </w:pPr>
    </w:p>
    <w:p w14:paraId="6D59DDEC" w14:textId="77777777" w:rsidR="00D37C86" w:rsidRPr="00D37C86" w:rsidRDefault="00D37C86" w:rsidP="00D37C86">
      <w:pPr>
        <w:pStyle w:val="ListBullet"/>
        <w:numPr>
          <w:ilvl w:val="0"/>
          <w:numId w:val="0"/>
        </w:numPr>
        <w:ind w:left="360" w:hanging="360"/>
      </w:pPr>
      <w:r w:rsidRPr="00D37C86">
        <w:rPr>
          <w:b/>
          <w:bCs/>
          <w:color w:val="EE0000"/>
        </w:rPr>
        <w:t>Red</w:t>
      </w:r>
      <w:r w:rsidRPr="00D37C86">
        <w:rPr>
          <w:i/>
          <w:iCs/>
        </w:rPr>
        <w:t xml:space="preserve"> – indicates revised meeting date</w:t>
      </w:r>
    </w:p>
    <w:p w14:paraId="2FD8D0D5" w14:textId="77777777" w:rsidR="00D37C86" w:rsidRDefault="00D37C86" w:rsidP="00273A42">
      <w:pPr>
        <w:pStyle w:val="ListBullet"/>
        <w:numPr>
          <w:ilvl w:val="0"/>
          <w:numId w:val="0"/>
        </w:numPr>
      </w:pPr>
    </w:p>
    <w:p w14:paraId="5398F362" w14:textId="0FEF5D20" w:rsidR="0019279A" w:rsidRPr="0019279A" w:rsidRDefault="0019279A" w:rsidP="0019279A">
      <w:pPr>
        <w:pStyle w:val="Heading1"/>
      </w:pPr>
      <w:r>
        <w:t xml:space="preserve">Slide 13: </w:t>
      </w:r>
      <w:r w:rsidR="00C07C7E">
        <w:t>Appendix</w:t>
      </w:r>
    </w:p>
    <w:p w14:paraId="78E05C87" w14:textId="77777777" w:rsidR="0019279A" w:rsidRDefault="0019279A" w:rsidP="0019279A">
      <w:pPr>
        <w:rPr>
          <w:b/>
          <w:bCs/>
        </w:rPr>
      </w:pPr>
    </w:p>
    <w:p w14:paraId="7A633E12" w14:textId="77777777" w:rsidR="0019279A" w:rsidRDefault="0019279A" w:rsidP="00273A42">
      <w:pPr>
        <w:pStyle w:val="ListBullet"/>
        <w:numPr>
          <w:ilvl w:val="0"/>
          <w:numId w:val="0"/>
        </w:numPr>
      </w:pPr>
    </w:p>
    <w:p w14:paraId="0D29316F" w14:textId="77777777" w:rsidR="0019279A" w:rsidRDefault="0019279A" w:rsidP="00273A42">
      <w:pPr>
        <w:pStyle w:val="ListBullet"/>
        <w:numPr>
          <w:ilvl w:val="0"/>
          <w:numId w:val="0"/>
        </w:numPr>
      </w:pPr>
    </w:p>
    <w:p w14:paraId="455A0EE7" w14:textId="639FF7BA" w:rsidR="0019279A" w:rsidRPr="0019279A" w:rsidRDefault="0019279A" w:rsidP="0019279A">
      <w:pPr>
        <w:pStyle w:val="Heading1"/>
      </w:pPr>
      <w:r>
        <w:t xml:space="preserve">Slide 14: </w:t>
      </w:r>
      <w:r w:rsidR="001B0BE1">
        <w:t>C</w:t>
      </w:r>
      <w:r w:rsidR="009741DB" w:rsidRPr="009741DB">
        <w:t>o</w:t>
      </w:r>
      <w:r w:rsidR="001B0BE1">
        <w:t>mmission’s Charge</w:t>
      </w:r>
    </w:p>
    <w:p w14:paraId="2AFA813F" w14:textId="77777777" w:rsidR="0019279A" w:rsidRDefault="0019279A" w:rsidP="0019279A">
      <w:pPr>
        <w:rPr>
          <w:b/>
          <w:bCs/>
        </w:rPr>
      </w:pPr>
    </w:p>
    <w:p w14:paraId="6664FDBA" w14:textId="77777777" w:rsidR="001B0BE1" w:rsidRPr="001B0BE1" w:rsidRDefault="001B0BE1" w:rsidP="001B0BE1">
      <w:pPr>
        <w:pStyle w:val="ListBullet"/>
      </w:pPr>
      <w:r w:rsidRPr="001B0BE1">
        <w:rPr>
          <w:b/>
          <w:bCs/>
          <w:u w:val="single"/>
        </w:rPr>
        <w:t>Legal Authority:</w:t>
      </w:r>
      <w:r w:rsidRPr="001B0BE1">
        <w:rPr>
          <w:b/>
          <w:bCs/>
        </w:rPr>
        <w:t xml:space="preserve"> </w:t>
      </w:r>
      <w:r w:rsidRPr="001B0BE1">
        <w:t>FY2026 Budget 4000-0300 (</w:t>
      </w:r>
      <w:hyperlink r:id="rId11" w:history="1">
        <w:r w:rsidRPr="001B0BE1">
          <w:rPr>
            <w:rStyle w:val="Hyperlink"/>
          </w:rPr>
          <w:t>link</w:t>
        </w:r>
      </w:hyperlink>
      <w:r w:rsidRPr="001B0BE1">
        <w:t>)</w:t>
      </w:r>
    </w:p>
    <w:p w14:paraId="4B66C5C6" w14:textId="77777777" w:rsidR="001B0BE1" w:rsidRPr="001B0BE1" w:rsidRDefault="001B0BE1" w:rsidP="001B0BE1">
      <w:pPr>
        <w:pStyle w:val="ListBullet"/>
      </w:pPr>
      <w:r w:rsidRPr="001B0BE1">
        <w:rPr>
          <w:b/>
          <w:bCs/>
          <w:u w:val="single"/>
        </w:rPr>
        <w:t>Summary:</w:t>
      </w:r>
      <w:r w:rsidRPr="001B0BE1">
        <w:rPr>
          <w:b/>
          <w:bCs/>
        </w:rPr>
        <w:t xml:space="preserve"> </w:t>
      </w:r>
      <w:r w:rsidRPr="001B0BE1">
        <w:t>The Commission shall study and report on recommendations for improving access to behavioral health services for children and families, including:</w:t>
      </w:r>
    </w:p>
    <w:p w14:paraId="40BE2AC6" w14:textId="77777777" w:rsidR="001B0BE1" w:rsidRPr="001B0BE1" w:rsidRDefault="001B0BE1" w:rsidP="001B0BE1">
      <w:pPr>
        <w:pStyle w:val="ListBullet"/>
      </w:pPr>
      <w:r w:rsidRPr="001B0BE1">
        <w:rPr>
          <w:b/>
          <w:bCs/>
        </w:rPr>
        <w:t>(aa)</w:t>
      </w:r>
      <w:r w:rsidRPr="001B0BE1">
        <w:t xml:space="preserve"> a </w:t>
      </w:r>
      <w:r w:rsidRPr="001B0BE1">
        <w:rPr>
          <w:u w:val="single"/>
        </w:rPr>
        <w:t>list of the behavioral health services</w:t>
      </w:r>
      <w:r w:rsidRPr="001B0BE1">
        <w:t>, including services and treatment for substance use disorder and for autism spectrum disorder, available to children and adolescents under 22 years of age;</w:t>
      </w:r>
    </w:p>
    <w:p w14:paraId="5A7BD2B5" w14:textId="77777777" w:rsidR="001B0BE1" w:rsidRPr="001B0BE1" w:rsidRDefault="001B0BE1" w:rsidP="001B0BE1">
      <w:pPr>
        <w:pStyle w:val="ListBullet"/>
      </w:pPr>
      <w:r w:rsidRPr="001B0BE1">
        <w:rPr>
          <w:b/>
          <w:bCs/>
        </w:rPr>
        <w:t>(bb)</w:t>
      </w:r>
      <w:r w:rsidRPr="001B0BE1">
        <w:t xml:space="preserve"> a </w:t>
      </w:r>
      <w:r w:rsidRPr="001B0BE1">
        <w:rPr>
          <w:u w:val="single"/>
        </w:rPr>
        <w:t>list of common challenges that children, adolescents and families face in seeking behavioral health services</w:t>
      </w:r>
      <w:r w:rsidRPr="001B0BE1">
        <w:t xml:space="preserve"> including, but not limited to, challenges associated with program eligibility criteria, affordability and cost-sharing, insurance or state program denials, application processes and service authorization processes, staffing, wait times and geography; </w:t>
      </w:r>
    </w:p>
    <w:p w14:paraId="5B4F4F5B" w14:textId="77777777" w:rsidR="001B0BE1" w:rsidRPr="001B0BE1" w:rsidRDefault="001B0BE1" w:rsidP="001B0BE1">
      <w:pPr>
        <w:pStyle w:val="ListBullet"/>
      </w:pPr>
      <w:r w:rsidRPr="001B0BE1">
        <w:rPr>
          <w:b/>
          <w:bCs/>
        </w:rPr>
        <w:t>(cc)</w:t>
      </w:r>
      <w:r w:rsidRPr="001B0BE1">
        <w:t xml:space="preserve"> </w:t>
      </w:r>
      <w:r w:rsidRPr="001B0BE1">
        <w:rPr>
          <w:u w:val="single"/>
        </w:rPr>
        <w:t>recommended policies to address challenges</w:t>
      </w:r>
      <w:r w:rsidRPr="001B0BE1">
        <w:t xml:space="preserve"> identified under clause (bb) and for streamlining access to behavioral health services for children, adolescents and families including, but not limited to, adolescent continuing care inpatient and residential treatment services;  </w:t>
      </w:r>
    </w:p>
    <w:p w14:paraId="0CA43B97" w14:textId="77777777" w:rsidR="001B0BE1" w:rsidRPr="001B0BE1" w:rsidRDefault="001B0BE1" w:rsidP="001B0BE1">
      <w:pPr>
        <w:pStyle w:val="ListBullet"/>
      </w:pPr>
      <w:r w:rsidRPr="001B0BE1">
        <w:rPr>
          <w:b/>
          <w:bCs/>
        </w:rPr>
        <w:t>(dd)</w:t>
      </w:r>
      <w:r w:rsidRPr="001B0BE1">
        <w:t xml:space="preserve"> a </w:t>
      </w:r>
      <w:r w:rsidRPr="001B0BE1">
        <w:rPr>
          <w:u w:val="single"/>
        </w:rPr>
        <w:t>review of state funding dedicated to behavioral health services for children</w:t>
      </w:r>
      <w:r w:rsidRPr="001B0BE1">
        <w:t xml:space="preserve"> across state agencies and MassHealth and an </w:t>
      </w:r>
      <w:r w:rsidRPr="001B0BE1">
        <w:rPr>
          <w:u w:val="single"/>
        </w:rPr>
        <w:t>examination of the impact of how such funding is used to maximize the delivery of services and available federal resources</w:t>
      </w:r>
      <w:r w:rsidRPr="001B0BE1">
        <w:t>;</w:t>
      </w:r>
    </w:p>
    <w:p w14:paraId="2860A937" w14:textId="77777777" w:rsidR="0019279A" w:rsidRDefault="0019279A" w:rsidP="00645118">
      <w:pPr>
        <w:pStyle w:val="ListBullet"/>
        <w:numPr>
          <w:ilvl w:val="0"/>
          <w:numId w:val="0"/>
        </w:numPr>
        <w:ind w:left="360" w:hanging="360"/>
      </w:pPr>
    </w:p>
    <w:p w14:paraId="1ECD4EF0" w14:textId="77777777" w:rsidR="0019279A" w:rsidRDefault="0019279A" w:rsidP="00273A42">
      <w:pPr>
        <w:pStyle w:val="ListBullet"/>
        <w:numPr>
          <w:ilvl w:val="0"/>
          <w:numId w:val="0"/>
        </w:numPr>
      </w:pPr>
    </w:p>
    <w:p w14:paraId="19274941" w14:textId="2BD649CA" w:rsidR="00AF50C2" w:rsidRPr="0019279A" w:rsidRDefault="00AF50C2" w:rsidP="00AF50C2">
      <w:pPr>
        <w:pStyle w:val="Heading1"/>
      </w:pPr>
      <w:r>
        <w:t xml:space="preserve">Slide 15: </w:t>
      </w:r>
      <w:r w:rsidR="001B0BE1">
        <w:t>Commission’s Charge (cont.)</w:t>
      </w:r>
    </w:p>
    <w:p w14:paraId="574F52C6" w14:textId="2CE1DFF1" w:rsidR="00AF50C2" w:rsidRDefault="00AF50C2" w:rsidP="00AF50C2">
      <w:pPr>
        <w:pStyle w:val="ListBullet"/>
        <w:numPr>
          <w:ilvl w:val="0"/>
          <w:numId w:val="0"/>
        </w:numPr>
      </w:pPr>
    </w:p>
    <w:p w14:paraId="6A1410A4" w14:textId="77777777" w:rsidR="00284AAA" w:rsidRDefault="00284AAA" w:rsidP="00AF50C2">
      <w:pPr>
        <w:pStyle w:val="ListBullet"/>
        <w:numPr>
          <w:ilvl w:val="0"/>
          <w:numId w:val="0"/>
        </w:numPr>
      </w:pPr>
    </w:p>
    <w:p w14:paraId="7665AFBD" w14:textId="77777777" w:rsidR="001B0BE1" w:rsidRPr="001B0BE1" w:rsidRDefault="001B0BE1" w:rsidP="001B0BE1">
      <w:pPr>
        <w:pStyle w:val="ListBullet"/>
      </w:pPr>
      <w:r w:rsidRPr="001B0BE1">
        <w:rPr>
          <w:b/>
          <w:bCs/>
        </w:rPr>
        <w:t>(ee)</w:t>
      </w:r>
      <w:r w:rsidRPr="001B0BE1">
        <w:t xml:space="preserve"> </w:t>
      </w:r>
      <w:r w:rsidRPr="001B0BE1">
        <w:rPr>
          <w:u w:val="single"/>
        </w:rPr>
        <w:t>analysis of the feasibility and effects of creating a single integrated children’s behavioral health agency</w:t>
      </w:r>
      <w:r w:rsidRPr="001B0BE1">
        <w:t xml:space="preserve">; </w:t>
      </w:r>
    </w:p>
    <w:p w14:paraId="3613EF87" w14:textId="77777777" w:rsidR="001B0BE1" w:rsidRPr="001B0BE1" w:rsidRDefault="001B0BE1" w:rsidP="001B0BE1">
      <w:pPr>
        <w:pStyle w:val="ListBullet"/>
      </w:pPr>
      <w:r w:rsidRPr="001B0BE1">
        <w:rPr>
          <w:b/>
          <w:bCs/>
        </w:rPr>
        <w:t>(ff)</w:t>
      </w:r>
      <w:r w:rsidRPr="001B0BE1">
        <w:t xml:space="preserve"> a </w:t>
      </w:r>
      <w:r w:rsidRPr="001B0BE1">
        <w:rPr>
          <w:u w:val="single"/>
        </w:rPr>
        <w:t>3-year strategic plan</w:t>
      </w:r>
      <w:r w:rsidRPr="001B0BE1">
        <w:t xml:space="preserve"> for the delivery of behavioral health services for children and families that considers all providers and payers; and  </w:t>
      </w:r>
    </w:p>
    <w:p w14:paraId="35D8F046" w14:textId="77777777" w:rsidR="001B0BE1" w:rsidRPr="001B0BE1" w:rsidRDefault="001B0BE1" w:rsidP="001B0BE1">
      <w:pPr>
        <w:pStyle w:val="ListBullet"/>
      </w:pPr>
      <w:r w:rsidRPr="001B0BE1">
        <w:rPr>
          <w:b/>
          <w:bCs/>
        </w:rPr>
        <w:t>(gg)</w:t>
      </w:r>
      <w:r w:rsidRPr="001B0BE1">
        <w:t xml:space="preserve"> any matters deemed relevant by the commission</w:t>
      </w:r>
    </w:p>
    <w:p w14:paraId="5E868C4A" w14:textId="77777777" w:rsidR="001B0BE1" w:rsidRPr="001B0BE1" w:rsidRDefault="001B0BE1" w:rsidP="001B0BE1">
      <w:pPr>
        <w:pStyle w:val="ListBullet"/>
      </w:pPr>
      <w:r w:rsidRPr="001B0BE1">
        <w:rPr>
          <w:b/>
          <w:bCs/>
          <w:u w:val="single"/>
        </w:rPr>
        <w:t>Report</w:t>
      </w:r>
    </w:p>
    <w:p w14:paraId="6AC0CB12" w14:textId="77777777" w:rsidR="001B0BE1" w:rsidRPr="001B0BE1" w:rsidRDefault="001B0BE1" w:rsidP="001B0BE1">
      <w:pPr>
        <w:pStyle w:val="ListBullet"/>
      </w:pPr>
      <w:r w:rsidRPr="001B0BE1">
        <w:t>Not later than June 30, 2026, the Commission shall submit its report to the Joint Committee on Mental Health, Substance Use and Recovery, the Joint Committee on Children, Families and Persons with Disabilities, the Joint Committee on Health Care Financing, and the Senate and House Committees on Ways and Means.</w:t>
      </w:r>
    </w:p>
    <w:p w14:paraId="612F0EED" w14:textId="77777777" w:rsidR="001B0BE1" w:rsidRDefault="001B0BE1" w:rsidP="00AF50C2">
      <w:pPr>
        <w:pStyle w:val="ListBullet"/>
        <w:numPr>
          <w:ilvl w:val="0"/>
          <w:numId w:val="0"/>
        </w:numPr>
      </w:pPr>
    </w:p>
    <w:p w14:paraId="11A1AA75" w14:textId="77777777" w:rsidR="00284AAA" w:rsidRDefault="00284AAA" w:rsidP="00AF50C2">
      <w:pPr>
        <w:pStyle w:val="ListBullet"/>
        <w:numPr>
          <w:ilvl w:val="0"/>
          <w:numId w:val="0"/>
        </w:numPr>
      </w:pPr>
    </w:p>
    <w:p w14:paraId="59C3CB6B" w14:textId="48100805" w:rsidR="00645118" w:rsidRPr="0019279A" w:rsidRDefault="00645118" w:rsidP="00645118">
      <w:pPr>
        <w:pStyle w:val="Heading1"/>
      </w:pPr>
      <w:r>
        <w:t xml:space="preserve">Slide 16: </w:t>
      </w:r>
      <w:r w:rsidR="008E76F2">
        <w:t>Review of Key Challenges (bb)</w:t>
      </w:r>
    </w:p>
    <w:p w14:paraId="475F9B6B" w14:textId="77777777" w:rsidR="00645118" w:rsidRDefault="00645118" w:rsidP="00645118">
      <w:pPr>
        <w:pStyle w:val="ListBullet"/>
        <w:numPr>
          <w:ilvl w:val="0"/>
          <w:numId w:val="0"/>
        </w:numPr>
      </w:pPr>
    </w:p>
    <w:p w14:paraId="1F7BB659" w14:textId="77777777" w:rsidR="00645118" w:rsidRDefault="00645118" w:rsidP="00645118">
      <w:pPr>
        <w:pStyle w:val="ListBullet"/>
        <w:numPr>
          <w:ilvl w:val="0"/>
          <w:numId w:val="0"/>
        </w:numPr>
      </w:pPr>
    </w:p>
    <w:p w14:paraId="215BF4D3" w14:textId="77777777" w:rsidR="008E76F2" w:rsidRPr="008E76F2" w:rsidRDefault="008E76F2" w:rsidP="008E76F2">
      <w:pPr>
        <w:pStyle w:val="ListBullet"/>
        <w:numPr>
          <w:ilvl w:val="0"/>
          <w:numId w:val="0"/>
        </w:numPr>
        <w:ind w:left="360" w:hanging="360"/>
      </w:pPr>
      <w:r w:rsidRPr="008E76F2">
        <w:rPr>
          <w:b/>
          <w:bCs/>
        </w:rPr>
        <w:t>Access, Entry, &amp; Navigation</w:t>
      </w:r>
    </w:p>
    <w:p w14:paraId="5FCC0257" w14:textId="77777777" w:rsidR="008E76F2" w:rsidRPr="008E76F2" w:rsidRDefault="008E76F2" w:rsidP="008E76F2">
      <w:pPr>
        <w:pStyle w:val="ListBullet"/>
        <w:numPr>
          <w:ilvl w:val="0"/>
          <w:numId w:val="122"/>
        </w:numPr>
      </w:pPr>
      <w:r w:rsidRPr="008E76F2">
        <w:t>No clear starting place; inconsistent entry, referral, and intake pathways </w:t>
      </w:r>
    </w:p>
    <w:p w14:paraId="3082AC95" w14:textId="77777777" w:rsidR="008E76F2" w:rsidRPr="008E76F2" w:rsidRDefault="008E76F2" w:rsidP="008E76F2">
      <w:pPr>
        <w:pStyle w:val="ListBullet"/>
        <w:numPr>
          <w:ilvl w:val="0"/>
          <w:numId w:val="122"/>
        </w:numPr>
      </w:pPr>
      <w:r w:rsidRPr="008E76F2">
        <w:t>Families lack clear information on services, roles, and eligibility </w:t>
      </w:r>
    </w:p>
    <w:p w14:paraId="202395F7" w14:textId="77777777" w:rsidR="008E76F2" w:rsidRPr="008E76F2" w:rsidRDefault="008E76F2" w:rsidP="008E76F2">
      <w:pPr>
        <w:pStyle w:val="ListBullet"/>
        <w:numPr>
          <w:ilvl w:val="0"/>
          <w:numId w:val="122"/>
        </w:numPr>
      </w:pPr>
      <w:r w:rsidRPr="008E76F2">
        <w:t>Caregiver burden + barriers from requirements, hours, transportation, transitions </w:t>
      </w:r>
    </w:p>
    <w:p w14:paraId="58D47E79" w14:textId="77777777" w:rsidR="008E76F2" w:rsidRDefault="008E76F2" w:rsidP="00645118">
      <w:pPr>
        <w:pStyle w:val="ListBullet"/>
        <w:numPr>
          <w:ilvl w:val="0"/>
          <w:numId w:val="0"/>
        </w:numPr>
      </w:pPr>
    </w:p>
    <w:p w14:paraId="18E716F4" w14:textId="77777777" w:rsidR="008E76F2" w:rsidRPr="008E76F2" w:rsidRDefault="008E76F2" w:rsidP="008E76F2">
      <w:pPr>
        <w:pStyle w:val="ListBullet"/>
        <w:numPr>
          <w:ilvl w:val="0"/>
          <w:numId w:val="0"/>
        </w:numPr>
        <w:ind w:left="360" w:hanging="360"/>
      </w:pPr>
      <w:r w:rsidRPr="008E76F2">
        <w:rPr>
          <w:b/>
          <w:bCs/>
        </w:rPr>
        <w:t>Coverage, Affordability, Admin Barriers &amp; Financing/Sustainability</w:t>
      </w:r>
      <w:r w:rsidRPr="008E76F2">
        <w:t> </w:t>
      </w:r>
    </w:p>
    <w:p w14:paraId="74685692" w14:textId="77777777" w:rsidR="008E76F2" w:rsidRPr="008E76F2" w:rsidRDefault="008E76F2" w:rsidP="008E76F2">
      <w:pPr>
        <w:pStyle w:val="ListBullet"/>
        <w:numPr>
          <w:ilvl w:val="0"/>
          <w:numId w:val="122"/>
        </w:numPr>
      </w:pPr>
      <w:r w:rsidRPr="008E76F2">
        <w:t>Coverage gaps/denials, cost-sharing, reimbursement issues block access </w:t>
      </w:r>
    </w:p>
    <w:p w14:paraId="61CE0743" w14:textId="77777777" w:rsidR="008E76F2" w:rsidRPr="008E76F2" w:rsidRDefault="008E76F2" w:rsidP="008E76F2">
      <w:pPr>
        <w:pStyle w:val="ListBullet"/>
        <w:numPr>
          <w:ilvl w:val="0"/>
          <w:numId w:val="122"/>
        </w:numPr>
      </w:pPr>
      <w:r w:rsidRPr="008E76F2">
        <w:t>Admin complexity (eligibility, auth, billing) delays care </w:t>
      </w:r>
    </w:p>
    <w:p w14:paraId="37F988A8" w14:textId="77777777" w:rsidR="008E76F2" w:rsidRPr="008E76F2" w:rsidRDefault="008E76F2" w:rsidP="008E76F2">
      <w:pPr>
        <w:pStyle w:val="ListBullet"/>
        <w:numPr>
          <w:ilvl w:val="0"/>
          <w:numId w:val="122"/>
        </w:numPr>
      </w:pPr>
      <w:r w:rsidRPr="008E76F2">
        <w:t>Financing/payment rules (rates, grants) affect sustainability and provider participation </w:t>
      </w:r>
    </w:p>
    <w:p w14:paraId="37F1C6F8" w14:textId="77777777" w:rsidR="008E76F2" w:rsidRDefault="008E76F2" w:rsidP="00645118">
      <w:pPr>
        <w:pStyle w:val="ListBullet"/>
        <w:numPr>
          <w:ilvl w:val="0"/>
          <w:numId w:val="0"/>
        </w:numPr>
      </w:pPr>
    </w:p>
    <w:p w14:paraId="2BA18545" w14:textId="77777777" w:rsidR="008E76F2" w:rsidRPr="008E76F2" w:rsidRDefault="008E76F2" w:rsidP="008E76F2">
      <w:pPr>
        <w:pStyle w:val="ListBullet"/>
        <w:numPr>
          <w:ilvl w:val="0"/>
          <w:numId w:val="0"/>
        </w:numPr>
        <w:ind w:left="360" w:hanging="360"/>
      </w:pPr>
      <w:r w:rsidRPr="008E76F2">
        <w:rPr>
          <w:b/>
          <w:bCs/>
        </w:rPr>
        <w:t>Equity &amp; Population-Specific Gaps</w:t>
      </w:r>
    </w:p>
    <w:p w14:paraId="6E826EA5" w14:textId="77777777" w:rsidR="008E76F2" w:rsidRPr="008E76F2" w:rsidRDefault="008E76F2" w:rsidP="008E76F2">
      <w:pPr>
        <w:pStyle w:val="ListBullet"/>
        <w:numPr>
          <w:ilvl w:val="0"/>
          <w:numId w:val="122"/>
        </w:numPr>
      </w:pPr>
      <w:r w:rsidRPr="008E76F2">
        <w:t>Persistent inequities by race, language, geography, income, disability, identity </w:t>
      </w:r>
    </w:p>
    <w:p w14:paraId="1CDBB431" w14:textId="77777777" w:rsidR="008E76F2" w:rsidRPr="008E76F2" w:rsidRDefault="008E76F2" w:rsidP="008E76F2">
      <w:pPr>
        <w:pStyle w:val="ListBullet"/>
        <w:numPr>
          <w:ilvl w:val="0"/>
          <w:numId w:val="122"/>
        </w:numPr>
      </w:pPr>
      <w:r w:rsidRPr="008E76F2">
        <w:t>Insufficient language access and culturally responsive care </w:t>
      </w:r>
    </w:p>
    <w:p w14:paraId="339C8635" w14:textId="77777777" w:rsidR="008E76F2" w:rsidRPr="008E76F2" w:rsidRDefault="008E76F2" w:rsidP="008E76F2">
      <w:pPr>
        <w:pStyle w:val="ListBullet"/>
        <w:numPr>
          <w:ilvl w:val="0"/>
          <w:numId w:val="122"/>
        </w:numPr>
      </w:pPr>
      <w:r w:rsidRPr="008E76F2">
        <w:t>Systems don’t fit high-need groups (ASD/DD, medical complexity, DCF/homelessness; ACEs) </w:t>
      </w:r>
    </w:p>
    <w:p w14:paraId="3C461C87" w14:textId="77777777" w:rsidR="008E76F2" w:rsidRDefault="008E76F2" w:rsidP="00645118">
      <w:pPr>
        <w:pStyle w:val="ListBullet"/>
        <w:numPr>
          <w:ilvl w:val="0"/>
          <w:numId w:val="0"/>
        </w:numPr>
      </w:pPr>
    </w:p>
    <w:p w14:paraId="3C30EBCE" w14:textId="77777777" w:rsidR="008E76F2" w:rsidRPr="008E76F2" w:rsidRDefault="008E76F2" w:rsidP="008E76F2">
      <w:pPr>
        <w:pStyle w:val="ListBullet"/>
        <w:numPr>
          <w:ilvl w:val="0"/>
          <w:numId w:val="0"/>
        </w:numPr>
        <w:ind w:left="360" w:hanging="360"/>
      </w:pPr>
      <w:r w:rsidRPr="008E76F2">
        <w:rPr>
          <w:b/>
          <w:bCs/>
        </w:rPr>
        <w:t>Workforce Capacity, Stability &amp; Training</w:t>
      </w:r>
      <w:r w:rsidRPr="008E76F2">
        <w:t> </w:t>
      </w:r>
    </w:p>
    <w:p w14:paraId="3BD32397" w14:textId="77777777" w:rsidR="008E76F2" w:rsidRPr="008E76F2" w:rsidRDefault="008E76F2" w:rsidP="008E76F2">
      <w:pPr>
        <w:pStyle w:val="ListBullet"/>
        <w:numPr>
          <w:ilvl w:val="0"/>
          <w:numId w:val="122"/>
        </w:numPr>
      </w:pPr>
      <w:r w:rsidRPr="008E76F2">
        <w:t>Shortages and closures reduce availability and continuity </w:t>
      </w:r>
    </w:p>
    <w:p w14:paraId="2E0924F5" w14:textId="77777777" w:rsidR="008E76F2" w:rsidRPr="008E76F2" w:rsidRDefault="008E76F2" w:rsidP="008E76F2">
      <w:pPr>
        <w:pStyle w:val="ListBullet"/>
        <w:numPr>
          <w:ilvl w:val="0"/>
          <w:numId w:val="122"/>
        </w:numPr>
      </w:pPr>
      <w:r w:rsidRPr="008E76F2">
        <w:t>Turnover (wages, burnout, competition) undermines stability and responsiveness </w:t>
      </w:r>
    </w:p>
    <w:p w14:paraId="2FDBA153" w14:textId="77777777" w:rsidR="008E76F2" w:rsidRPr="008E76F2" w:rsidRDefault="008E76F2" w:rsidP="008E76F2">
      <w:pPr>
        <w:pStyle w:val="ListBullet"/>
        <w:numPr>
          <w:ilvl w:val="0"/>
          <w:numId w:val="122"/>
        </w:numPr>
      </w:pPr>
      <w:r w:rsidRPr="008E76F2">
        <w:t>Training gaps + lack of diverse/bilingual workforce limits appropriate care (ASD/</w:t>
      </w:r>
      <w:proofErr w:type="spellStart"/>
      <w:r w:rsidRPr="008E76F2">
        <w:t>IECMH</w:t>
      </w:r>
      <w:proofErr w:type="spellEnd"/>
      <w:r w:rsidRPr="008E76F2">
        <w:t>) </w:t>
      </w:r>
    </w:p>
    <w:p w14:paraId="5DEA72C2" w14:textId="77777777" w:rsidR="008E76F2" w:rsidRDefault="008E76F2" w:rsidP="00645118">
      <w:pPr>
        <w:pStyle w:val="ListBullet"/>
        <w:numPr>
          <w:ilvl w:val="0"/>
          <w:numId w:val="0"/>
        </w:numPr>
      </w:pPr>
    </w:p>
    <w:p w14:paraId="68D639A8" w14:textId="77777777" w:rsidR="008E76F2" w:rsidRPr="008E76F2" w:rsidRDefault="008E76F2" w:rsidP="008E76F2">
      <w:pPr>
        <w:pStyle w:val="ListBullet"/>
        <w:numPr>
          <w:ilvl w:val="0"/>
          <w:numId w:val="0"/>
        </w:numPr>
        <w:ind w:left="360" w:hanging="360"/>
      </w:pPr>
      <w:r w:rsidRPr="008E76F2">
        <w:rPr>
          <w:b/>
          <w:bCs/>
        </w:rPr>
        <w:t>System Design, Fragmentation &amp; Coordination</w:t>
      </w:r>
      <w:r w:rsidRPr="008E76F2">
        <w:t> </w:t>
      </w:r>
    </w:p>
    <w:p w14:paraId="7D6ED352" w14:textId="77777777" w:rsidR="008E76F2" w:rsidRPr="008E76F2" w:rsidRDefault="008E76F2" w:rsidP="008E76F2">
      <w:pPr>
        <w:pStyle w:val="ListBullet"/>
        <w:numPr>
          <w:ilvl w:val="0"/>
          <w:numId w:val="122"/>
        </w:numPr>
      </w:pPr>
      <w:r w:rsidRPr="008E76F2">
        <w:t>Multiple agencies/payors with limited coordination and accountability </w:t>
      </w:r>
    </w:p>
    <w:p w14:paraId="1FADE335" w14:textId="77777777" w:rsidR="008E76F2" w:rsidRPr="008E76F2" w:rsidRDefault="008E76F2" w:rsidP="008E76F2">
      <w:pPr>
        <w:pStyle w:val="ListBullet"/>
        <w:numPr>
          <w:ilvl w:val="0"/>
          <w:numId w:val="122"/>
        </w:numPr>
      </w:pPr>
      <w:r w:rsidRPr="008E76F2">
        <w:t>Inconsistent care coordination processes create gaps and duplication </w:t>
      </w:r>
    </w:p>
    <w:p w14:paraId="6CF229D0" w14:textId="77777777" w:rsidR="008E76F2" w:rsidRPr="008E76F2" w:rsidRDefault="008E76F2" w:rsidP="008E76F2">
      <w:pPr>
        <w:pStyle w:val="ListBullet"/>
        <w:numPr>
          <w:ilvl w:val="0"/>
          <w:numId w:val="122"/>
        </w:numPr>
      </w:pPr>
      <w:r w:rsidRPr="008E76F2">
        <w:t>Limited cross-system integration; unclear roles/leadership (incl. ASD coordination) </w:t>
      </w:r>
    </w:p>
    <w:p w14:paraId="477BF7F4" w14:textId="77777777" w:rsidR="008E76F2" w:rsidRDefault="008E76F2" w:rsidP="00645118">
      <w:pPr>
        <w:pStyle w:val="ListBullet"/>
        <w:numPr>
          <w:ilvl w:val="0"/>
          <w:numId w:val="0"/>
        </w:numPr>
      </w:pPr>
    </w:p>
    <w:p w14:paraId="0A933629" w14:textId="77777777" w:rsidR="008E76F2" w:rsidRPr="008E76F2" w:rsidRDefault="008E76F2" w:rsidP="008E76F2">
      <w:pPr>
        <w:pStyle w:val="ListBullet"/>
        <w:numPr>
          <w:ilvl w:val="0"/>
          <w:numId w:val="0"/>
        </w:numPr>
        <w:ind w:left="360" w:hanging="360"/>
      </w:pPr>
      <w:r w:rsidRPr="008E76F2">
        <w:rPr>
          <w:b/>
          <w:bCs/>
        </w:rPr>
        <w:t>Service Capacity, Wait Times &amp; Crisis Dependence</w:t>
      </w:r>
      <w:r w:rsidRPr="008E76F2">
        <w:t> </w:t>
      </w:r>
    </w:p>
    <w:p w14:paraId="4C917B77" w14:textId="77777777" w:rsidR="008E76F2" w:rsidRPr="008E76F2" w:rsidRDefault="008E76F2" w:rsidP="008E76F2">
      <w:pPr>
        <w:pStyle w:val="ListBullet"/>
        <w:numPr>
          <w:ilvl w:val="0"/>
          <w:numId w:val="122"/>
        </w:numPr>
      </w:pPr>
      <w:r w:rsidRPr="008E76F2">
        <w:t>Demand exceeds capacity across community and inpatient settings </w:t>
      </w:r>
    </w:p>
    <w:p w14:paraId="043A6365" w14:textId="77777777" w:rsidR="008E76F2" w:rsidRPr="008E76F2" w:rsidRDefault="008E76F2" w:rsidP="008E76F2">
      <w:pPr>
        <w:pStyle w:val="ListBullet"/>
        <w:numPr>
          <w:ilvl w:val="0"/>
          <w:numId w:val="122"/>
        </w:numPr>
      </w:pPr>
      <w:r w:rsidRPr="008E76F2">
        <w:t>Long waits and evaluation backlogs delay diagnosis and treatment </w:t>
      </w:r>
    </w:p>
    <w:p w14:paraId="4F03C107" w14:textId="77777777" w:rsidR="008E76F2" w:rsidRPr="008E76F2" w:rsidRDefault="008E76F2" w:rsidP="008E76F2">
      <w:pPr>
        <w:pStyle w:val="ListBullet"/>
        <w:numPr>
          <w:ilvl w:val="0"/>
          <w:numId w:val="122"/>
        </w:numPr>
      </w:pPr>
      <w:r w:rsidRPr="008E76F2">
        <w:t>Limited community options drive ED use and boarding (beds/workforce/step-down limits; acuity) </w:t>
      </w:r>
    </w:p>
    <w:p w14:paraId="6375BE1A" w14:textId="77777777" w:rsidR="008E76F2" w:rsidRDefault="008E76F2" w:rsidP="00645118">
      <w:pPr>
        <w:pStyle w:val="ListBullet"/>
        <w:numPr>
          <w:ilvl w:val="0"/>
          <w:numId w:val="0"/>
        </w:numPr>
      </w:pPr>
    </w:p>
    <w:p w14:paraId="1348CDBA" w14:textId="77777777" w:rsidR="008E76F2" w:rsidRDefault="008E76F2" w:rsidP="00645118">
      <w:pPr>
        <w:pStyle w:val="ListBullet"/>
        <w:numPr>
          <w:ilvl w:val="0"/>
          <w:numId w:val="0"/>
        </w:numPr>
      </w:pPr>
    </w:p>
    <w:p w14:paraId="2C3156F0" w14:textId="77777777" w:rsidR="00645118" w:rsidRDefault="00645118" w:rsidP="00645118">
      <w:pPr>
        <w:pStyle w:val="ListBullet"/>
        <w:numPr>
          <w:ilvl w:val="0"/>
          <w:numId w:val="0"/>
        </w:numPr>
      </w:pPr>
    </w:p>
    <w:p w14:paraId="0FAF6634" w14:textId="7CB7F0F7" w:rsidR="00645118" w:rsidRPr="0019279A" w:rsidRDefault="00645118" w:rsidP="00645118">
      <w:pPr>
        <w:pStyle w:val="Heading1"/>
      </w:pPr>
      <w:r>
        <w:t xml:space="preserve">Slide 17: </w:t>
      </w:r>
      <w:r w:rsidR="00A16D08" w:rsidRPr="00A16D08">
        <w:t>Working Group &amp; Working Group Action Proposal for Discussion</w:t>
      </w:r>
    </w:p>
    <w:p w14:paraId="56F09894" w14:textId="77777777" w:rsidR="00645118" w:rsidRDefault="00645118" w:rsidP="00645118">
      <w:pPr>
        <w:pStyle w:val="ListBullet"/>
        <w:numPr>
          <w:ilvl w:val="0"/>
          <w:numId w:val="0"/>
        </w:numPr>
      </w:pPr>
    </w:p>
    <w:p w14:paraId="0027BDF7" w14:textId="0AAA49C2" w:rsidR="00645118" w:rsidRDefault="00645118" w:rsidP="00645118">
      <w:pPr>
        <w:pStyle w:val="ListBullet"/>
        <w:numPr>
          <w:ilvl w:val="0"/>
          <w:numId w:val="0"/>
        </w:numPr>
      </w:pPr>
    </w:p>
    <w:p w14:paraId="565D5017" w14:textId="77777777" w:rsidR="00A16D08" w:rsidRPr="00A16D08" w:rsidRDefault="00A16D08" w:rsidP="00A16D08">
      <w:pPr>
        <w:pStyle w:val="ListBullet"/>
        <w:numPr>
          <w:ilvl w:val="0"/>
          <w:numId w:val="0"/>
        </w:numPr>
        <w:ind w:left="360" w:hanging="360"/>
      </w:pPr>
      <w:r w:rsidRPr="00A16D08">
        <w:rPr>
          <w:u w:val="single"/>
        </w:rPr>
        <w:t xml:space="preserve">Proposed Working Groups </w:t>
      </w:r>
    </w:p>
    <w:p w14:paraId="2C8A1F30" w14:textId="77777777" w:rsidR="00A16D08" w:rsidRPr="00A16D08" w:rsidRDefault="00A16D08" w:rsidP="00A16D08">
      <w:pPr>
        <w:pStyle w:val="ListBullet"/>
        <w:numPr>
          <w:ilvl w:val="0"/>
          <w:numId w:val="0"/>
        </w:numPr>
        <w:ind w:left="360"/>
      </w:pPr>
    </w:p>
    <w:p w14:paraId="54D67033" w14:textId="77777777" w:rsidR="00A16D08" w:rsidRPr="00A16D08" w:rsidRDefault="00A16D08" w:rsidP="00A16D08">
      <w:pPr>
        <w:pStyle w:val="ListBullet"/>
        <w:numPr>
          <w:ilvl w:val="0"/>
          <w:numId w:val="134"/>
        </w:numPr>
      </w:pPr>
      <w:r w:rsidRPr="00A16D08">
        <w:rPr>
          <w:b/>
          <w:bCs/>
        </w:rPr>
        <w:t xml:space="preserve">Landscape and Funding </w:t>
      </w:r>
      <w:r w:rsidRPr="00A16D08">
        <w:t xml:space="preserve">– charges (aa) &amp; (dd); initial presentation 1/21/26 </w:t>
      </w:r>
    </w:p>
    <w:p w14:paraId="419B394E" w14:textId="77777777" w:rsidR="00A16D08" w:rsidRPr="00A16D08" w:rsidRDefault="00A16D08" w:rsidP="00A16D08">
      <w:pPr>
        <w:pStyle w:val="ListBullet"/>
        <w:numPr>
          <w:ilvl w:val="0"/>
          <w:numId w:val="134"/>
        </w:numPr>
      </w:pPr>
      <w:r w:rsidRPr="00A16D08">
        <w:rPr>
          <w:b/>
          <w:bCs/>
        </w:rPr>
        <w:t xml:space="preserve">Challenges &amp; Policy Recommendations </w:t>
      </w:r>
      <w:r w:rsidRPr="00A16D08">
        <w:t>–</w:t>
      </w:r>
      <w:r w:rsidRPr="00A16D08">
        <w:rPr>
          <w:b/>
          <w:bCs/>
        </w:rPr>
        <w:t xml:space="preserve"> </w:t>
      </w:r>
      <w:r w:rsidRPr="00A16D08">
        <w:t>charges (bb) &amp; (cc); initial presentation 2/11/26</w:t>
      </w:r>
    </w:p>
    <w:p w14:paraId="7AF24AEF" w14:textId="77777777" w:rsidR="00A16D08" w:rsidRPr="00A16D08" w:rsidRDefault="00A16D08" w:rsidP="00A16D08">
      <w:pPr>
        <w:pStyle w:val="ListBullet"/>
        <w:numPr>
          <w:ilvl w:val="0"/>
          <w:numId w:val="134"/>
        </w:numPr>
      </w:pPr>
      <w:r w:rsidRPr="00A16D08">
        <w:rPr>
          <w:b/>
          <w:bCs/>
        </w:rPr>
        <w:t xml:space="preserve">Strategic Plan &amp; Feasibility </w:t>
      </w:r>
      <w:r w:rsidRPr="00A16D08">
        <w:t>– charge (ee); initial presentation 3/11/26</w:t>
      </w:r>
    </w:p>
    <w:p w14:paraId="3B59A2A2" w14:textId="77777777" w:rsidR="00645118" w:rsidRDefault="00645118" w:rsidP="00645118">
      <w:pPr>
        <w:pStyle w:val="ListBullet"/>
        <w:numPr>
          <w:ilvl w:val="0"/>
          <w:numId w:val="0"/>
        </w:numPr>
      </w:pPr>
    </w:p>
    <w:p w14:paraId="20A399C7" w14:textId="77777777" w:rsidR="00A16D08" w:rsidRDefault="00A16D08" w:rsidP="00A16D08">
      <w:pPr>
        <w:pStyle w:val="ListBullet"/>
        <w:numPr>
          <w:ilvl w:val="0"/>
          <w:numId w:val="0"/>
        </w:numPr>
        <w:ind w:left="360" w:hanging="360"/>
        <w:rPr>
          <w:u w:val="single"/>
        </w:rPr>
      </w:pPr>
      <w:r w:rsidRPr="00A16D08">
        <w:rPr>
          <w:u w:val="single"/>
        </w:rPr>
        <w:t>Proposed Working Groups’ Actions</w:t>
      </w:r>
    </w:p>
    <w:p w14:paraId="271F7456" w14:textId="77777777" w:rsidR="00A16D08" w:rsidRPr="00A16D08" w:rsidRDefault="00A16D08" w:rsidP="00A16D08">
      <w:pPr>
        <w:pStyle w:val="ListBullet"/>
        <w:numPr>
          <w:ilvl w:val="0"/>
          <w:numId w:val="0"/>
        </w:numPr>
        <w:ind w:left="360" w:hanging="360"/>
      </w:pPr>
    </w:p>
    <w:p w14:paraId="3F4F257C" w14:textId="77777777" w:rsidR="00A16D08" w:rsidRPr="00A16D08" w:rsidRDefault="00A16D08" w:rsidP="00A16D08">
      <w:pPr>
        <w:pStyle w:val="ListBullet"/>
        <w:numPr>
          <w:ilvl w:val="0"/>
          <w:numId w:val="135"/>
        </w:numPr>
      </w:pPr>
      <w:r w:rsidRPr="00A16D08">
        <w:t>Work will build upon previously completed work and best practice recommendations</w:t>
      </w:r>
    </w:p>
    <w:p w14:paraId="5A5DD6BE" w14:textId="77777777" w:rsidR="00A16D08" w:rsidRPr="00A16D08" w:rsidRDefault="00A16D08" w:rsidP="00A16D08">
      <w:pPr>
        <w:pStyle w:val="ListBullet"/>
        <w:numPr>
          <w:ilvl w:val="0"/>
          <w:numId w:val="135"/>
        </w:numPr>
      </w:pPr>
      <w:r w:rsidRPr="00A16D08">
        <w:t>Presentation at designated meeting to present additional resources, surface initial insights related to recommended paths forward, and provide space for entire Special Commission feedback and discussion</w:t>
      </w:r>
    </w:p>
    <w:p w14:paraId="5D0428EA" w14:textId="77777777" w:rsidR="00A16D08" w:rsidRPr="00A16D08" w:rsidRDefault="00A16D08" w:rsidP="00A16D08">
      <w:pPr>
        <w:pStyle w:val="ListBullet"/>
        <w:numPr>
          <w:ilvl w:val="0"/>
          <w:numId w:val="135"/>
        </w:numPr>
      </w:pPr>
      <w:r w:rsidRPr="00A16D08">
        <w:t>Refine findings based on presentation feedback for further presentations and/or submission to final report due in June</w:t>
      </w:r>
    </w:p>
    <w:p w14:paraId="1E8F1802" w14:textId="77777777" w:rsidR="00332666" w:rsidRDefault="00332666" w:rsidP="00645118">
      <w:pPr>
        <w:pStyle w:val="ListBullet"/>
        <w:numPr>
          <w:ilvl w:val="0"/>
          <w:numId w:val="0"/>
        </w:numPr>
      </w:pPr>
    </w:p>
    <w:p w14:paraId="046E75EB" w14:textId="1C32AB51" w:rsidR="00332666" w:rsidRPr="0019279A" w:rsidRDefault="00332666" w:rsidP="00332666">
      <w:pPr>
        <w:pStyle w:val="Heading1"/>
      </w:pPr>
      <w:r>
        <w:t xml:space="preserve">Slide 18: </w:t>
      </w:r>
      <w:r w:rsidR="00A16D08">
        <w:t>Commission Webpage</w:t>
      </w:r>
    </w:p>
    <w:p w14:paraId="1CAE7BA9" w14:textId="77777777" w:rsidR="00332666" w:rsidRDefault="00332666" w:rsidP="00332666">
      <w:pPr>
        <w:pStyle w:val="ListBullet"/>
        <w:numPr>
          <w:ilvl w:val="0"/>
          <w:numId w:val="0"/>
        </w:numPr>
      </w:pPr>
    </w:p>
    <w:p w14:paraId="6846EFE8" w14:textId="77777777" w:rsidR="00332666" w:rsidRDefault="00332666" w:rsidP="00645118">
      <w:pPr>
        <w:pStyle w:val="ListBullet"/>
        <w:numPr>
          <w:ilvl w:val="0"/>
          <w:numId w:val="0"/>
        </w:numPr>
      </w:pPr>
    </w:p>
    <w:p w14:paraId="0642AD9F" w14:textId="77777777" w:rsidR="00D87E2C" w:rsidRPr="00D87E2C" w:rsidRDefault="00D87E2C" w:rsidP="00D87E2C">
      <w:pPr>
        <w:pStyle w:val="ListBullet"/>
        <w:numPr>
          <w:ilvl w:val="0"/>
          <w:numId w:val="0"/>
        </w:numPr>
        <w:ind w:left="360" w:hanging="360"/>
      </w:pPr>
      <w:r w:rsidRPr="00D87E2C">
        <w:rPr>
          <w:b/>
          <w:bCs/>
          <w:u w:val="single"/>
        </w:rPr>
        <w:t>Webpage</w:t>
      </w:r>
    </w:p>
    <w:p w14:paraId="470B64CF" w14:textId="77777777" w:rsidR="00D87E2C" w:rsidRPr="00D87E2C" w:rsidRDefault="00D87E2C" w:rsidP="00D87E2C">
      <w:pPr>
        <w:pStyle w:val="ListBullet"/>
        <w:numPr>
          <w:ilvl w:val="0"/>
          <w:numId w:val="0"/>
        </w:numPr>
      </w:pPr>
      <w:r w:rsidRPr="00D87E2C">
        <w:t>Meeting notifications and copies of meeting materials, such as approved minutes for each of the Commission’s meetings, will be posted on the Commission’s Mass.gov webpage:</w:t>
      </w:r>
    </w:p>
    <w:p w14:paraId="0874A154" w14:textId="77777777" w:rsidR="00D87E2C" w:rsidRDefault="00D87E2C" w:rsidP="00D87E2C">
      <w:pPr>
        <w:pStyle w:val="ListBullet"/>
        <w:numPr>
          <w:ilvl w:val="0"/>
          <w:numId w:val="0"/>
        </w:numPr>
      </w:pPr>
    </w:p>
    <w:p w14:paraId="1B272DF2" w14:textId="2867A0AC" w:rsidR="00D87E2C" w:rsidRDefault="00D87E2C" w:rsidP="00D87E2C">
      <w:pPr>
        <w:pStyle w:val="ListBullet"/>
        <w:numPr>
          <w:ilvl w:val="0"/>
          <w:numId w:val="0"/>
        </w:numPr>
      </w:pPr>
      <w:hyperlink r:id="rId12" w:history="1">
        <w:r w:rsidRPr="00D87E2C">
          <w:rPr>
            <w:rStyle w:val="Hyperlink"/>
          </w:rPr>
          <w:t>https://www.mass.gov/special-commission-on-access-to-behavioral-health-services-for-children-and-families</w:t>
        </w:r>
      </w:hyperlink>
    </w:p>
    <w:p w14:paraId="4A6D0127" w14:textId="77777777" w:rsidR="00D87E2C" w:rsidRPr="00D87E2C" w:rsidRDefault="00D87E2C" w:rsidP="00D87E2C">
      <w:pPr>
        <w:pStyle w:val="ListBullet"/>
        <w:numPr>
          <w:ilvl w:val="0"/>
          <w:numId w:val="0"/>
        </w:numPr>
      </w:pPr>
    </w:p>
    <w:p w14:paraId="7C03C5E4" w14:textId="77777777" w:rsidR="00DB58A8" w:rsidRDefault="00DB58A8" w:rsidP="00645118">
      <w:pPr>
        <w:pStyle w:val="ListBullet"/>
        <w:numPr>
          <w:ilvl w:val="0"/>
          <w:numId w:val="0"/>
        </w:numPr>
      </w:pPr>
    </w:p>
    <w:sectPr w:rsidR="00DB58A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200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E163F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D547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2B4BE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1F510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557507"/>
    <w:multiLevelType w:val="hybridMultilevel"/>
    <w:tmpl w:val="48E869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0C0DE49"/>
    <w:multiLevelType w:val="hybridMultilevel"/>
    <w:tmpl w:val="829C350A"/>
    <w:lvl w:ilvl="0" w:tplc="FFFFFFFF">
      <w:start w:val="1"/>
      <w:numFmt w:val="decim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A89AD7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47E8ADD"/>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0"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11"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2"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13"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4"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15"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6"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7" w15:restartNumberingAfterBreak="0">
    <w:nsid w:val="FFFFFF89"/>
    <w:multiLevelType w:val="singleLevel"/>
    <w:tmpl w:val="74B8472C"/>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00056E30"/>
    <w:multiLevelType w:val="hybridMultilevel"/>
    <w:tmpl w:val="54F0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0A142D0"/>
    <w:multiLevelType w:val="hybridMultilevel"/>
    <w:tmpl w:val="E326B3CE"/>
    <w:lvl w:ilvl="0" w:tplc="7BA28798">
      <w:start w:val="1"/>
      <w:numFmt w:val="bullet"/>
      <w:lvlText w:val="•"/>
      <w:lvlJc w:val="left"/>
      <w:pPr>
        <w:tabs>
          <w:tab w:val="num" w:pos="720"/>
        </w:tabs>
        <w:ind w:left="720" w:hanging="360"/>
      </w:pPr>
      <w:rPr>
        <w:rFonts w:ascii="Arial,Sans-Serif" w:hAnsi="Arial,Sans-Serif" w:hint="default"/>
      </w:rPr>
    </w:lvl>
    <w:lvl w:ilvl="1" w:tplc="485A1DB8" w:tentative="1">
      <w:start w:val="1"/>
      <w:numFmt w:val="bullet"/>
      <w:lvlText w:val="•"/>
      <w:lvlJc w:val="left"/>
      <w:pPr>
        <w:tabs>
          <w:tab w:val="num" w:pos="1440"/>
        </w:tabs>
        <w:ind w:left="1440" w:hanging="360"/>
      </w:pPr>
      <w:rPr>
        <w:rFonts w:ascii="Arial,Sans-Serif" w:hAnsi="Arial,Sans-Serif" w:hint="default"/>
      </w:rPr>
    </w:lvl>
    <w:lvl w:ilvl="2" w:tplc="7FF43C5C" w:tentative="1">
      <w:start w:val="1"/>
      <w:numFmt w:val="bullet"/>
      <w:lvlText w:val="•"/>
      <w:lvlJc w:val="left"/>
      <w:pPr>
        <w:tabs>
          <w:tab w:val="num" w:pos="2160"/>
        </w:tabs>
        <w:ind w:left="2160" w:hanging="360"/>
      </w:pPr>
      <w:rPr>
        <w:rFonts w:ascii="Arial,Sans-Serif" w:hAnsi="Arial,Sans-Serif" w:hint="default"/>
      </w:rPr>
    </w:lvl>
    <w:lvl w:ilvl="3" w:tplc="0E1A71F6" w:tentative="1">
      <w:start w:val="1"/>
      <w:numFmt w:val="bullet"/>
      <w:lvlText w:val="•"/>
      <w:lvlJc w:val="left"/>
      <w:pPr>
        <w:tabs>
          <w:tab w:val="num" w:pos="2880"/>
        </w:tabs>
        <w:ind w:left="2880" w:hanging="360"/>
      </w:pPr>
      <w:rPr>
        <w:rFonts w:ascii="Arial,Sans-Serif" w:hAnsi="Arial,Sans-Serif" w:hint="default"/>
      </w:rPr>
    </w:lvl>
    <w:lvl w:ilvl="4" w:tplc="456CB5A2" w:tentative="1">
      <w:start w:val="1"/>
      <w:numFmt w:val="bullet"/>
      <w:lvlText w:val="•"/>
      <w:lvlJc w:val="left"/>
      <w:pPr>
        <w:tabs>
          <w:tab w:val="num" w:pos="3600"/>
        </w:tabs>
        <w:ind w:left="3600" w:hanging="360"/>
      </w:pPr>
      <w:rPr>
        <w:rFonts w:ascii="Arial,Sans-Serif" w:hAnsi="Arial,Sans-Serif" w:hint="default"/>
      </w:rPr>
    </w:lvl>
    <w:lvl w:ilvl="5" w:tplc="9C6432C4" w:tentative="1">
      <w:start w:val="1"/>
      <w:numFmt w:val="bullet"/>
      <w:lvlText w:val="•"/>
      <w:lvlJc w:val="left"/>
      <w:pPr>
        <w:tabs>
          <w:tab w:val="num" w:pos="4320"/>
        </w:tabs>
        <w:ind w:left="4320" w:hanging="360"/>
      </w:pPr>
      <w:rPr>
        <w:rFonts w:ascii="Arial,Sans-Serif" w:hAnsi="Arial,Sans-Serif" w:hint="default"/>
      </w:rPr>
    </w:lvl>
    <w:lvl w:ilvl="6" w:tplc="EFF421D6" w:tentative="1">
      <w:start w:val="1"/>
      <w:numFmt w:val="bullet"/>
      <w:lvlText w:val="•"/>
      <w:lvlJc w:val="left"/>
      <w:pPr>
        <w:tabs>
          <w:tab w:val="num" w:pos="5040"/>
        </w:tabs>
        <w:ind w:left="5040" w:hanging="360"/>
      </w:pPr>
      <w:rPr>
        <w:rFonts w:ascii="Arial,Sans-Serif" w:hAnsi="Arial,Sans-Serif" w:hint="default"/>
      </w:rPr>
    </w:lvl>
    <w:lvl w:ilvl="7" w:tplc="5A361FE4" w:tentative="1">
      <w:start w:val="1"/>
      <w:numFmt w:val="bullet"/>
      <w:lvlText w:val="•"/>
      <w:lvlJc w:val="left"/>
      <w:pPr>
        <w:tabs>
          <w:tab w:val="num" w:pos="5760"/>
        </w:tabs>
        <w:ind w:left="5760" w:hanging="360"/>
      </w:pPr>
      <w:rPr>
        <w:rFonts w:ascii="Arial,Sans-Serif" w:hAnsi="Arial,Sans-Serif" w:hint="default"/>
      </w:rPr>
    </w:lvl>
    <w:lvl w:ilvl="8" w:tplc="BA526528" w:tentative="1">
      <w:start w:val="1"/>
      <w:numFmt w:val="bullet"/>
      <w:lvlText w:val="•"/>
      <w:lvlJc w:val="left"/>
      <w:pPr>
        <w:tabs>
          <w:tab w:val="num" w:pos="6480"/>
        </w:tabs>
        <w:ind w:left="6480" w:hanging="360"/>
      </w:pPr>
      <w:rPr>
        <w:rFonts w:ascii="Arial,Sans-Serif" w:hAnsi="Arial,Sans-Serif" w:hint="default"/>
      </w:rPr>
    </w:lvl>
  </w:abstractNum>
  <w:abstractNum w:abstractNumId="20" w15:restartNumberingAfterBreak="0">
    <w:nsid w:val="00CD72B1"/>
    <w:multiLevelType w:val="hybridMultilevel"/>
    <w:tmpl w:val="993AC5D0"/>
    <w:lvl w:ilvl="0" w:tplc="5FCC6BE4">
      <w:start w:val="1"/>
      <w:numFmt w:val="bullet"/>
      <w:lvlText w:val="•"/>
      <w:lvlJc w:val="left"/>
      <w:pPr>
        <w:tabs>
          <w:tab w:val="num" w:pos="720"/>
        </w:tabs>
        <w:ind w:left="720" w:hanging="360"/>
      </w:pPr>
      <w:rPr>
        <w:rFonts w:ascii="Arial" w:hAnsi="Arial" w:hint="default"/>
      </w:rPr>
    </w:lvl>
    <w:lvl w:ilvl="1" w:tplc="6BF88E7E">
      <w:start w:val="1"/>
      <w:numFmt w:val="bullet"/>
      <w:lvlText w:val="•"/>
      <w:lvlJc w:val="left"/>
      <w:pPr>
        <w:tabs>
          <w:tab w:val="num" w:pos="1440"/>
        </w:tabs>
        <w:ind w:left="1440" w:hanging="360"/>
      </w:pPr>
      <w:rPr>
        <w:rFonts w:ascii="Arial" w:hAnsi="Arial" w:hint="default"/>
      </w:rPr>
    </w:lvl>
    <w:lvl w:ilvl="2" w:tplc="0F2EB9A6" w:tentative="1">
      <w:start w:val="1"/>
      <w:numFmt w:val="bullet"/>
      <w:lvlText w:val="•"/>
      <w:lvlJc w:val="left"/>
      <w:pPr>
        <w:tabs>
          <w:tab w:val="num" w:pos="2160"/>
        </w:tabs>
        <w:ind w:left="2160" w:hanging="360"/>
      </w:pPr>
      <w:rPr>
        <w:rFonts w:ascii="Arial" w:hAnsi="Arial" w:hint="default"/>
      </w:rPr>
    </w:lvl>
    <w:lvl w:ilvl="3" w:tplc="969683E4" w:tentative="1">
      <w:start w:val="1"/>
      <w:numFmt w:val="bullet"/>
      <w:lvlText w:val="•"/>
      <w:lvlJc w:val="left"/>
      <w:pPr>
        <w:tabs>
          <w:tab w:val="num" w:pos="2880"/>
        </w:tabs>
        <w:ind w:left="2880" w:hanging="360"/>
      </w:pPr>
      <w:rPr>
        <w:rFonts w:ascii="Arial" w:hAnsi="Arial" w:hint="default"/>
      </w:rPr>
    </w:lvl>
    <w:lvl w:ilvl="4" w:tplc="368A984A" w:tentative="1">
      <w:start w:val="1"/>
      <w:numFmt w:val="bullet"/>
      <w:lvlText w:val="•"/>
      <w:lvlJc w:val="left"/>
      <w:pPr>
        <w:tabs>
          <w:tab w:val="num" w:pos="3600"/>
        </w:tabs>
        <w:ind w:left="3600" w:hanging="360"/>
      </w:pPr>
      <w:rPr>
        <w:rFonts w:ascii="Arial" w:hAnsi="Arial" w:hint="default"/>
      </w:rPr>
    </w:lvl>
    <w:lvl w:ilvl="5" w:tplc="DA883906" w:tentative="1">
      <w:start w:val="1"/>
      <w:numFmt w:val="bullet"/>
      <w:lvlText w:val="•"/>
      <w:lvlJc w:val="left"/>
      <w:pPr>
        <w:tabs>
          <w:tab w:val="num" w:pos="4320"/>
        </w:tabs>
        <w:ind w:left="4320" w:hanging="360"/>
      </w:pPr>
      <w:rPr>
        <w:rFonts w:ascii="Arial" w:hAnsi="Arial" w:hint="default"/>
      </w:rPr>
    </w:lvl>
    <w:lvl w:ilvl="6" w:tplc="EAA2D9E8" w:tentative="1">
      <w:start w:val="1"/>
      <w:numFmt w:val="bullet"/>
      <w:lvlText w:val="•"/>
      <w:lvlJc w:val="left"/>
      <w:pPr>
        <w:tabs>
          <w:tab w:val="num" w:pos="5040"/>
        </w:tabs>
        <w:ind w:left="5040" w:hanging="360"/>
      </w:pPr>
      <w:rPr>
        <w:rFonts w:ascii="Arial" w:hAnsi="Arial" w:hint="default"/>
      </w:rPr>
    </w:lvl>
    <w:lvl w:ilvl="7" w:tplc="2C5C2A46" w:tentative="1">
      <w:start w:val="1"/>
      <w:numFmt w:val="bullet"/>
      <w:lvlText w:val="•"/>
      <w:lvlJc w:val="left"/>
      <w:pPr>
        <w:tabs>
          <w:tab w:val="num" w:pos="5760"/>
        </w:tabs>
        <w:ind w:left="5760" w:hanging="360"/>
      </w:pPr>
      <w:rPr>
        <w:rFonts w:ascii="Arial" w:hAnsi="Arial" w:hint="default"/>
      </w:rPr>
    </w:lvl>
    <w:lvl w:ilvl="8" w:tplc="1B36627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1386742"/>
    <w:multiLevelType w:val="hybridMultilevel"/>
    <w:tmpl w:val="367A7516"/>
    <w:lvl w:ilvl="0" w:tplc="4BE63B9C">
      <w:start w:val="1"/>
      <w:numFmt w:val="bullet"/>
      <w:lvlText w:val="•"/>
      <w:lvlJc w:val="left"/>
      <w:pPr>
        <w:tabs>
          <w:tab w:val="num" w:pos="720"/>
        </w:tabs>
        <w:ind w:left="720" w:hanging="360"/>
      </w:pPr>
      <w:rPr>
        <w:rFonts w:ascii="Arial" w:hAnsi="Arial" w:hint="default"/>
      </w:rPr>
    </w:lvl>
    <w:lvl w:ilvl="1" w:tplc="421A39C2" w:tentative="1">
      <w:start w:val="1"/>
      <w:numFmt w:val="bullet"/>
      <w:lvlText w:val="•"/>
      <w:lvlJc w:val="left"/>
      <w:pPr>
        <w:tabs>
          <w:tab w:val="num" w:pos="1440"/>
        </w:tabs>
        <w:ind w:left="1440" w:hanging="360"/>
      </w:pPr>
      <w:rPr>
        <w:rFonts w:ascii="Arial" w:hAnsi="Arial" w:hint="default"/>
      </w:rPr>
    </w:lvl>
    <w:lvl w:ilvl="2" w:tplc="4392B51A" w:tentative="1">
      <w:start w:val="1"/>
      <w:numFmt w:val="bullet"/>
      <w:lvlText w:val="•"/>
      <w:lvlJc w:val="left"/>
      <w:pPr>
        <w:tabs>
          <w:tab w:val="num" w:pos="2160"/>
        </w:tabs>
        <w:ind w:left="2160" w:hanging="360"/>
      </w:pPr>
      <w:rPr>
        <w:rFonts w:ascii="Arial" w:hAnsi="Arial" w:hint="default"/>
      </w:rPr>
    </w:lvl>
    <w:lvl w:ilvl="3" w:tplc="1BCCC532" w:tentative="1">
      <w:start w:val="1"/>
      <w:numFmt w:val="bullet"/>
      <w:lvlText w:val="•"/>
      <w:lvlJc w:val="left"/>
      <w:pPr>
        <w:tabs>
          <w:tab w:val="num" w:pos="2880"/>
        </w:tabs>
        <w:ind w:left="2880" w:hanging="360"/>
      </w:pPr>
      <w:rPr>
        <w:rFonts w:ascii="Arial" w:hAnsi="Arial" w:hint="default"/>
      </w:rPr>
    </w:lvl>
    <w:lvl w:ilvl="4" w:tplc="C56654F8" w:tentative="1">
      <w:start w:val="1"/>
      <w:numFmt w:val="bullet"/>
      <w:lvlText w:val="•"/>
      <w:lvlJc w:val="left"/>
      <w:pPr>
        <w:tabs>
          <w:tab w:val="num" w:pos="3600"/>
        </w:tabs>
        <w:ind w:left="3600" w:hanging="360"/>
      </w:pPr>
      <w:rPr>
        <w:rFonts w:ascii="Arial" w:hAnsi="Arial" w:hint="default"/>
      </w:rPr>
    </w:lvl>
    <w:lvl w:ilvl="5" w:tplc="0BC25D24" w:tentative="1">
      <w:start w:val="1"/>
      <w:numFmt w:val="bullet"/>
      <w:lvlText w:val="•"/>
      <w:lvlJc w:val="left"/>
      <w:pPr>
        <w:tabs>
          <w:tab w:val="num" w:pos="4320"/>
        </w:tabs>
        <w:ind w:left="4320" w:hanging="360"/>
      </w:pPr>
      <w:rPr>
        <w:rFonts w:ascii="Arial" w:hAnsi="Arial" w:hint="default"/>
      </w:rPr>
    </w:lvl>
    <w:lvl w:ilvl="6" w:tplc="AC18A0F8" w:tentative="1">
      <w:start w:val="1"/>
      <w:numFmt w:val="bullet"/>
      <w:lvlText w:val="•"/>
      <w:lvlJc w:val="left"/>
      <w:pPr>
        <w:tabs>
          <w:tab w:val="num" w:pos="5040"/>
        </w:tabs>
        <w:ind w:left="5040" w:hanging="360"/>
      </w:pPr>
      <w:rPr>
        <w:rFonts w:ascii="Arial" w:hAnsi="Arial" w:hint="default"/>
      </w:rPr>
    </w:lvl>
    <w:lvl w:ilvl="7" w:tplc="C450BFC6" w:tentative="1">
      <w:start w:val="1"/>
      <w:numFmt w:val="bullet"/>
      <w:lvlText w:val="•"/>
      <w:lvlJc w:val="left"/>
      <w:pPr>
        <w:tabs>
          <w:tab w:val="num" w:pos="5760"/>
        </w:tabs>
        <w:ind w:left="5760" w:hanging="360"/>
      </w:pPr>
      <w:rPr>
        <w:rFonts w:ascii="Arial" w:hAnsi="Arial" w:hint="default"/>
      </w:rPr>
    </w:lvl>
    <w:lvl w:ilvl="8" w:tplc="B1AEFA6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2702BFB"/>
    <w:multiLevelType w:val="hybridMultilevel"/>
    <w:tmpl w:val="CF046E16"/>
    <w:lvl w:ilvl="0" w:tplc="BE125374">
      <w:start w:val="1"/>
      <w:numFmt w:val="bullet"/>
      <w:lvlText w:val="•"/>
      <w:lvlJc w:val="left"/>
      <w:pPr>
        <w:tabs>
          <w:tab w:val="num" w:pos="720"/>
        </w:tabs>
        <w:ind w:left="720" w:hanging="360"/>
      </w:pPr>
      <w:rPr>
        <w:rFonts w:ascii="Arial" w:hAnsi="Arial" w:hint="default"/>
      </w:rPr>
    </w:lvl>
    <w:lvl w:ilvl="1" w:tplc="EDA6784E" w:tentative="1">
      <w:start w:val="1"/>
      <w:numFmt w:val="bullet"/>
      <w:lvlText w:val="•"/>
      <w:lvlJc w:val="left"/>
      <w:pPr>
        <w:tabs>
          <w:tab w:val="num" w:pos="1440"/>
        </w:tabs>
        <w:ind w:left="1440" w:hanging="360"/>
      </w:pPr>
      <w:rPr>
        <w:rFonts w:ascii="Arial" w:hAnsi="Arial" w:hint="default"/>
      </w:rPr>
    </w:lvl>
    <w:lvl w:ilvl="2" w:tplc="E2FC83EE" w:tentative="1">
      <w:start w:val="1"/>
      <w:numFmt w:val="bullet"/>
      <w:lvlText w:val="•"/>
      <w:lvlJc w:val="left"/>
      <w:pPr>
        <w:tabs>
          <w:tab w:val="num" w:pos="2160"/>
        </w:tabs>
        <w:ind w:left="2160" w:hanging="360"/>
      </w:pPr>
      <w:rPr>
        <w:rFonts w:ascii="Arial" w:hAnsi="Arial" w:hint="default"/>
      </w:rPr>
    </w:lvl>
    <w:lvl w:ilvl="3" w:tplc="C65E83F8" w:tentative="1">
      <w:start w:val="1"/>
      <w:numFmt w:val="bullet"/>
      <w:lvlText w:val="•"/>
      <w:lvlJc w:val="left"/>
      <w:pPr>
        <w:tabs>
          <w:tab w:val="num" w:pos="2880"/>
        </w:tabs>
        <w:ind w:left="2880" w:hanging="360"/>
      </w:pPr>
      <w:rPr>
        <w:rFonts w:ascii="Arial" w:hAnsi="Arial" w:hint="default"/>
      </w:rPr>
    </w:lvl>
    <w:lvl w:ilvl="4" w:tplc="379EF544" w:tentative="1">
      <w:start w:val="1"/>
      <w:numFmt w:val="bullet"/>
      <w:lvlText w:val="•"/>
      <w:lvlJc w:val="left"/>
      <w:pPr>
        <w:tabs>
          <w:tab w:val="num" w:pos="3600"/>
        </w:tabs>
        <w:ind w:left="3600" w:hanging="360"/>
      </w:pPr>
      <w:rPr>
        <w:rFonts w:ascii="Arial" w:hAnsi="Arial" w:hint="default"/>
      </w:rPr>
    </w:lvl>
    <w:lvl w:ilvl="5" w:tplc="CB04EB0A" w:tentative="1">
      <w:start w:val="1"/>
      <w:numFmt w:val="bullet"/>
      <w:lvlText w:val="•"/>
      <w:lvlJc w:val="left"/>
      <w:pPr>
        <w:tabs>
          <w:tab w:val="num" w:pos="4320"/>
        </w:tabs>
        <w:ind w:left="4320" w:hanging="360"/>
      </w:pPr>
      <w:rPr>
        <w:rFonts w:ascii="Arial" w:hAnsi="Arial" w:hint="default"/>
      </w:rPr>
    </w:lvl>
    <w:lvl w:ilvl="6" w:tplc="90DCF02C" w:tentative="1">
      <w:start w:val="1"/>
      <w:numFmt w:val="bullet"/>
      <w:lvlText w:val="•"/>
      <w:lvlJc w:val="left"/>
      <w:pPr>
        <w:tabs>
          <w:tab w:val="num" w:pos="5040"/>
        </w:tabs>
        <w:ind w:left="5040" w:hanging="360"/>
      </w:pPr>
      <w:rPr>
        <w:rFonts w:ascii="Arial" w:hAnsi="Arial" w:hint="default"/>
      </w:rPr>
    </w:lvl>
    <w:lvl w:ilvl="7" w:tplc="4F2CBC3E" w:tentative="1">
      <w:start w:val="1"/>
      <w:numFmt w:val="bullet"/>
      <w:lvlText w:val="•"/>
      <w:lvlJc w:val="left"/>
      <w:pPr>
        <w:tabs>
          <w:tab w:val="num" w:pos="5760"/>
        </w:tabs>
        <w:ind w:left="5760" w:hanging="360"/>
      </w:pPr>
      <w:rPr>
        <w:rFonts w:ascii="Arial" w:hAnsi="Arial" w:hint="default"/>
      </w:rPr>
    </w:lvl>
    <w:lvl w:ilvl="8" w:tplc="3086116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3FE4951"/>
    <w:multiLevelType w:val="hybridMultilevel"/>
    <w:tmpl w:val="F9968F44"/>
    <w:lvl w:ilvl="0" w:tplc="8FFE95F2">
      <w:start w:val="1"/>
      <w:numFmt w:val="bullet"/>
      <w:lvlText w:val="•"/>
      <w:lvlJc w:val="left"/>
      <w:pPr>
        <w:tabs>
          <w:tab w:val="num" w:pos="720"/>
        </w:tabs>
        <w:ind w:left="720" w:hanging="360"/>
      </w:pPr>
      <w:rPr>
        <w:rFonts w:ascii="Arial" w:hAnsi="Arial" w:hint="default"/>
      </w:rPr>
    </w:lvl>
    <w:lvl w:ilvl="1" w:tplc="1026F412" w:tentative="1">
      <w:start w:val="1"/>
      <w:numFmt w:val="bullet"/>
      <w:lvlText w:val="•"/>
      <w:lvlJc w:val="left"/>
      <w:pPr>
        <w:tabs>
          <w:tab w:val="num" w:pos="1440"/>
        </w:tabs>
        <w:ind w:left="1440" w:hanging="360"/>
      </w:pPr>
      <w:rPr>
        <w:rFonts w:ascii="Arial" w:hAnsi="Arial" w:hint="default"/>
      </w:rPr>
    </w:lvl>
    <w:lvl w:ilvl="2" w:tplc="0C1CFC4E" w:tentative="1">
      <w:start w:val="1"/>
      <w:numFmt w:val="bullet"/>
      <w:lvlText w:val="•"/>
      <w:lvlJc w:val="left"/>
      <w:pPr>
        <w:tabs>
          <w:tab w:val="num" w:pos="2160"/>
        </w:tabs>
        <w:ind w:left="2160" w:hanging="360"/>
      </w:pPr>
      <w:rPr>
        <w:rFonts w:ascii="Arial" w:hAnsi="Arial" w:hint="default"/>
      </w:rPr>
    </w:lvl>
    <w:lvl w:ilvl="3" w:tplc="C0261CFE" w:tentative="1">
      <w:start w:val="1"/>
      <w:numFmt w:val="bullet"/>
      <w:lvlText w:val="•"/>
      <w:lvlJc w:val="left"/>
      <w:pPr>
        <w:tabs>
          <w:tab w:val="num" w:pos="2880"/>
        </w:tabs>
        <w:ind w:left="2880" w:hanging="360"/>
      </w:pPr>
      <w:rPr>
        <w:rFonts w:ascii="Arial" w:hAnsi="Arial" w:hint="default"/>
      </w:rPr>
    </w:lvl>
    <w:lvl w:ilvl="4" w:tplc="A2A2A662" w:tentative="1">
      <w:start w:val="1"/>
      <w:numFmt w:val="bullet"/>
      <w:lvlText w:val="•"/>
      <w:lvlJc w:val="left"/>
      <w:pPr>
        <w:tabs>
          <w:tab w:val="num" w:pos="3600"/>
        </w:tabs>
        <w:ind w:left="3600" w:hanging="360"/>
      </w:pPr>
      <w:rPr>
        <w:rFonts w:ascii="Arial" w:hAnsi="Arial" w:hint="default"/>
      </w:rPr>
    </w:lvl>
    <w:lvl w:ilvl="5" w:tplc="7EB8008E" w:tentative="1">
      <w:start w:val="1"/>
      <w:numFmt w:val="bullet"/>
      <w:lvlText w:val="•"/>
      <w:lvlJc w:val="left"/>
      <w:pPr>
        <w:tabs>
          <w:tab w:val="num" w:pos="4320"/>
        </w:tabs>
        <w:ind w:left="4320" w:hanging="360"/>
      </w:pPr>
      <w:rPr>
        <w:rFonts w:ascii="Arial" w:hAnsi="Arial" w:hint="default"/>
      </w:rPr>
    </w:lvl>
    <w:lvl w:ilvl="6" w:tplc="9E4C4900" w:tentative="1">
      <w:start w:val="1"/>
      <w:numFmt w:val="bullet"/>
      <w:lvlText w:val="•"/>
      <w:lvlJc w:val="left"/>
      <w:pPr>
        <w:tabs>
          <w:tab w:val="num" w:pos="5040"/>
        </w:tabs>
        <w:ind w:left="5040" w:hanging="360"/>
      </w:pPr>
      <w:rPr>
        <w:rFonts w:ascii="Arial" w:hAnsi="Arial" w:hint="default"/>
      </w:rPr>
    </w:lvl>
    <w:lvl w:ilvl="7" w:tplc="F74CA1A4" w:tentative="1">
      <w:start w:val="1"/>
      <w:numFmt w:val="bullet"/>
      <w:lvlText w:val="•"/>
      <w:lvlJc w:val="left"/>
      <w:pPr>
        <w:tabs>
          <w:tab w:val="num" w:pos="5760"/>
        </w:tabs>
        <w:ind w:left="5760" w:hanging="360"/>
      </w:pPr>
      <w:rPr>
        <w:rFonts w:ascii="Arial" w:hAnsi="Arial" w:hint="default"/>
      </w:rPr>
    </w:lvl>
    <w:lvl w:ilvl="8" w:tplc="9094065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43F0736"/>
    <w:multiLevelType w:val="hybridMultilevel"/>
    <w:tmpl w:val="905EDC6A"/>
    <w:lvl w:ilvl="0" w:tplc="4ACE2B6E">
      <w:start w:val="1"/>
      <w:numFmt w:val="decimal"/>
      <w:lvlText w:val="%1."/>
      <w:lvlJc w:val="left"/>
      <w:pPr>
        <w:tabs>
          <w:tab w:val="num" w:pos="720"/>
        </w:tabs>
        <w:ind w:left="720" w:hanging="360"/>
      </w:pPr>
    </w:lvl>
    <w:lvl w:ilvl="1" w:tplc="6366D51C">
      <w:start w:val="1"/>
      <w:numFmt w:val="decimal"/>
      <w:lvlText w:val="%2."/>
      <w:lvlJc w:val="left"/>
      <w:pPr>
        <w:tabs>
          <w:tab w:val="num" w:pos="1440"/>
        </w:tabs>
        <w:ind w:left="1440" w:hanging="360"/>
      </w:pPr>
    </w:lvl>
    <w:lvl w:ilvl="2" w:tplc="24A06F3E" w:tentative="1">
      <w:start w:val="1"/>
      <w:numFmt w:val="decimal"/>
      <w:lvlText w:val="%3."/>
      <w:lvlJc w:val="left"/>
      <w:pPr>
        <w:tabs>
          <w:tab w:val="num" w:pos="2160"/>
        </w:tabs>
        <w:ind w:left="2160" w:hanging="360"/>
      </w:pPr>
    </w:lvl>
    <w:lvl w:ilvl="3" w:tplc="1D0A48CC" w:tentative="1">
      <w:start w:val="1"/>
      <w:numFmt w:val="decimal"/>
      <w:lvlText w:val="%4."/>
      <w:lvlJc w:val="left"/>
      <w:pPr>
        <w:tabs>
          <w:tab w:val="num" w:pos="2880"/>
        </w:tabs>
        <w:ind w:left="2880" w:hanging="360"/>
      </w:pPr>
    </w:lvl>
    <w:lvl w:ilvl="4" w:tplc="09CC1CF6" w:tentative="1">
      <w:start w:val="1"/>
      <w:numFmt w:val="decimal"/>
      <w:lvlText w:val="%5."/>
      <w:lvlJc w:val="left"/>
      <w:pPr>
        <w:tabs>
          <w:tab w:val="num" w:pos="3600"/>
        </w:tabs>
        <w:ind w:left="3600" w:hanging="360"/>
      </w:pPr>
    </w:lvl>
    <w:lvl w:ilvl="5" w:tplc="65BC6B44" w:tentative="1">
      <w:start w:val="1"/>
      <w:numFmt w:val="decimal"/>
      <w:lvlText w:val="%6."/>
      <w:lvlJc w:val="left"/>
      <w:pPr>
        <w:tabs>
          <w:tab w:val="num" w:pos="4320"/>
        </w:tabs>
        <w:ind w:left="4320" w:hanging="360"/>
      </w:pPr>
    </w:lvl>
    <w:lvl w:ilvl="6" w:tplc="AC4E9EDC" w:tentative="1">
      <w:start w:val="1"/>
      <w:numFmt w:val="decimal"/>
      <w:lvlText w:val="%7."/>
      <w:lvlJc w:val="left"/>
      <w:pPr>
        <w:tabs>
          <w:tab w:val="num" w:pos="5040"/>
        </w:tabs>
        <w:ind w:left="5040" w:hanging="360"/>
      </w:pPr>
    </w:lvl>
    <w:lvl w:ilvl="7" w:tplc="0C78B850" w:tentative="1">
      <w:start w:val="1"/>
      <w:numFmt w:val="decimal"/>
      <w:lvlText w:val="%8."/>
      <w:lvlJc w:val="left"/>
      <w:pPr>
        <w:tabs>
          <w:tab w:val="num" w:pos="5760"/>
        </w:tabs>
        <w:ind w:left="5760" w:hanging="360"/>
      </w:pPr>
    </w:lvl>
    <w:lvl w:ilvl="8" w:tplc="60447834" w:tentative="1">
      <w:start w:val="1"/>
      <w:numFmt w:val="decimal"/>
      <w:lvlText w:val="%9."/>
      <w:lvlJc w:val="left"/>
      <w:pPr>
        <w:tabs>
          <w:tab w:val="num" w:pos="6480"/>
        </w:tabs>
        <w:ind w:left="6480" w:hanging="360"/>
      </w:pPr>
    </w:lvl>
  </w:abstractNum>
  <w:abstractNum w:abstractNumId="25" w15:restartNumberingAfterBreak="0">
    <w:nsid w:val="06494FB0"/>
    <w:multiLevelType w:val="hybridMultilevel"/>
    <w:tmpl w:val="9932AB16"/>
    <w:lvl w:ilvl="0" w:tplc="01FC8646">
      <w:start w:val="1"/>
      <w:numFmt w:val="bullet"/>
      <w:lvlText w:val="•"/>
      <w:lvlJc w:val="left"/>
      <w:pPr>
        <w:tabs>
          <w:tab w:val="num" w:pos="720"/>
        </w:tabs>
        <w:ind w:left="720" w:hanging="360"/>
      </w:pPr>
      <w:rPr>
        <w:rFonts w:ascii="Arial" w:hAnsi="Arial" w:hint="default"/>
      </w:rPr>
    </w:lvl>
    <w:lvl w:ilvl="1" w:tplc="C13C9748" w:tentative="1">
      <w:start w:val="1"/>
      <w:numFmt w:val="bullet"/>
      <w:lvlText w:val="•"/>
      <w:lvlJc w:val="left"/>
      <w:pPr>
        <w:tabs>
          <w:tab w:val="num" w:pos="1440"/>
        </w:tabs>
        <w:ind w:left="1440" w:hanging="360"/>
      </w:pPr>
      <w:rPr>
        <w:rFonts w:ascii="Arial" w:hAnsi="Arial" w:hint="default"/>
      </w:rPr>
    </w:lvl>
    <w:lvl w:ilvl="2" w:tplc="1EE6AE76" w:tentative="1">
      <w:start w:val="1"/>
      <w:numFmt w:val="bullet"/>
      <w:lvlText w:val="•"/>
      <w:lvlJc w:val="left"/>
      <w:pPr>
        <w:tabs>
          <w:tab w:val="num" w:pos="2160"/>
        </w:tabs>
        <w:ind w:left="2160" w:hanging="360"/>
      </w:pPr>
      <w:rPr>
        <w:rFonts w:ascii="Arial" w:hAnsi="Arial" w:hint="default"/>
      </w:rPr>
    </w:lvl>
    <w:lvl w:ilvl="3" w:tplc="52004BA8" w:tentative="1">
      <w:start w:val="1"/>
      <w:numFmt w:val="bullet"/>
      <w:lvlText w:val="•"/>
      <w:lvlJc w:val="left"/>
      <w:pPr>
        <w:tabs>
          <w:tab w:val="num" w:pos="2880"/>
        </w:tabs>
        <w:ind w:left="2880" w:hanging="360"/>
      </w:pPr>
      <w:rPr>
        <w:rFonts w:ascii="Arial" w:hAnsi="Arial" w:hint="default"/>
      </w:rPr>
    </w:lvl>
    <w:lvl w:ilvl="4" w:tplc="F898A0B8" w:tentative="1">
      <w:start w:val="1"/>
      <w:numFmt w:val="bullet"/>
      <w:lvlText w:val="•"/>
      <w:lvlJc w:val="left"/>
      <w:pPr>
        <w:tabs>
          <w:tab w:val="num" w:pos="3600"/>
        </w:tabs>
        <w:ind w:left="3600" w:hanging="360"/>
      </w:pPr>
      <w:rPr>
        <w:rFonts w:ascii="Arial" w:hAnsi="Arial" w:hint="default"/>
      </w:rPr>
    </w:lvl>
    <w:lvl w:ilvl="5" w:tplc="2364055A" w:tentative="1">
      <w:start w:val="1"/>
      <w:numFmt w:val="bullet"/>
      <w:lvlText w:val="•"/>
      <w:lvlJc w:val="left"/>
      <w:pPr>
        <w:tabs>
          <w:tab w:val="num" w:pos="4320"/>
        </w:tabs>
        <w:ind w:left="4320" w:hanging="360"/>
      </w:pPr>
      <w:rPr>
        <w:rFonts w:ascii="Arial" w:hAnsi="Arial" w:hint="default"/>
      </w:rPr>
    </w:lvl>
    <w:lvl w:ilvl="6" w:tplc="9BDCEF44" w:tentative="1">
      <w:start w:val="1"/>
      <w:numFmt w:val="bullet"/>
      <w:lvlText w:val="•"/>
      <w:lvlJc w:val="left"/>
      <w:pPr>
        <w:tabs>
          <w:tab w:val="num" w:pos="5040"/>
        </w:tabs>
        <w:ind w:left="5040" w:hanging="360"/>
      </w:pPr>
      <w:rPr>
        <w:rFonts w:ascii="Arial" w:hAnsi="Arial" w:hint="default"/>
      </w:rPr>
    </w:lvl>
    <w:lvl w:ilvl="7" w:tplc="97F40020" w:tentative="1">
      <w:start w:val="1"/>
      <w:numFmt w:val="bullet"/>
      <w:lvlText w:val="•"/>
      <w:lvlJc w:val="left"/>
      <w:pPr>
        <w:tabs>
          <w:tab w:val="num" w:pos="5760"/>
        </w:tabs>
        <w:ind w:left="5760" w:hanging="360"/>
      </w:pPr>
      <w:rPr>
        <w:rFonts w:ascii="Arial" w:hAnsi="Arial" w:hint="default"/>
      </w:rPr>
    </w:lvl>
    <w:lvl w:ilvl="8" w:tplc="0CE85EF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7237A3A"/>
    <w:multiLevelType w:val="hybridMultilevel"/>
    <w:tmpl w:val="AE1E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78470B4"/>
    <w:multiLevelType w:val="hybridMultilevel"/>
    <w:tmpl w:val="0DF4B5F2"/>
    <w:lvl w:ilvl="0" w:tplc="7F5085CC">
      <w:start w:val="1"/>
      <w:numFmt w:val="bullet"/>
      <w:lvlText w:val="•"/>
      <w:lvlJc w:val="left"/>
      <w:pPr>
        <w:tabs>
          <w:tab w:val="num" w:pos="720"/>
        </w:tabs>
        <w:ind w:left="720" w:hanging="360"/>
      </w:pPr>
      <w:rPr>
        <w:rFonts w:ascii="Arial" w:hAnsi="Arial" w:hint="default"/>
      </w:rPr>
    </w:lvl>
    <w:lvl w:ilvl="1" w:tplc="671870DA" w:tentative="1">
      <w:start w:val="1"/>
      <w:numFmt w:val="bullet"/>
      <w:lvlText w:val="•"/>
      <w:lvlJc w:val="left"/>
      <w:pPr>
        <w:tabs>
          <w:tab w:val="num" w:pos="1440"/>
        </w:tabs>
        <w:ind w:left="1440" w:hanging="360"/>
      </w:pPr>
      <w:rPr>
        <w:rFonts w:ascii="Arial" w:hAnsi="Arial" w:hint="default"/>
      </w:rPr>
    </w:lvl>
    <w:lvl w:ilvl="2" w:tplc="CEDC690C" w:tentative="1">
      <w:start w:val="1"/>
      <w:numFmt w:val="bullet"/>
      <w:lvlText w:val="•"/>
      <w:lvlJc w:val="left"/>
      <w:pPr>
        <w:tabs>
          <w:tab w:val="num" w:pos="2160"/>
        </w:tabs>
        <w:ind w:left="2160" w:hanging="360"/>
      </w:pPr>
      <w:rPr>
        <w:rFonts w:ascii="Arial" w:hAnsi="Arial" w:hint="default"/>
      </w:rPr>
    </w:lvl>
    <w:lvl w:ilvl="3" w:tplc="7D8CC684" w:tentative="1">
      <w:start w:val="1"/>
      <w:numFmt w:val="bullet"/>
      <w:lvlText w:val="•"/>
      <w:lvlJc w:val="left"/>
      <w:pPr>
        <w:tabs>
          <w:tab w:val="num" w:pos="2880"/>
        </w:tabs>
        <w:ind w:left="2880" w:hanging="360"/>
      </w:pPr>
      <w:rPr>
        <w:rFonts w:ascii="Arial" w:hAnsi="Arial" w:hint="default"/>
      </w:rPr>
    </w:lvl>
    <w:lvl w:ilvl="4" w:tplc="4B6CD39A" w:tentative="1">
      <w:start w:val="1"/>
      <w:numFmt w:val="bullet"/>
      <w:lvlText w:val="•"/>
      <w:lvlJc w:val="left"/>
      <w:pPr>
        <w:tabs>
          <w:tab w:val="num" w:pos="3600"/>
        </w:tabs>
        <w:ind w:left="3600" w:hanging="360"/>
      </w:pPr>
      <w:rPr>
        <w:rFonts w:ascii="Arial" w:hAnsi="Arial" w:hint="default"/>
      </w:rPr>
    </w:lvl>
    <w:lvl w:ilvl="5" w:tplc="60424DA6" w:tentative="1">
      <w:start w:val="1"/>
      <w:numFmt w:val="bullet"/>
      <w:lvlText w:val="•"/>
      <w:lvlJc w:val="left"/>
      <w:pPr>
        <w:tabs>
          <w:tab w:val="num" w:pos="4320"/>
        </w:tabs>
        <w:ind w:left="4320" w:hanging="360"/>
      </w:pPr>
      <w:rPr>
        <w:rFonts w:ascii="Arial" w:hAnsi="Arial" w:hint="default"/>
      </w:rPr>
    </w:lvl>
    <w:lvl w:ilvl="6" w:tplc="6112634E" w:tentative="1">
      <w:start w:val="1"/>
      <w:numFmt w:val="bullet"/>
      <w:lvlText w:val="•"/>
      <w:lvlJc w:val="left"/>
      <w:pPr>
        <w:tabs>
          <w:tab w:val="num" w:pos="5040"/>
        </w:tabs>
        <w:ind w:left="5040" w:hanging="360"/>
      </w:pPr>
      <w:rPr>
        <w:rFonts w:ascii="Arial" w:hAnsi="Arial" w:hint="default"/>
      </w:rPr>
    </w:lvl>
    <w:lvl w:ilvl="7" w:tplc="2BD0191E" w:tentative="1">
      <w:start w:val="1"/>
      <w:numFmt w:val="bullet"/>
      <w:lvlText w:val="•"/>
      <w:lvlJc w:val="left"/>
      <w:pPr>
        <w:tabs>
          <w:tab w:val="num" w:pos="5760"/>
        </w:tabs>
        <w:ind w:left="5760" w:hanging="360"/>
      </w:pPr>
      <w:rPr>
        <w:rFonts w:ascii="Arial" w:hAnsi="Arial" w:hint="default"/>
      </w:rPr>
    </w:lvl>
    <w:lvl w:ilvl="8" w:tplc="DD62934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07E05E15"/>
    <w:multiLevelType w:val="hybridMultilevel"/>
    <w:tmpl w:val="2B1048BE"/>
    <w:lvl w:ilvl="0" w:tplc="211223FC">
      <w:start w:val="1"/>
      <w:numFmt w:val="bullet"/>
      <w:lvlText w:val="•"/>
      <w:lvlJc w:val="left"/>
      <w:pPr>
        <w:tabs>
          <w:tab w:val="num" w:pos="720"/>
        </w:tabs>
        <w:ind w:left="720" w:hanging="360"/>
      </w:pPr>
      <w:rPr>
        <w:rFonts w:ascii="Arial" w:hAnsi="Arial" w:hint="default"/>
      </w:rPr>
    </w:lvl>
    <w:lvl w:ilvl="1" w:tplc="E3A27266" w:tentative="1">
      <w:start w:val="1"/>
      <w:numFmt w:val="bullet"/>
      <w:lvlText w:val="•"/>
      <w:lvlJc w:val="left"/>
      <w:pPr>
        <w:tabs>
          <w:tab w:val="num" w:pos="1440"/>
        </w:tabs>
        <w:ind w:left="1440" w:hanging="360"/>
      </w:pPr>
      <w:rPr>
        <w:rFonts w:ascii="Arial" w:hAnsi="Arial" w:hint="default"/>
      </w:rPr>
    </w:lvl>
    <w:lvl w:ilvl="2" w:tplc="1CC88832" w:tentative="1">
      <w:start w:val="1"/>
      <w:numFmt w:val="bullet"/>
      <w:lvlText w:val="•"/>
      <w:lvlJc w:val="left"/>
      <w:pPr>
        <w:tabs>
          <w:tab w:val="num" w:pos="2160"/>
        </w:tabs>
        <w:ind w:left="2160" w:hanging="360"/>
      </w:pPr>
      <w:rPr>
        <w:rFonts w:ascii="Arial" w:hAnsi="Arial" w:hint="default"/>
      </w:rPr>
    </w:lvl>
    <w:lvl w:ilvl="3" w:tplc="5302FF8E" w:tentative="1">
      <w:start w:val="1"/>
      <w:numFmt w:val="bullet"/>
      <w:lvlText w:val="•"/>
      <w:lvlJc w:val="left"/>
      <w:pPr>
        <w:tabs>
          <w:tab w:val="num" w:pos="2880"/>
        </w:tabs>
        <w:ind w:left="2880" w:hanging="360"/>
      </w:pPr>
      <w:rPr>
        <w:rFonts w:ascii="Arial" w:hAnsi="Arial" w:hint="default"/>
      </w:rPr>
    </w:lvl>
    <w:lvl w:ilvl="4" w:tplc="B14E778E" w:tentative="1">
      <w:start w:val="1"/>
      <w:numFmt w:val="bullet"/>
      <w:lvlText w:val="•"/>
      <w:lvlJc w:val="left"/>
      <w:pPr>
        <w:tabs>
          <w:tab w:val="num" w:pos="3600"/>
        </w:tabs>
        <w:ind w:left="3600" w:hanging="360"/>
      </w:pPr>
      <w:rPr>
        <w:rFonts w:ascii="Arial" w:hAnsi="Arial" w:hint="default"/>
      </w:rPr>
    </w:lvl>
    <w:lvl w:ilvl="5" w:tplc="1354BCDE" w:tentative="1">
      <w:start w:val="1"/>
      <w:numFmt w:val="bullet"/>
      <w:lvlText w:val="•"/>
      <w:lvlJc w:val="left"/>
      <w:pPr>
        <w:tabs>
          <w:tab w:val="num" w:pos="4320"/>
        </w:tabs>
        <w:ind w:left="4320" w:hanging="360"/>
      </w:pPr>
      <w:rPr>
        <w:rFonts w:ascii="Arial" w:hAnsi="Arial" w:hint="default"/>
      </w:rPr>
    </w:lvl>
    <w:lvl w:ilvl="6" w:tplc="3C48FD62" w:tentative="1">
      <w:start w:val="1"/>
      <w:numFmt w:val="bullet"/>
      <w:lvlText w:val="•"/>
      <w:lvlJc w:val="left"/>
      <w:pPr>
        <w:tabs>
          <w:tab w:val="num" w:pos="5040"/>
        </w:tabs>
        <w:ind w:left="5040" w:hanging="360"/>
      </w:pPr>
      <w:rPr>
        <w:rFonts w:ascii="Arial" w:hAnsi="Arial" w:hint="default"/>
      </w:rPr>
    </w:lvl>
    <w:lvl w:ilvl="7" w:tplc="427AC14A" w:tentative="1">
      <w:start w:val="1"/>
      <w:numFmt w:val="bullet"/>
      <w:lvlText w:val="•"/>
      <w:lvlJc w:val="left"/>
      <w:pPr>
        <w:tabs>
          <w:tab w:val="num" w:pos="5760"/>
        </w:tabs>
        <w:ind w:left="5760" w:hanging="360"/>
      </w:pPr>
      <w:rPr>
        <w:rFonts w:ascii="Arial" w:hAnsi="Arial" w:hint="default"/>
      </w:rPr>
    </w:lvl>
    <w:lvl w:ilvl="8" w:tplc="BC6CF66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07EAA0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A632AE7"/>
    <w:multiLevelType w:val="hybridMultilevel"/>
    <w:tmpl w:val="164E1818"/>
    <w:lvl w:ilvl="0" w:tplc="AF421A2C">
      <w:start w:val="1"/>
      <w:numFmt w:val="bullet"/>
      <w:lvlText w:val="•"/>
      <w:lvlJc w:val="left"/>
      <w:pPr>
        <w:tabs>
          <w:tab w:val="num" w:pos="720"/>
        </w:tabs>
        <w:ind w:left="720" w:hanging="360"/>
      </w:pPr>
      <w:rPr>
        <w:rFonts w:ascii="Arial,Sans-Serif" w:hAnsi="Arial,Sans-Serif" w:hint="default"/>
      </w:rPr>
    </w:lvl>
    <w:lvl w:ilvl="1" w:tplc="8F40FC72" w:tentative="1">
      <w:start w:val="1"/>
      <w:numFmt w:val="bullet"/>
      <w:lvlText w:val="•"/>
      <w:lvlJc w:val="left"/>
      <w:pPr>
        <w:tabs>
          <w:tab w:val="num" w:pos="1440"/>
        </w:tabs>
        <w:ind w:left="1440" w:hanging="360"/>
      </w:pPr>
      <w:rPr>
        <w:rFonts w:ascii="Arial,Sans-Serif" w:hAnsi="Arial,Sans-Serif" w:hint="default"/>
      </w:rPr>
    </w:lvl>
    <w:lvl w:ilvl="2" w:tplc="2DDA78CA" w:tentative="1">
      <w:start w:val="1"/>
      <w:numFmt w:val="bullet"/>
      <w:lvlText w:val="•"/>
      <w:lvlJc w:val="left"/>
      <w:pPr>
        <w:tabs>
          <w:tab w:val="num" w:pos="2160"/>
        </w:tabs>
        <w:ind w:left="2160" w:hanging="360"/>
      </w:pPr>
      <w:rPr>
        <w:rFonts w:ascii="Arial,Sans-Serif" w:hAnsi="Arial,Sans-Serif" w:hint="default"/>
      </w:rPr>
    </w:lvl>
    <w:lvl w:ilvl="3" w:tplc="7BB09438" w:tentative="1">
      <w:start w:val="1"/>
      <w:numFmt w:val="bullet"/>
      <w:lvlText w:val="•"/>
      <w:lvlJc w:val="left"/>
      <w:pPr>
        <w:tabs>
          <w:tab w:val="num" w:pos="2880"/>
        </w:tabs>
        <w:ind w:left="2880" w:hanging="360"/>
      </w:pPr>
      <w:rPr>
        <w:rFonts w:ascii="Arial,Sans-Serif" w:hAnsi="Arial,Sans-Serif" w:hint="default"/>
      </w:rPr>
    </w:lvl>
    <w:lvl w:ilvl="4" w:tplc="B5367DD6" w:tentative="1">
      <w:start w:val="1"/>
      <w:numFmt w:val="bullet"/>
      <w:lvlText w:val="•"/>
      <w:lvlJc w:val="left"/>
      <w:pPr>
        <w:tabs>
          <w:tab w:val="num" w:pos="3600"/>
        </w:tabs>
        <w:ind w:left="3600" w:hanging="360"/>
      </w:pPr>
      <w:rPr>
        <w:rFonts w:ascii="Arial,Sans-Serif" w:hAnsi="Arial,Sans-Serif" w:hint="default"/>
      </w:rPr>
    </w:lvl>
    <w:lvl w:ilvl="5" w:tplc="DDA80DD2" w:tentative="1">
      <w:start w:val="1"/>
      <w:numFmt w:val="bullet"/>
      <w:lvlText w:val="•"/>
      <w:lvlJc w:val="left"/>
      <w:pPr>
        <w:tabs>
          <w:tab w:val="num" w:pos="4320"/>
        </w:tabs>
        <w:ind w:left="4320" w:hanging="360"/>
      </w:pPr>
      <w:rPr>
        <w:rFonts w:ascii="Arial,Sans-Serif" w:hAnsi="Arial,Sans-Serif" w:hint="default"/>
      </w:rPr>
    </w:lvl>
    <w:lvl w:ilvl="6" w:tplc="79202632" w:tentative="1">
      <w:start w:val="1"/>
      <w:numFmt w:val="bullet"/>
      <w:lvlText w:val="•"/>
      <w:lvlJc w:val="left"/>
      <w:pPr>
        <w:tabs>
          <w:tab w:val="num" w:pos="5040"/>
        </w:tabs>
        <w:ind w:left="5040" w:hanging="360"/>
      </w:pPr>
      <w:rPr>
        <w:rFonts w:ascii="Arial,Sans-Serif" w:hAnsi="Arial,Sans-Serif" w:hint="default"/>
      </w:rPr>
    </w:lvl>
    <w:lvl w:ilvl="7" w:tplc="982C6D74" w:tentative="1">
      <w:start w:val="1"/>
      <w:numFmt w:val="bullet"/>
      <w:lvlText w:val="•"/>
      <w:lvlJc w:val="left"/>
      <w:pPr>
        <w:tabs>
          <w:tab w:val="num" w:pos="5760"/>
        </w:tabs>
        <w:ind w:left="5760" w:hanging="360"/>
      </w:pPr>
      <w:rPr>
        <w:rFonts w:ascii="Arial,Sans-Serif" w:hAnsi="Arial,Sans-Serif" w:hint="default"/>
      </w:rPr>
    </w:lvl>
    <w:lvl w:ilvl="8" w:tplc="855EF968" w:tentative="1">
      <w:start w:val="1"/>
      <w:numFmt w:val="bullet"/>
      <w:lvlText w:val="•"/>
      <w:lvlJc w:val="left"/>
      <w:pPr>
        <w:tabs>
          <w:tab w:val="num" w:pos="6480"/>
        </w:tabs>
        <w:ind w:left="6480" w:hanging="360"/>
      </w:pPr>
      <w:rPr>
        <w:rFonts w:ascii="Arial,Sans-Serif" w:hAnsi="Arial,Sans-Serif" w:hint="default"/>
      </w:rPr>
    </w:lvl>
  </w:abstractNum>
  <w:abstractNum w:abstractNumId="31" w15:restartNumberingAfterBreak="0">
    <w:nsid w:val="0D0E0FE6"/>
    <w:multiLevelType w:val="hybridMultilevel"/>
    <w:tmpl w:val="5EC62C86"/>
    <w:lvl w:ilvl="0" w:tplc="97063550">
      <w:start w:val="1"/>
      <w:numFmt w:val="bullet"/>
      <w:lvlText w:val="•"/>
      <w:lvlJc w:val="left"/>
      <w:pPr>
        <w:tabs>
          <w:tab w:val="num" w:pos="720"/>
        </w:tabs>
        <w:ind w:left="720" w:hanging="360"/>
      </w:pPr>
      <w:rPr>
        <w:rFonts w:ascii="Arial" w:hAnsi="Arial" w:hint="default"/>
      </w:rPr>
    </w:lvl>
    <w:lvl w:ilvl="1" w:tplc="AF328158">
      <w:start w:val="1"/>
      <w:numFmt w:val="bullet"/>
      <w:lvlText w:val="•"/>
      <w:lvlJc w:val="left"/>
      <w:pPr>
        <w:tabs>
          <w:tab w:val="num" w:pos="1440"/>
        </w:tabs>
        <w:ind w:left="1440" w:hanging="360"/>
      </w:pPr>
      <w:rPr>
        <w:rFonts w:ascii="Arial" w:hAnsi="Arial" w:hint="default"/>
      </w:rPr>
    </w:lvl>
    <w:lvl w:ilvl="2" w:tplc="77AC84B4" w:tentative="1">
      <w:start w:val="1"/>
      <w:numFmt w:val="bullet"/>
      <w:lvlText w:val="•"/>
      <w:lvlJc w:val="left"/>
      <w:pPr>
        <w:tabs>
          <w:tab w:val="num" w:pos="2160"/>
        </w:tabs>
        <w:ind w:left="2160" w:hanging="360"/>
      </w:pPr>
      <w:rPr>
        <w:rFonts w:ascii="Arial" w:hAnsi="Arial" w:hint="default"/>
      </w:rPr>
    </w:lvl>
    <w:lvl w:ilvl="3" w:tplc="96AE1B76" w:tentative="1">
      <w:start w:val="1"/>
      <w:numFmt w:val="bullet"/>
      <w:lvlText w:val="•"/>
      <w:lvlJc w:val="left"/>
      <w:pPr>
        <w:tabs>
          <w:tab w:val="num" w:pos="2880"/>
        </w:tabs>
        <w:ind w:left="2880" w:hanging="360"/>
      </w:pPr>
      <w:rPr>
        <w:rFonts w:ascii="Arial" w:hAnsi="Arial" w:hint="default"/>
      </w:rPr>
    </w:lvl>
    <w:lvl w:ilvl="4" w:tplc="BF1621DE" w:tentative="1">
      <w:start w:val="1"/>
      <w:numFmt w:val="bullet"/>
      <w:lvlText w:val="•"/>
      <w:lvlJc w:val="left"/>
      <w:pPr>
        <w:tabs>
          <w:tab w:val="num" w:pos="3600"/>
        </w:tabs>
        <w:ind w:left="3600" w:hanging="360"/>
      </w:pPr>
      <w:rPr>
        <w:rFonts w:ascii="Arial" w:hAnsi="Arial" w:hint="default"/>
      </w:rPr>
    </w:lvl>
    <w:lvl w:ilvl="5" w:tplc="96C474EC" w:tentative="1">
      <w:start w:val="1"/>
      <w:numFmt w:val="bullet"/>
      <w:lvlText w:val="•"/>
      <w:lvlJc w:val="left"/>
      <w:pPr>
        <w:tabs>
          <w:tab w:val="num" w:pos="4320"/>
        </w:tabs>
        <w:ind w:left="4320" w:hanging="360"/>
      </w:pPr>
      <w:rPr>
        <w:rFonts w:ascii="Arial" w:hAnsi="Arial" w:hint="default"/>
      </w:rPr>
    </w:lvl>
    <w:lvl w:ilvl="6" w:tplc="151415F4" w:tentative="1">
      <w:start w:val="1"/>
      <w:numFmt w:val="bullet"/>
      <w:lvlText w:val="•"/>
      <w:lvlJc w:val="left"/>
      <w:pPr>
        <w:tabs>
          <w:tab w:val="num" w:pos="5040"/>
        </w:tabs>
        <w:ind w:left="5040" w:hanging="360"/>
      </w:pPr>
      <w:rPr>
        <w:rFonts w:ascii="Arial" w:hAnsi="Arial" w:hint="default"/>
      </w:rPr>
    </w:lvl>
    <w:lvl w:ilvl="7" w:tplc="756C2408" w:tentative="1">
      <w:start w:val="1"/>
      <w:numFmt w:val="bullet"/>
      <w:lvlText w:val="•"/>
      <w:lvlJc w:val="left"/>
      <w:pPr>
        <w:tabs>
          <w:tab w:val="num" w:pos="5760"/>
        </w:tabs>
        <w:ind w:left="5760" w:hanging="360"/>
      </w:pPr>
      <w:rPr>
        <w:rFonts w:ascii="Arial" w:hAnsi="Arial" w:hint="default"/>
      </w:rPr>
    </w:lvl>
    <w:lvl w:ilvl="8" w:tplc="A3EAB21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10832B08"/>
    <w:multiLevelType w:val="hybridMultilevel"/>
    <w:tmpl w:val="272E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1C6675"/>
    <w:multiLevelType w:val="hybridMultilevel"/>
    <w:tmpl w:val="AFD874A8"/>
    <w:lvl w:ilvl="0" w:tplc="E926EDBA">
      <w:start w:val="1"/>
      <w:numFmt w:val="bullet"/>
      <w:lvlText w:val="•"/>
      <w:lvlJc w:val="left"/>
      <w:pPr>
        <w:tabs>
          <w:tab w:val="num" w:pos="720"/>
        </w:tabs>
        <w:ind w:left="720" w:hanging="360"/>
      </w:pPr>
      <w:rPr>
        <w:rFonts w:ascii="Arial" w:hAnsi="Arial" w:hint="default"/>
      </w:rPr>
    </w:lvl>
    <w:lvl w:ilvl="1" w:tplc="79482906" w:tentative="1">
      <w:start w:val="1"/>
      <w:numFmt w:val="bullet"/>
      <w:lvlText w:val="•"/>
      <w:lvlJc w:val="left"/>
      <w:pPr>
        <w:tabs>
          <w:tab w:val="num" w:pos="1440"/>
        </w:tabs>
        <w:ind w:left="1440" w:hanging="360"/>
      </w:pPr>
      <w:rPr>
        <w:rFonts w:ascii="Arial" w:hAnsi="Arial" w:hint="default"/>
      </w:rPr>
    </w:lvl>
    <w:lvl w:ilvl="2" w:tplc="36781A36" w:tentative="1">
      <w:start w:val="1"/>
      <w:numFmt w:val="bullet"/>
      <w:lvlText w:val="•"/>
      <w:lvlJc w:val="left"/>
      <w:pPr>
        <w:tabs>
          <w:tab w:val="num" w:pos="2160"/>
        </w:tabs>
        <w:ind w:left="2160" w:hanging="360"/>
      </w:pPr>
      <w:rPr>
        <w:rFonts w:ascii="Arial" w:hAnsi="Arial" w:hint="default"/>
      </w:rPr>
    </w:lvl>
    <w:lvl w:ilvl="3" w:tplc="0B528800" w:tentative="1">
      <w:start w:val="1"/>
      <w:numFmt w:val="bullet"/>
      <w:lvlText w:val="•"/>
      <w:lvlJc w:val="left"/>
      <w:pPr>
        <w:tabs>
          <w:tab w:val="num" w:pos="2880"/>
        </w:tabs>
        <w:ind w:left="2880" w:hanging="360"/>
      </w:pPr>
      <w:rPr>
        <w:rFonts w:ascii="Arial" w:hAnsi="Arial" w:hint="default"/>
      </w:rPr>
    </w:lvl>
    <w:lvl w:ilvl="4" w:tplc="03D8C39E" w:tentative="1">
      <w:start w:val="1"/>
      <w:numFmt w:val="bullet"/>
      <w:lvlText w:val="•"/>
      <w:lvlJc w:val="left"/>
      <w:pPr>
        <w:tabs>
          <w:tab w:val="num" w:pos="3600"/>
        </w:tabs>
        <w:ind w:left="3600" w:hanging="360"/>
      </w:pPr>
      <w:rPr>
        <w:rFonts w:ascii="Arial" w:hAnsi="Arial" w:hint="default"/>
      </w:rPr>
    </w:lvl>
    <w:lvl w:ilvl="5" w:tplc="322AD61C" w:tentative="1">
      <w:start w:val="1"/>
      <w:numFmt w:val="bullet"/>
      <w:lvlText w:val="•"/>
      <w:lvlJc w:val="left"/>
      <w:pPr>
        <w:tabs>
          <w:tab w:val="num" w:pos="4320"/>
        </w:tabs>
        <w:ind w:left="4320" w:hanging="360"/>
      </w:pPr>
      <w:rPr>
        <w:rFonts w:ascii="Arial" w:hAnsi="Arial" w:hint="default"/>
      </w:rPr>
    </w:lvl>
    <w:lvl w:ilvl="6" w:tplc="9CDAD42C" w:tentative="1">
      <w:start w:val="1"/>
      <w:numFmt w:val="bullet"/>
      <w:lvlText w:val="•"/>
      <w:lvlJc w:val="left"/>
      <w:pPr>
        <w:tabs>
          <w:tab w:val="num" w:pos="5040"/>
        </w:tabs>
        <w:ind w:left="5040" w:hanging="360"/>
      </w:pPr>
      <w:rPr>
        <w:rFonts w:ascii="Arial" w:hAnsi="Arial" w:hint="default"/>
      </w:rPr>
    </w:lvl>
    <w:lvl w:ilvl="7" w:tplc="4DBC9CBE" w:tentative="1">
      <w:start w:val="1"/>
      <w:numFmt w:val="bullet"/>
      <w:lvlText w:val="•"/>
      <w:lvlJc w:val="left"/>
      <w:pPr>
        <w:tabs>
          <w:tab w:val="num" w:pos="5760"/>
        </w:tabs>
        <w:ind w:left="5760" w:hanging="360"/>
      </w:pPr>
      <w:rPr>
        <w:rFonts w:ascii="Arial" w:hAnsi="Arial" w:hint="default"/>
      </w:rPr>
    </w:lvl>
    <w:lvl w:ilvl="8" w:tplc="900EFB0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2736E86"/>
    <w:multiLevelType w:val="hybridMultilevel"/>
    <w:tmpl w:val="C33C5DAA"/>
    <w:lvl w:ilvl="0" w:tplc="AA2274F2">
      <w:start w:val="1"/>
      <w:numFmt w:val="bullet"/>
      <w:lvlText w:val="•"/>
      <w:lvlJc w:val="left"/>
      <w:pPr>
        <w:tabs>
          <w:tab w:val="num" w:pos="720"/>
        </w:tabs>
        <w:ind w:left="720" w:hanging="360"/>
      </w:pPr>
      <w:rPr>
        <w:rFonts w:ascii="Arial" w:hAnsi="Arial" w:hint="default"/>
      </w:rPr>
    </w:lvl>
    <w:lvl w:ilvl="1" w:tplc="F44A8622">
      <w:numFmt w:val="bullet"/>
      <w:lvlText w:val="•"/>
      <w:lvlJc w:val="left"/>
      <w:pPr>
        <w:tabs>
          <w:tab w:val="num" w:pos="1440"/>
        </w:tabs>
        <w:ind w:left="1440" w:hanging="360"/>
      </w:pPr>
      <w:rPr>
        <w:rFonts w:ascii="Arial" w:hAnsi="Arial" w:hint="default"/>
      </w:rPr>
    </w:lvl>
    <w:lvl w:ilvl="2" w:tplc="6CF2E480" w:tentative="1">
      <w:start w:val="1"/>
      <w:numFmt w:val="bullet"/>
      <w:lvlText w:val="•"/>
      <w:lvlJc w:val="left"/>
      <w:pPr>
        <w:tabs>
          <w:tab w:val="num" w:pos="2160"/>
        </w:tabs>
        <w:ind w:left="2160" w:hanging="360"/>
      </w:pPr>
      <w:rPr>
        <w:rFonts w:ascii="Arial" w:hAnsi="Arial" w:hint="default"/>
      </w:rPr>
    </w:lvl>
    <w:lvl w:ilvl="3" w:tplc="824ACCA4" w:tentative="1">
      <w:start w:val="1"/>
      <w:numFmt w:val="bullet"/>
      <w:lvlText w:val="•"/>
      <w:lvlJc w:val="left"/>
      <w:pPr>
        <w:tabs>
          <w:tab w:val="num" w:pos="2880"/>
        </w:tabs>
        <w:ind w:left="2880" w:hanging="360"/>
      </w:pPr>
      <w:rPr>
        <w:rFonts w:ascii="Arial" w:hAnsi="Arial" w:hint="default"/>
      </w:rPr>
    </w:lvl>
    <w:lvl w:ilvl="4" w:tplc="4260D09A" w:tentative="1">
      <w:start w:val="1"/>
      <w:numFmt w:val="bullet"/>
      <w:lvlText w:val="•"/>
      <w:lvlJc w:val="left"/>
      <w:pPr>
        <w:tabs>
          <w:tab w:val="num" w:pos="3600"/>
        </w:tabs>
        <w:ind w:left="3600" w:hanging="360"/>
      </w:pPr>
      <w:rPr>
        <w:rFonts w:ascii="Arial" w:hAnsi="Arial" w:hint="default"/>
      </w:rPr>
    </w:lvl>
    <w:lvl w:ilvl="5" w:tplc="33943392" w:tentative="1">
      <w:start w:val="1"/>
      <w:numFmt w:val="bullet"/>
      <w:lvlText w:val="•"/>
      <w:lvlJc w:val="left"/>
      <w:pPr>
        <w:tabs>
          <w:tab w:val="num" w:pos="4320"/>
        </w:tabs>
        <w:ind w:left="4320" w:hanging="360"/>
      </w:pPr>
      <w:rPr>
        <w:rFonts w:ascii="Arial" w:hAnsi="Arial" w:hint="default"/>
      </w:rPr>
    </w:lvl>
    <w:lvl w:ilvl="6" w:tplc="D3888F02" w:tentative="1">
      <w:start w:val="1"/>
      <w:numFmt w:val="bullet"/>
      <w:lvlText w:val="•"/>
      <w:lvlJc w:val="left"/>
      <w:pPr>
        <w:tabs>
          <w:tab w:val="num" w:pos="5040"/>
        </w:tabs>
        <w:ind w:left="5040" w:hanging="360"/>
      </w:pPr>
      <w:rPr>
        <w:rFonts w:ascii="Arial" w:hAnsi="Arial" w:hint="default"/>
      </w:rPr>
    </w:lvl>
    <w:lvl w:ilvl="7" w:tplc="AD703450" w:tentative="1">
      <w:start w:val="1"/>
      <w:numFmt w:val="bullet"/>
      <w:lvlText w:val="•"/>
      <w:lvlJc w:val="left"/>
      <w:pPr>
        <w:tabs>
          <w:tab w:val="num" w:pos="5760"/>
        </w:tabs>
        <w:ind w:left="5760" w:hanging="360"/>
      </w:pPr>
      <w:rPr>
        <w:rFonts w:ascii="Arial" w:hAnsi="Arial" w:hint="default"/>
      </w:rPr>
    </w:lvl>
    <w:lvl w:ilvl="8" w:tplc="658C393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4830877"/>
    <w:multiLevelType w:val="hybridMultilevel"/>
    <w:tmpl w:val="F38CC974"/>
    <w:lvl w:ilvl="0" w:tplc="047C56CA">
      <w:start w:val="1"/>
      <w:numFmt w:val="decimal"/>
      <w:lvlText w:val="%1."/>
      <w:lvlJc w:val="left"/>
      <w:pPr>
        <w:tabs>
          <w:tab w:val="num" w:pos="720"/>
        </w:tabs>
        <w:ind w:left="720" w:hanging="360"/>
      </w:pPr>
    </w:lvl>
    <w:lvl w:ilvl="1" w:tplc="0A42E6F4" w:tentative="1">
      <w:start w:val="1"/>
      <w:numFmt w:val="decimal"/>
      <w:lvlText w:val="%2."/>
      <w:lvlJc w:val="left"/>
      <w:pPr>
        <w:tabs>
          <w:tab w:val="num" w:pos="1440"/>
        </w:tabs>
        <w:ind w:left="1440" w:hanging="360"/>
      </w:pPr>
    </w:lvl>
    <w:lvl w:ilvl="2" w:tplc="C1E0292E" w:tentative="1">
      <w:start w:val="1"/>
      <w:numFmt w:val="decimal"/>
      <w:lvlText w:val="%3."/>
      <w:lvlJc w:val="left"/>
      <w:pPr>
        <w:tabs>
          <w:tab w:val="num" w:pos="2160"/>
        </w:tabs>
        <w:ind w:left="2160" w:hanging="360"/>
      </w:pPr>
    </w:lvl>
    <w:lvl w:ilvl="3" w:tplc="1418264A" w:tentative="1">
      <w:start w:val="1"/>
      <w:numFmt w:val="decimal"/>
      <w:lvlText w:val="%4."/>
      <w:lvlJc w:val="left"/>
      <w:pPr>
        <w:tabs>
          <w:tab w:val="num" w:pos="2880"/>
        </w:tabs>
        <w:ind w:left="2880" w:hanging="360"/>
      </w:pPr>
    </w:lvl>
    <w:lvl w:ilvl="4" w:tplc="4A3E9224" w:tentative="1">
      <w:start w:val="1"/>
      <w:numFmt w:val="decimal"/>
      <w:lvlText w:val="%5."/>
      <w:lvlJc w:val="left"/>
      <w:pPr>
        <w:tabs>
          <w:tab w:val="num" w:pos="3600"/>
        </w:tabs>
        <w:ind w:left="3600" w:hanging="360"/>
      </w:pPr>
    </w:lvl>
    <w:lvl w:ilvl="5" w:tplc="E82A444A" w:tentative="1">
      <w:start w:val="1"/>
      <w:numFmt w:val="decimal"/>
      <w:lvlText w:val="%6."/>
      <w:lvlJc w:val="left"/>
      <w:pPr>
        <w:tabs>
          <w:tab w:val="num" w:pos="4320"/>
        </w:tabs>
        <w:ind w:left="4320" w:hanging="360"/>
      </w:pPr>
    </w:lvl>
    <w:lvl w:ilvl="6" w:tplc="3D7C17E2" w:tentative="1">
      <w:start w:val="1"/>
      <w:numFmt w:val="decimal"/>
      <w:lvlText w:val="%7."/>
      <w:lvlJc w:val="left"/>
      <w:pPr>
        <w:tabs>
          <w:tab w:val="num" w:pos="5040"/>
        </w:tabs>
        <w:ind w:left="5040" w:hanging="360"/>
      </w:pPr>
    </w:lvl>
    <w:lvl w:ilvl="7" w:tplc="B82CFDD2" w:tentative="1">
      <w:start w:val="1"/>
      <w:numFmt w:val="decimal"/>
      <w:lvlText w:val="%8."/>
      <w:lvlJc w:val="left"/>
      <w:pPr>
        <w:tabs>
          <w:tab w:val="num" w:pos="5760"/>
        </w:tabs>
        <w:ind w:left="5760" w:hanging="360"/>
      </w:pPr>
    </w:lvl>
    <w:lvl w:ilvl="8" w:tplc="24C40000" w:tentative="1">
      <w:start w:val="1"/>
      <w:numFmt w:val="decimal"/>
      <w:lvlText w:val="%9."/>
      <w:lvlJc w:val="left"/>
      <w:pPr>
        <w:tabs>
          <w:tab w:val="num" w:pos="6480"/>
        </w:tabs>
        <w:ind w:left="6480" w:hanging="360"/>
      </w:pPr>
    </w:lvl>
  </w:abstractNum>
  <w:abstractNum w:abstractNumId="36" w15:restartNumberingAfterBreak="0">
    <w:nsid w:val="1616072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17096C60"/>
    <w:multiLevelType w:val="hybridMultilevel"/>
    <w:tmpl w:val="C3B478AA"/>
    <w:lvl w:ilvl="0" w:tplc="B300772E">
      <w:start w:val="1"/>
      <w:numFmt w:val="bullet"/>
      <w:lvlText w:val="•"/>
      <w:lvlJc w:val="left"/>
      <w:pPr>
        <w:tabs>
          <w:tab w:val="num" w:pos="720"/>
        </w:tabs>
        <w:ind w:left="720" w:hanging="360"/>
      </w:pPr>
      <w:rPr>
        <w:rFonts w:ascii="Arial" w:hAnsi="Arial" w:hint="default"/>
      </w:rPr>
    </w:lvl>
    <w:lvl w:ilvl="1" w:tplc="9970E3C0" w:tentative="1">
      <w:start w:val="1"/>
      <w:numFmt w:val="bullet"/>
      <w:lvlText w:val="•"/>
      <w:lvlJc w:val="left"/>
      <w:pPr>
        <w:tabs>
          <w:tab w:val="num" w:pos="1440"/>
        </w:tabs>
        <w:ind w:left="1440" w:hanging="360"/>
      </w:pPr>
      <w:rPr>
        <w:rFonts w:ascii="Arial" w:hAnsi="Arial" w:hint="default"/>
      </w:rPr>
    </w:lvl>
    <w:lvl w:ilvl="2" w:tplc="D0B68DD0" w:tentative="1">
      <w:start w:val="1"/>
      <w:numFmt w:val="bullet"/>
      <w:lvlText w:val="•"/>
      <w:lvlJc w:val="left"/>
      <w:pPr>
        <w:tabs>
          <w:tab w:val="num" w:pos="2160"/>
        </w:tabs>
        <w:ind w:left="2160" w:hanging="360"/>
      </w:pPr>
      <w:rPr>
        <w:rFonts w:ascii="Arial" w:hAnsi="Arial" w:hint="default"/>
      </w:rPr>
    </w:lvl>
    <w:lvl w:ilvl="3" w:tplc="E4AC4E38" w:tentative="1">
      <w:start w:val="1"/>
      <w:numFmt w:val="bullet"/>
      <w:lvlText w:val="•"/>
      <w:lvlJc w:val="left"/>
      <w:pPr>
        <w:tabs>
          <w:tab w:val="num" w:pos="2880"/>
        </w:tabs>
        <w:ind w:left="2880" w:hanging="360"/>
      </w:pPr>
      <w:rPr>
        <w:rFonts w:ascii="Arial" w:hAnsi="Arial" w:hint="default"/>
      </w:rPr>
    </w:lvl>
    <w:lvl w:ilvl="4" w:tplc="1B42F610" w:tentative="1">
      <w:start w:val="1"/>
      <w:numFmt w:val="bullet"/>
      <w:lvlText w:val="•"/>
      <w:lvlJc w:val="left"/>
      <w:pPr>
        <w:tabs>
          <w:tab w:val="num" w:pos="3600"/>
        </w:tabs>
        <w:ind w:left="3600" w:hanging="360"/>
      </w:pPr>
      <w:rPr>
        <w:rFonts w:ascii="Arial" w:hAnsi="Arial" w:hint="default"/>
      </w:rPr>
    </w:lvl>
    <w:lvl w:ilvl="5" w:tplc="75EAF5B0" w:tentative="1">
      <w:start w:val="1"/>
      <w:numFmt w:val="bullet"/>
      <w:lvlText w:val="•"/>
      <w:lvlJc w:val="left"/>
      <w:pPr>
        <w:tabs>
          <w:tab w:val="num" w:pos="4320"/>
        </w:tabs>
        <w:ind w:left="4320" w:hanging="360"/>
      </w:pPr>
      <w:rPr>
        <w:rFonts w:ascii="Arial" w:hAnsi="Arial" w:hint="default"/>
      </w:rPr>
    </w:lvl>
    <w:lvl w:ilvl="6" w:tplc="EAAA13AA" w:tentative="1">
      <w:start w:val="1"/>
      <w:numFmt w:val="bullet"/>
      <w:lvlText w:val="•"/>
      <w:lvlJc w:val="left"/>
      <w:pPr>
        <w:tabs>
          <w:tab w:val="num" w:pos="5040"/>
        </w:tabs>
        <w:ind w:left="5040" w:hanging="360"/>
      </w:pPr>
      <w:rPr>
        <w:rFonts w:ascii="Arial" w:hAnsi="Arial" w:hint="default"/>
      </w:rPr>
    </w:lvl>
    <w:lvl w:ilvl="7" w:tplc="E25EE710" w:tentative="1">
      <w:start w:val="1"/>
      <w:numFmt w:val="bullet"/>
      <w:lvlText w:val="•"/>
      <w:lvlJc w:val="left"/>
      <w:pPr>
        <w:tabs>
          <w:tab w:val="num" w:pos="5760"/>
        </w:tabs>
        <w:ind w:left="5760" w:hanging="360"/>
      </w:pPr>
      <w:rPr>
        <w:rFonts w:ascii="Arial" w:hAnsi="Arial" w:hint="default"/>
      </w:rPr>
    </w:lvl>
    <w:lvl w:ilvl="8" w:tplc="D15A079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7392767"/>
    <w:multiLevelType w:val="hybridMultilevel"/>
    <w:tmpl w:val="9D266A9E"/>
    <w:lvl w:ilvl="0" w:tplc="D1203E2E">
      <w:start w:val="1"/>
      <w:numFmt w:val="bullet"/>
      <w:lvlText w:val="•"/>
      <w:lvlJc w:val="left"/>
      <w:pPr>
        <w:tabs>
          <w:tab w:val="num" w:pos="720"/>
        </w:tabs>
        <w:ind w:left="720" w:hanging="360"/>
      </w:pPr>
      <w:rPr>
        <w:rFonts w:ascii="Arial" w:hAnsi="Arial" w:hint="default"/>
      </w:rPr>
    </w:lvl>
    <w:lvl w:ilvl="1" w:tplc="DB6A317A" w:tentative="1">
      <w:start w:val="1"/>
      <w:numFmt w:val="bullet"/>
      <w:lvlText w:val="•"/>
      <w:lvlJc w:val="left"/>
      <w:pPr>
        <w:tabs>
          <w:tab w:val="num" w:pos="1440"/>
        </w:tabs>
        <w:ind w:left="1440" w:hanging="360"/>
      </w:pPr>
      <w:rPr>
        <w:rFonts w:ascii="Arial" w:hAnsi="Arial" w:hint="default"/>
      </w:rPr>
    </w:lvl>
    <w:lvl w:ilvl="2" w:tplc="8A5EC900" w:tentative="1">
      <w:start w:val="1"/>
      <w:numFmt w:val="bullet"/>
      <w:lvlText w:val="•"/>
      <w:lvlJc w:val="left"/>
      <w:pPr>
        <w:tabs>
          <w:tab w:val="num" w:pos="2160"/>
        </w:tabs>
        <w:ind w:left="2160" w:hanging="360"/>
      </w:pPr>
      <w:rPr>
        <w:rFonts w:ascii="Arial" w:hAnsi="Arial" w:hint="default"/>
      </w:rPr>
    </w:lvl>
    <w:lvl w:ilvl="3" w:tplc="BF968E06" w:tentative="1">
      <w:start w:val="1"/>
      <w:numFmt w:val="bullet"/>
      <w:lvlText w:val="•"/>
      <w:lvlJc w:val="left"/>
      <w:pPr>
        <w:tabs>
          <w:tab w:val="num" w:pos="2880"/>
        </w:tabs>
        <w:ind w:left="2880" w:hanging="360"/>
      </w:pPr>
      <w:rPr>
        <w:rFonts w:ascii="Arial" w:hAnsi="Arial" w:hint="default"/>
      </w:rPr>
    </w:lvl>
    <w:lvl w:ilvl="4" w:tplc="E674857C" w:tentative="1">
      <w:start w:val="1"/>
      <w:numFmt w:val="bullet"/>
      <w:lvlText w:val="•"/>
      <w:lvlJc w:val="left"/>
      <w:pPr>
        <w:tabs>
          <w:tab w:val="num" w:pos="3600"/>
        </w:tabs>
        <w:ind w:left="3600" w:hanging="360"/>
      </w:pPr>
      <w:rPr>
        <w:rFonts w:ascii="Arial" w:hAnsi="Arial" w:hint="default"/>
      </w:rPr>
    </w:lvl>
    <w:lvl w:ilvl="5" w:tplc="7DD86B68" w:tentative="1">
      <w:start w:val="1"/>
      <w:numFmt w:val="bullet"/>
      <w:lvlText w:val="•"/>
      <w:lvlJc w:val="left"/>
      <w:pPr>
        <w:tabs>
          <w:tab w:val="num" w:pos="4320"/>
        </w:tabs>
        <w:ind w:left="4320" w:hanging="360"/>
      </w:pPr>
      <w:rPr>
        <w:rFonts w:ascii="Arial" w:hAnsi="Arial" w:hint="default"/>
      </w:rPr>
    </w:lvl>
    <w:lvl w:ilvl="6" w:tplc="FD02C1EA" w:tentative="1">
      <w:start w:val="1"/>
      <w:numFmt w:val="bullet"/>
      <w:lvlText w:val="•"/>
      <w:lvlJc w:val="left"/>
      <w:pPr>
        <w:tabs>
          <w:tab w:val="num" w:pos="5040"/>
        </w:tabs>
        <w:ind w:left="5040" w:hanging="360"/>
      </w:pPr>
      <w:rPr>
        <w:rFonts w:ascii="Arial" w:hAnsi="Arial" w:hint="default"/>
      </w:rPr>
    </w:lvl>
    <w:lvl w:ilvl="7" w:tplc="C5087212" w:tentative="1">
      <w:start w:val="1"/>
      <w:numFmt w:val="bullet"/>
      <w:lvlText w:val="•"/>
      <w:lvlJc w:val="left"/>
      <w:pPr>
        <w:tabs>
          <w:tab w:val="num" w:pos="5760"/>
        </w:tabs>
        <w:ind w:left="5760" w:hanging="360"/>
      </w:pPr>
      <w:rPr>
        <w:rFonts w:ascii="Arial" w:hAnsi="Arial" w:hint="default"/>
      </w:rPr>
    </w:lvl>
    <w:lvl w:ilvl="8" w:tplc="AFC6C55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98C4991"/>
    <w:multiLevelType w:val="hybridMultilevel"/>
    <w:tmpl w:val="13DC4EC8"/>
    <w:lvl w:ilvl="0" w:tplc="A260D5CC">
      <w:start w:val="1"/>
      <w:numFmt w:val="bullet"/>
      <w:lvlText w:val="•"/>
      <w:lvlJc w:val="left"/>
      <w:pPr>
        <w:tabs>
          <w:tab w:val="num" w:pos="720"/>
        </w:tabs>
        <w:ind w:left="720" w:hanging="360"/>
      </w:pPr>
      <w:rPr>
        <w:rFonts w:ascii="Arial" w:hAnsi="Arial" w:hint="default"/>
      </w:rPr>
    </w:lvl>
    <w:lvl w:ilvl="1" w:tplc="6D9A496E">
      <w:numFmt w:val="bullet"/>
      <w:lvlText w:val="–"/>
      <w:lvlJc w:val="left"/>
      <w:pPr>
        <w:tabs>
          <w:tab w:val="num" w:pos="1440"/>
        </w:tabs>
        <w:ind w:left="1440" w:hanging="360"/>
      </w:pPr>
      <w:rPr>
        <w:rFonts w:ascii="Arial" w:hAnsi="Arial" w:hint="default"/>
      </w:rPr>
    </w:lvl>
    <w:lvl w:ilvl="2" w:tplc="595A3B6A" w:tentative="1">
      <w:start w:val="1"/>
      <w:numFmt w:val="bullet"/>
      <w:lvlText w:val="•"/>
      <w:lvlJc w:val="left"/>
      <w:pPr>
        <w:tabs>
          <w:tab w:val="num" w:pos="2160"/>
        </w:tabs>
        <w:ind w:left="2160" w:hanging="360"/>
      </w:pPr>
      <w:rPr>
        <w:rFonts w:ascii="Arial" w:hAnsi="Arial" w:hint="default"/>
      </w:rPr>
    </w:lvl>
    <w:lvl w:ilvl="3" w:tplc="BC049124" w:tentative="1">
      <w:start w:val="1"/>
      <w:numFmt w:val="bullet"/>
      <w:lvlText w:val="•"/>
      <w:lvlJc w:val="left"/>
      <w:pPr>
        <w:tabs>
          <w:tab w:val="num" w:pos="2880"/>
        </w:tabs>
        <w:ind w:left="2880" w:hanging="360"/>
      </w:pPr>
      <w:rPr>
        <w:rFonts w:ascii="Arial" w:hAnsi="Arial" w:hint="default"/>
      </w:rPr>
    </w:lvl>
    <w:lvl w:ilvl="4" w:tplc="B0FADA48" w:tentative="1">
      <w:start w:val="1"/>
      <w:numFmt w:val="bullet"/>
      <w:lvlText w:val="•"/>
      <w:lvlJc w:val="left"/>
      <w:pPr>
        <w:tabs>
          <w:tab w:val="num" w:pos="3600"/>
        </w:tabs>
        <w:ind w:left="3600" w:hanging="360"/>
      </w:pPr>
      <w:rPr>
        <w:rFonts w:ascii="Arial" w:hAnsi="Arial" w:hint="default"/>
      </w:rPr>
    </w:lvl>
    <w:lvl w:ilvl="5" w:tplc="73F2ADCA" w:tentative="1">
      <w:start w:val="1"/>
      <w:numFmt w:val="bullet"/>
      <w:lvlText w:val="•"/>
      <w:lvlJc w:val="left"/>
      <w:pPr>
        <w:tabs>
          <w:tab w:val="num" w:pos="4320"/>
        </w:tabs>
        <w:ind w:left="4320" w:hanging="360"/>
      </w:pPr>
      <w:rPr>
        <w:rFonts w:ascii="Arial" w:hAnsi="Arial" w:hint="default"/>
      </w:rPr>
    </w:lvl>
    <w:lvl w:ilvl="6" w:tplc="9766AC9A" w:tentative="1">
      <w:start w:val="1"/>
      <w:numFmt w:val="bullet"/>
      <w:lvlText w:val="•"/>
      <w:lvlJc w:val="left"/>
      <w:pPr>
        <w:tabs>
          <w:tab w:val="num" w:pos="5040"/>
        </w:tabs>
        <w:ind w:left="5040" w:hanging="360"/>
      </w:pPr>
      <w:rPr>
        <w:rFonts w:ascii="Arial" w:hAnsi="Arial" w:hint="default"/>
      </w:rPr>
    </w:lvl>
    <w:lvl w:ilvl="7" w:tplc="24A8B4F6" w:tentative="1">
      <w:start w:val="1"/>
      <w:numFmt w:val="bullet"/>
      <w:lvlText w:val="•"/>
      <w:lvlJc w:val="left"/>
      <w:pPr>
        <w:tabs>
          <w:tab w:val="num" w:pos="5760"/>
        </w:tabs>
        <w:ind w:left="5760" w:hanging="360"/>
      </w:pPr>
      <w:rPr>
        <w:rFonts w:ascii="Arial" w:hAnsi="Arial" w:hint="default"/>
      </w:rPr>
    </w:lvl>
    <w:lvl w:ilvl="8" w:tplc="B45A741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AF542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1DA632A2"/>
    <w:multiLevelType w:val="hybridMultilevel"/>
    <w:tmpl w:val="67B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E333565"/>
    <w:multiLevelType w:val="hybridMultilevel"/>
    <w:tmpl w:val="52F8647A"/>
    <w:lvl w:ilvl="0" w:tplc="2F52DD86">
      <w:start w:val="1"/>
      <w:numFmt w:val="bullet"/>
      <w:lvlText w:val="•"/>
      <w:lvlJc w:val="left"/>
      <w:pPr>
        <w:tabs>
          <w:tab w:val="num" w:pos="720"/>
        </w:tabs>
        <w:ind w:left="720" w:hanging="360"/>
      </w:pPr>
      <w:rPr>
        <w:rFonts w:ascii="Arial" w:hAnsi="Arial" w:hint="default"/>
      </w:rPr>
    </w:lvl>
    <w:lvl w:ilvl="1" w:tplc="10560FE8" w:tentative="1">
      <w:start w:val="1"/>
      <w:numFmt w:val="bullet"/>
      <w:lvlText w:val="•"/>
      <w:lvlJc w:val="left"/>
      <w:pPr>
        <w:tabs>
          <w:tab w:val="num" w:pos="1440"/>
        </w:tabs>
        <w:ind w:left="1440" w:hanging="360"/>
      </w:pPr>
      <w:rPr>
        <w:rFonts w:ascii="Arial" w:hAnsi="Arial" w:hint="default"/>
      </w:rPr>
    </w:lvl>
    <w:lvl w:ilvl="2" w:tplc="9014D768" w:tentative="1">
      <w:start w:val="1"/>
      <w:numFmt w:val="bullet"/>
      <w:lvlText w:val="•"/>
      <w:lvlJc w:val="left"/>
      <w:pPr>
        <w:tabs>
          <w:tab w:val="num" w:pos="2160"/>
        </w:tabs>
        <w:ind w:left="2160" w:hanging="360"/>
      </w:pPr>
      <w:rPr>
        <w:rFonts w:ascii="Arial" w:hAnsi="Arial" w:hint="default"/>
      </w:rPr>
    </w:lvl>
    <w:lvl w:ilvl="3" w:tplc="336056D8" w:tentative="1">
      <w:start w:val="1"/>
      <w:numFmt w:val="bullet"/>
      <w:lvlText w:val="•"/>
      <w:lvlJc w:val="left"/>
      <w:pPr>
        <w:tabs>
          <w:tab w:val="num" w:pos="2880"/>
        </w:tabs>
        <w:ind w:left="2880" w:hanging="360"/>
      </w:pPr>
      <w:rPr>
        <w:rFonts w:ascii="Arial" w:hAnsi="Arial" w:hint="default"/>
      </w:rPr>
    </w:lvl>
    <w:lvl w:ilvl="4" w:tplc="351261CA" w:tentative="1">
      <w:start w:val="1"/>
      <w:numFmt w:val="bullet"/>
      <w:lvlText w:val="•"/>
      <w:lvlJc w:val="left"/>
      <w:pPr>
        <w:tabs>
          <w:tab w:val="num" w:pos="3600"/>
        </w:tabs>
        <w:ind w:left="3600" w:hanging="360"/>
      </w:pPr>
      <w:rPr>
        <w:rFonts w:ascii="Arial" w:hAnsi="Arial" w:hint="default"/>
      </w:rPr>
    </w:lvl>
    <w:lvl w:ilvl="5" w:tplc="E87C8A6A" w:tentative="1">
      <w:start w:val="1"/>
      <w:numFmt w:val="bullet"/>
      <w:lvlText w:val="•"/>
      <w:lvlJc w:val="left"/>
      <w:pPr>
        <w:tabs>
          <w:tab w:val="num" w:pos="4320"/>
        </w:tabs>
        <w:ind w:left="4320" w:hanging="360"/>
      </w:pPr>
      <w:rPr>
        <w:rFonts w:ascii="Arial" w:hAnsi="Arial" w:hint="default"/>
      </w:rPr>
    </w:lvl>
    <w:lvl w:ilvl="6" w:tplc="7730D8B0" w:tentative="1">
      <w:start w:val="1"/>
      <w:numFmt w:val="bullet"/>
      <w:lvlText w:val="•"/>
      <w:lvlJc w:val="left"/>
      <w:pPr>
        <w:tabs>
          <w:tab w:val="num" w:pos="5040"/>
        </w:tabs>
        <w:ind w:left="5040" w:hanging="360"/>
      </w:pPr>
      <w:rPr>
        <w:rFonts w:ascii="Arial" w:hAnsi="Arial" w:hint="default"/>
      </w:rPr>
    </w:lvl>
    <w:lvl w:ilvl="7" w:tplc="5CD49486" w:tentative="1">
      <w:start w:val="1"/>
      <w:numFmt w:val="bullet"/>
      <w:lvlText w:val="•"/>
      <w:lvlJc w:val="left"/>
      <w:pPr>
        <w:tabs>
          <w:tab w:val="num" w:pos="5760"/>
        </w:tabs>
        <w:ind w:left="5760" w:hanging="360"/>
      </w:pPr>
      <w:rPr>
        <w:rFonts w:ascii="Arial" w:hAnsi="Arial" w:hint="default"/>
      </w:rPr>
    </w:lvl>
    <w:lvl w:ilvl="8" w:tplc="42DC849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21D92C0F"/>
    <w:multiLevelType w:val="hybridMultilevel"/>
    <w:tmpl w:val="05B656D8"/>
    <w:lvl w:ilvl="0" w:tplc="ECFE6958">
      <w:start w:val="1"/>
      <w:numFmt w:val="decimal"/>
      <w:lvlText w:val="%1."/>
      <w:lvlJc w:val="left"/>
      <w:pPr>
        <w:tabs>
          <w:tab w:val="num" w:pos="720"/>
        </w:tabs>
        <w:ind w:left="720" w:hanging="360"/>
      </w:pPr>
    </w:lvl>
    <w:lvl w:ilvl="1" w:tplc="AD38DB28" w:tentative="1">
      <w:start w:val="1"/>
      <w:numFmt w:val="decimal"/>
      <w:lvlText w:val="%2."/>
      <w:lvlJc w:val="left"/>
      <w:pPr>
        <w:tabs>
          <w:tab w:val="num" w:pos="1440"/>
        </w:tabs>
        <w:ind w:left="1440" w:hanging="360"/>
      </w:pPr>
    </w:lvl>
    <w:lvl w:ilvl="2" w:tplc="0CD6F0CE" w:tentative="1">
      <w:start w:val="1"/>
      <w:numFmt w:val="decimal"/>
      <w:lvlText w:val="%3."/>
      <w:lvlJc w:val="left"/>
      <w:pPr>
        <w:tabs>
          <w:tab w:val="num" w:pos="2160"/>
        </w:tabs>
        <w:ind w:left="2160" w:hanging="360"/>
      </w:pPr>
    </w:lvl>
    <w:lvl w:ilvl="3" w:tplc="95EC1596" w:tentative="1">
      <w:start w:val="1"/>
      <w:numFmt w:val="decimal"/>
      <w:lvlText w:val="%4."/>
      <w:lvlJc w:val="left"/>
      <w:pPr>
        <w:tabs>
          <w:tab w:val="num" w:pos="2880"/>
        </w:tabs>
        <w:ind w:left="2880" w:hanging="360"/>
      </w:pPr>
    </w:lvl>
    <w:lvl w:ilvl="4" w:tplc="82FEBBDE" w:tentative="1">
      <w:start w:val="1"/>
      <w:numFmt w:val="decimal"/>
      <w:lvlText w:val="%5."/>
      <w:lvlJc w:val="left"/>
      <w:pPr>
        <w:tabs>
          <w:tab w:val="num" w:pos="3600"/>
        </w:tabs>
        <w:ind w:left="3600" w:hanging="360"/>
      </w:pPr>
    </w:lvl>
    <w:lvl w:ilvl="5" w:tplc="D78820E4" w:tentative="1">
      <w:start w:val="1"/>
      <w:numFmt w:val="decimal"/>
      <w:lvlText w:val="%6."/>
      <w:lvlJc w:val="left"/>
      <w:pPr>
        <w:tabs>
          <w:tab w:val="num" w:pos="4320"/>
        </w:tabs>
        <w:ind w:left="4320" w:hanging="360"/>
      </w:pPr>
    </w:lvl>
    <w:lvl w:ilvl="6" w:tplc="3FB80150" w:tentative="1">
      <w:start w:val="1"/>
      <w:numFmt w:val="decimal"/>
      <w:lvlText w:val="%7."/>
      <w:lvlJc w:val="left"/>
      <w:pPr>
        <w:tabs>
          <w:tab w:val="num" w:pos="5040"/>
        </w:tabs>
        <w:ind w:left="5040" w:hanging="360"/>
      </w:pPr>
    </w:lvl>
    <w:lvl w:ilvl="7" w:tplc="D2C0CF18" w:tentative="1">
      <w:start w:val="1"/>
      <w:numFmt w:val="decimal"/>
      <w:lvlText w:val="%8."/>
      <w:lvlJc w:val="left"/>
      <w:pPr>
        <w:tabs>
          <w:tab w:val="num" w:pos="5760"/>
        </w:tabs>
        <w:ind w:left="5760" w:hanging="360"/>
      </w:pPr>
    </w:lvl>
    <w:lvl w:ilvl="8" w:tplc="7DE64AF4" w:tentative="1">
      <w:start w:val="1"/>
      <w:numFmt w:val="decimal"/>
      <w:lvlText w:val="%9."/>
      <w:lvlJc w:val="left"/>
      <w:pPr>
        <w:tabs>
          <w:tab w:val="num" w:pos="6480"/>
        </w:tabs>
        <w:ind w:left="6480" w:hanging="360"/>
      </w:pPr>
    </w:lvl>
  </w:abstractNum>
  <w:abstractNum w:abstractNumId="44" w15:restartNumberingAfterBreak="0">
    <w:nsid w:val="22666A34"/>
    <w:multiLevelType w:val="hybridMultilevel"/>
    <w:tmpl w:val="25347FFC"/>
    <w:lvl w:ilvl="0" w:tplc="4902233E">
      <w:start w:val="1"/>
      <w:numFmt w:val="decimal"/>
      <w:lvlText w:val="%1."/>
      <w:lvlJc w:val="left"/>
      <w:pPr>
        <w:tabs>
          <w:tab w:val="num" w:pos="720"/>
        </w:tabs>
        <w:ind w:left="720" w:hanging="360"/>
      </w:pPr>
    </w:lvl>
    <w:lvl w:ilvl="1" w:tplc="57D29F62">
      <w:start w:val="1"/>
      <w:numFmt w:val="decimal"/>
      <w:lvlText w:val="%2."/>
      <w:lvlJc w:val="left"/>
      <w:pPr>
        <w:tabs>
          <w:tab w:val="num" w:pos="1440"/>
        </w:tabs>
        <w:ind w:left="1440" w:hanging="360"/>
      </w:pPr>
    </w:lvl>
    <w:lvl w:ilvl="2" w:tplc="06CE8D00">
      <w:start w:val="1"/>
      <w:numFmt w:val="lowerLetter"/>
      <w:lvlText w:val="%3."/>
      <w:lvlJc w:val="left"/>
      <w:pPr>
        <w:tabs>
          <w:tab w:val="num" w:pos="2160"/>
        </w:tabs>
        <w:ind w:left="2160" w:hanging="360"/>
      </w:pPr>
    </w:lvl>
    <w:lvl w:ilvl="3" w:tplc="DEF6FF58" w:tentative="1">
      <w:start w:val="1"/>
      <w:numFmt w:val="decimal"/>
      <w:lvlText w:val="%4."/>
      <w:lvlJc w:val="left"/>
      <w:pPr>
        <w:tabs>
          <w:tab w:val="num" w:pos="2880"/>
        </w:tabs>
        <w:ind w:left="2880" w:hanging="360"/>
      </w:pPr>
    </w:lvl>
    <w:lvl w:ilvl="4" w:tplc="5E9CDA70" w:tentative="1">
      <w:start w:val="1"/>
      <w:numFmt w:val="decimal"/>
      <w:lvlText w:val="%5."/>
      <w:lvlJc w:val="left"/>
      <w:pPr>
        <w:tabs>
          <w:tab w:val="num" w:pos="3600"/>
        </w:tabs>
        <w:ind w:left="3600" w:hanging="360"/>
      </w:pPr>
    </w:lvl>
    <w:lvl w:ilvl="5" w:tplc="A5A08B1E" w:tentative="1">
      <w:start w:val="1"/>
      <w:numFmt w:val="decimal"/>
      <w:lvlText w:val="%6."/>
      <w:lvlJc w:val="left"/>
      <w:pPr>
        <w:tabs>
          <w:tab w:val="num" w:pos="4320"/>
        </w:tabs>
        <w:ind w:left="4320" w:hanging="360"/>
      </w:pPr>
    </w:lvl>
    <w:lvl w:ilvl="6" w:tplc="61C08134" w:tentative="1">
      <w:start w:val="1"/>
      <w:numFmt w:val="decimal"/>
      <w:lvlText w:val="%7."/>
      <w:lvlJc w:val="left"/>
      <w:pPr>
        <w:tabs>
          <w:tab w:val="num" w:pos="5040"/>
        </w:tabs>
        <w:ind w:left="5040" w:hanging="360"/>
      </w:pPr>
    </w:lvl>
    <w:lvl w:ilvl="7" w:tplc="124AE9AE" w:tentative="1">
      <w:start w:val="1"/>
      <w:numFmt w:val="decimal"/>
      <w:lvlText w:val="%8."/>
      <w:lvlJc w:val="left"/>
      <w:pPr>
        <w:tabs>
          <w:tab w:val="num" w:pos="5760"/>
        </w:tabs>
        <w:ind w:left="5760" w:hanging="360"/>
      </w:pPr>
    </w:lvl>
    <w:lvl w:ilvl="8" w:tplc="4E8E2B38" w:tentative="1">
      <w:start w:val="1"/>
      <w:numFmt w:val="decimal"/>
      <w:lvlText w:val="%9."/>
      <w:lvlJc w:val="left"/>
      <w:pPr>
        <w:tabs>
          <w:tab w:val="num" w:pos="6480"/>
        </w:tabs>
        <w:ind w:left="6480" w:hanging="360"/>
      </w:pPr>
    </w:lvl>
  </w:abstractNum>
  <w:abstractNum w:abstractNumId="45" w15:restartNumberingAfterBreak="0">
    <w:nsid w:val="231347E9"/>
    <w:multiLevelType w:val="hybridMultilevel"/>
    <w:tmpl w:val="D17296C2"/>
    <w:lvl w:ilvl="0" w:tplc="14E02BB2">
      <w:start w:val="1"/>
      <w:numFmt w:val="bullet"/>
      <w:lvlText w:val="•"/>
      <w:lvlJc w:val="left"/>
      <w:pPr>
        <w:tabs>
          <w:tab w:val="num" w:pos="720"/>
        </w:tabs>
        <w:ind w:left="720" w:hanging="360"/>
      </w:pPr>
      <w:rPr>
        <w:rFonts w:ascii="Arial,Sans-Serif" w:hAnsi="Arial,Sans-Serif" w:hint="default"/>
      </w:rPr>
    </w:lvl>
    <w:lvl w:ilvl="1" w:tplc="C20CD59A" w:tentative="1">
      <w:start w:val="1"/>
      <w:numFmt w:val="bullet"/>
      <w:lvlText w:val="•"/>
      <w:lvlJc w:val="left"/>
      <w:pPr>
        <w:tabs>
          <w:tab w:val="num" w:pos="1440"/>
        </w:tabs>
        <w:ind w:left="1440" w:hanging="360"/>
      </w:pPr>
      <w:rPr>
        <w:rFonts w:ascii="Arial,Sans-Serif" w:hAnsi="Arial,Sans-Serif" w:hint="default"/>
      </w:rPr>
    </w:lvl>
    <w:lvl w:ilvl="2" w:tplc="30C43EB4" w:tentative="1">
      <w:start w:val="1"/>
      <w:numFmt w:val="bullet"/>
      <w:lvlText w:val="•"/>
      <w:lvlJc w:val="left"/>
      <w:pPr>
        <w:tabs>
          <w:tab w:val="num" w:pos="2160"/>
        </w:tabs>
        <w:ind w:left="2160" w:hanging="360"/>
      </w:pPr>
      <w:rPr>
        <w:rFonts w:ascii="Arial,Sans-Serif" w:hAnsi="Arial,Sans-Serif" w:hint="default"/>
      </w:rPr>
    </w:lvl>
    <w:lvl w:ilvl="3" w:tplc="E08271CC" w:tentative="1">
      <w:start w:val="1"/>
      <w:numFmt w:val="bullet"/>
      <w:lvlText w:val="•"/>
      <w:lvlJc w:val="left"/>
      <w:pPr>
        <w:tabs>
          <w:tab w:val="num" w:pos="2880"/>
        </w:tabs>
        <w:ind w:left="2880" w:hanging="360"/>
      </w:pPr>
      <w:rPr>
        <w:rFonts w:ascii="Arial,Sans-Serif" w:hAnsi="Arial,Sans-Serif" w:hint="default"/>
      </w:rPr>
    </w:lvl>
    <w:lvl w:ilvl="4" w:tplc="3424D66E" w:tentative="1">
      <w:start w:val="1"/>
      <w:numFmt w:val="bullet"/>
      <w:lvlText w:val="•"/>
      <w:lvlJc w:val="left"/>
      <w:pPr>
        <w:tabs>
          <w:tab w:val="num" w:pos="3600"/>
        </w:tabs>
        <w:ind w:left="3600" w:hanging="360"/>
      </w:pPr>
      <w:rPr>
        <w:rFonts w:ascii="Arial,Sans-Serif" w:hAnsi="Arial,Sans-Serif" w:hint="default"/>
      </w:rPr>
    </w:lvl>
    <w:lvl w:ilvl="5" w:tplc="FC841CC6" w:tentative="1">
      <w:start w:val="1"/>
      <w:numFmt w:val="bullet"/>
      <w:lvlText w:val="•"/>
      <w:lvlJc w:val="left"/>
      <w:pPr>
        <w:tabs>
          <w:tab w:val="num" w:pos="4320"/>
        </w:tabs>
        <w:ind w:left="4320" w:hanging="360"/>
      </w:pPr>
      <w:rPr>
        <w:rFonts w:ascii="Arial,Sans-Serif" w:hAnsi="Arial,Sans-Serif" w:hint="default"/>
      </w:rPr>
    </w:lvl>
    <w:lvl w:ilvl="6" w:tplc="50AEA006" w:tentative="1">
      <w:start w:val="1"/>
      <w:numFmt w:val="bullet"/>
      <w:lvlText w:val="•"/>
      <w:lvlJc w:val="left"/>
      <w:pPr>
        <w:tabs>
          <w:tab w:val="num" w:pos="5040"/>
        </w:tabs>
        <w:ind w:left="5040" w:hanging="360"/>
      </w:pPr>
      <w:rPr>
        <w:rFonts w:ascii="Arial,Sans-Serif" w:hAnsi="Arial,Sans-Serif" w:hint="default"/>
      </w:rPr>
    </w:lvl>
    <w:lvl w:ilvl="7" w:tplc="8D4C1A30" w:tentative="1">
      <w:start w:val="1"/>
      <w:numFmt w:val="bullet"/>
      <w:lvlText w:val="•"/>
      <w:lvlJc w:val="left"/>
      <w:pPr>
        <w:tabs>
          <w:tab w:val="num" w:pos="5760"/>
        </w:tabs>
        <w:ind w:left="5760" w:hanging="360"/>
      </w:pPr>
      <w:rPr>
        <w:rFonts w:ascii="Arial,Sans-Serif" w:hAnsi="Arial,Sans-Serif" w:hint="default"/>
      </w:rPr>
    </w:lvl>
    <w:lvl w:ilvl="8" w:tplc="0DFA7380" w:tentative="1">
      <w:start w:val="1"/>
      <w:numFmt w:val="bullet"/>
      <w:lvlText w:val="•"/>
      <w:lvlJc w:val="left"/>
      <w:pPr>
        <w:tabs>
          <w:tab w:val="num" w:pos="6480"/>
        </w:tabs>
        <w:ind w:left="6480" w:hanging="360"/>
      </w:pPr>
      <w:rPr>
        <w:rFonts w:ascii="Arial,Sans-Serif" w:hAnsi="Arial,Sans-Serif" w:hint="default"/>
      </w:rPr>
    </w:lvl>
  </w:abstractNum>
  <w:abstractNum w:abstractNumId="46" w15:restartNumberingAfterBreak="0">
    <w:nsid w:val="23727D27"/>
    <w:multiLevelType w:val="hybridMultilevel"/>
    <w:tmpl w:val="0AE2F234"/>
    <w:lvl w:ilvl="0" w:tplc="47C81706">
      <w:start w:val="1"/>
      <w:numFmt w:val="bullet"/>
      <w:lvlText w:val="•"/>
      <w:lvlJc w:val="left"/>
      <w:pPr>
        <w:tabs>
          <w:tab w:val="num" w:pos="720"/>
        </w:tabs>
        <w:ind w:left="720" w:hanging="360"/>
      </w:pPr>
      <w:rPr>
        <w:rFonts w:ascii="Arial" w:hAnsi="Arial" w:hint="default"/>
      </w:rPr>
    </w:lvl>
    <w:lvl w:ilvl="1" w:tplc="988CCB9C" w:tentative="1">
      <w:start w:val="1"/>
      <w:numFmt w:val="bullet"/>
      <w:lvlText w:val="•"/>
      <w:lvlJc w:val="left"/>
      <w:pPr>
        <w:tabs>
          <w:tab w:val="num" w:pos="1440"/>
        </w:tabs>
        <w:ind w:left="1440" w:hanging="360"/>
      </w:pPr>
      <w:rPr>
        <w:rFonts w:ascii="Arial" w:hAnsi="Arial" w:hint="default"/>
      </w:rPr>
    </w:lvl>
    <w:lvl w:ilvl="2" w:tplc="DA882822" w:tentative="1">
      <w:start w:val="1"/>
      <w:numFmt w:val="bullet"/>
      <w:lvlText w:val="•"/>
      <w:lvlJc w:val="left"/>
      <w:pPr>
        <w:tabs>
          <w:tab w:val="num" w:pos="2160"/>
        </w:tabs>
        <w:ind w:left="2160" w:hanging="360"/>
      </w:pPr>
      <w:rPr>
        <w:rFonts w:ascii="Arial" w:hAnsi="Arial" w:hint="default"/>
      </w:rPr>
    </w:lvl>
    <w:lvl w:ilvl="3" w:tplc="24C2B0AE" w:tentative="1">
      <w:start w:val="1"/>
      <w:numFmt w:val="bullet"/>
      <w:lvlText w:val="•"/>
      <w:lvlJc w:val="left"/>
      <w:pPr>
        <w:tabs>
          <w:tab w:val="num" w:pos="2880"/>
        </w:tabs>
        <w:ind w:left="2880" w:hanging="360"/>
      </w:pPr>
      <w:rPr>
        <w:rFonts w:ascii="Arial" w:hAnsi="Arial" w:hint="default"/>
      </w:rPr>
    </w:lvl>
    <w:lvl w:ilvl="4" w:tplc="8B62B568" w:tentative="1">
      <w:start w:val="1"/>
      <w:numFmt w:val="bullet"/>
      <w:lvlText w:val="•"/>
      <w:lvlJc w:val="left"/>
      <w:pPr>
        <w:tabs>
          <w:tab w:val="num" w:pos="3600"/>
        </w:tabs>
        <w:ind w:left="3600" w:hanging="360"/>
      </w:pPr>
      <w:rPr>
        <w:rFonts w:ascii="Arial" w:hAnsi="Arial" w:hint="default"/>
      </w:rPr>
    </w:lvl>
    <w:lvl w:ilvl="5" w:tplc="D706C078" w:tentative="1">
      <w:start w:val="1"/>
      <w:numFmt w:val="bullet"/>
      <w:lvlText w:val="•"/>
      <w:lvlJc w:val="left"/>
      <w:pPr>
        <w:tabs>
          <w:tab w:val="num" w:pos="4320"/>
        </w:tabs>
        <w:ind w:left="4320" w:hanging="360"/>
      </w:pPr>
      <w:rPr>
        <w:rFonts w:ascii="Arial" w:hAnsi="Arial" w:hint="default"/>
      </w:rPr>
    </w:lvl>
    <w:lvl w:ilvl="6" w:tplc="57D04694" w:tentative="1">
      <w:start w:val="1"/>
      <w:numFmt w:val="bullet"/>
      <w:lvlText w:val="•"/>
      <w:lvlJc w:val="left"/>
      <w:pPr>
        <w:tabs>
          <w:tab w:val="num" w:pos="5040"/>
        </w:tabs>
        <w:ind w:left="5040" w:hanging="360"/>
      </w:pPr>
      <w:rPr>
        <w:rFonts w:ascii="Arial" w:hAnsi="Arial" w:hint="default"/>
      </w:rPr>
    </w:lvl>
    <w:lvl w:ilvl="7" w:tplc="F58E0842" w:tentative="1">
      <w:start w:val="1"/>
      <w:numFmt w:val="bullet"/>
      <w:lvlText w:val="•"/>
      <w:lvlJc w:val="left"/>
      <w:pPr>
        <w:tabs>
          <w:tab w:val="num" w:pos="5760"/>
        </w:tabs>
        <w:ind w:left="5760" w:hanging="360"/>
      </w:pPr>
      <w:rPr>
        <w:rFonts w:ascii="Arial" w:hAnsi="Arial" w:hint="default"/>
      </w:rPr>
    </w:lvl>
    <w:lvl w:ilvl="8" w:tplc="48C6249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26541D3B"/>
    <w:multiLevelType w:val="hybridMultilevel"/>
    <w:tmpl w:val="2E000276"/>
    <w:lvl w:ilvl="0" w:tplc="C166E252">
      <w:start w:val="1"/>
      <w:numFmt w:val="bullet"/>
      <w:lvlText w:val="•"/>
      <w:lvlJc w:val="left"/>
      <w:pPr>
        <w:tabs>
          <w:tab w:val="num" w:pos="720"/>
        </w:tabs>
        <w:ind w:left="720" w:hanging="360"/>
      </w:pPr>
      <w:rPr>
        <w:rFonts w:ascii="Arial" w:hAnsi="Arial" w:hint="default"/>
      </w:rPr>
    </w:lvl>
    <w:lvl w:ilvl="1" w:tplc="1292C020" w:tentative="1">
      <w:start w:val="1"/>
      <w:numFmt w:val="bullet"/>
      <w:lvlText w:val="•"/>
      <w:lvlJc w:val="left"/>
      <w:pPr>
        <w:tabs>
          <w:tab w:val="num" w:pos="1440"/>
        </w:tabs>
        <w:ind w:left="1440" w:hanging="360"/>
      </w:pPr>
      <w:rPr>
        <w:rFonts w:ascii="Arial" w:hAnsi="Arial" w:hint="default"/>
      </w:rPr>
    </w:lvl>
    <w:lvl w:ilvl="2" w:tplc="157A66E0" w:tentative="1">
      <w:start w:val="1"/>
      <w:numFmt w:val="bullet"/>
      <w:lvlText w:val="•"/>
      <w:lvlJc w:val="left"/>
      <w:pPr>
        <w:tabs>
          <w:tab w:val="num" w:pos="2160"/>
        </w:tabs>
        <w:ind w:left="2160" w:hanging="360"/>
      </w:pPr>
      <w:rPr>
        <w:rFonts w:ascii="Arial" w:hAnsi="Arial" w:hint="default"/>
      </w:rPr>
    </w:lvl>
    <w:lvl w:ilvl="3" w:tplc="F8D0CF2E" w:tentative="1">
      <w:start w:val="1"/>
      <w:numFmt w:val="bullet"/>
      <w:lvlText w:val="•"/>
      <w:lvlJc w:val="left"/>
      <w:pPr>
        <w:tabs>
          <w:tab w:val="num" w:pos="2880"/>
        </w:tabs>
        <w:ind w:left="2880" w:hanging="360"/>
      </w:pPr>
      <w:rPr>
        <w:rFonts w:ascii="Arial" w:hAnsi="Arial" w:hint="default"/>
      </w:rPr>
    </w:lvl>
    <w:lvl w:ilvl="4" w:tplc="91E0DB10" w:tentative="1">
      <w:start w:val="1"/>
      <w:numFmt w:val="bullet"/>
      <w:lvlText w:val="•"/>
      <w:lvlJc w:val="left"/>
      <w:pPr>
        <w:tabs>
          <w:tab w:val="num" w:pos="3600"/>
        </w:tabs>
        <w:ind w:left="3600" w:hanging="360"/>
      </w:pPr>
      <w:rPr>
        <w:rFonts w:ascii="Arial" w:hAnsi="Arial" w:hint="default"/>
      </w:rPr>
    </w:lvl>
    <w:lvl w:ilvl="5" w:tplc="728E3AAC" w:tentative="1">
      <w:start w:val="1"/>
      <w:numFmt w:val="bullet"/>
      <w:lvlText w:val="•"/>
      <w:lvlJc w:val="left"/>
      <w:pPr>
        <w:tabs>
          <w:tab w:val="num" w:pos="4320"/>
        </w:tabs>
        <w:ind w:left="4320" w:hanging="360"/>
      </w:pPr>
      <w:rPr>
        <w:rFonts w:ascii="Arial" w:hAnsi="Arial" w:hint="default"/>
      </w:rPr>
    </w:lvl>
    <w:lvl w:ilvl="6" w:tplc="3E189008" w:tentative="1">
      <w:start w:val="1"/>
      <w:numFmt w:val="bullet"/>
      <w:lvlText w:val="•"/>
      <w:lvlJc w:val="left"/>
      <w:pPr>
        <w:tabs>
          <w:tab w:val="num" w:pos="5040"/>
        </w:tabs>
        <w:ind w:left="5040" w:hanging="360"/>
      </w:pPr>
      <w:rPr>
        <w:rFonts w:ascii="Arial" w:hAnsi="Arial" w:hint="default"/>
      </w:rPr>
    </w:lvl>
    <w:lvl w:ilvl="7" w:tplc="FC62D3CA" w:tentative="1">
      <w:start w:val="1"/>
      <w:numFmt w:val="bullet"/>
      <w:lvlText w:val="•"/>
      <w:lvlJc w:val="left"/>
      <w:pPr>
        <w:tabs>
          <w:tab w:val="num" w:pos="5760"/>
        </w:tabs>
        <w:ind w:left="5760" w:hanging="360"/>
      </w:pPr>
      <w:rPr>
        <w:rFonts w:ascii="Arial" w:hAnsi="Arial" w:hint="default"/>
      </w:rPr>
    </w:lvl>
    <w:lvl w:ilvl="8" w:tplc="99364810"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26D7C9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28724BD4"/>
    <w:multiLevelType w:val="hybridMultilevel"/>
    <w:tmpl w:val="9AEA6A5A"/>
    <w:lvl w:ilvl="0" w:tplc="61A6B5A0">
      <w:start w:val="1"/>
      <w:numFmt w:val="bullet"/>
      <w:lvlText w:val="•"/>
      <w:lvlJc w:val="left"/>
      <w:pPr>
        <w:tabs>
          <w:tab w:val="num" w:pos="720"/>
        </w:tabs>
        <w:ind w:left="720" w:hanging="360"/>
      </w:pPr>
      <w:rPr>
        <w:rFonts w:ascii="Arial" w:hAnsi="Arial" w:hint="default"/>
      </w:rPr>
    </w:lvl>
    <w:lvl w:ilvl="1" w:tplc="4E602316">
      <w:start w:val="1"/>
      <w:numFmt w:val="bullet"/>
      <w:lvlText w:val="•"/>
      <w:lvlJc w:val="left"/>
      <w:pPr>
        <w:tabs>
          <w:tab w:val="num" w:pos="1440"/>
        </w:tabs>
        <w:ind w:left="1440" w:hanging="360"/>
      </w:pPr>
      <w:rPr>
        <w:rFonts w:ascii="Arial" w:hAnsi="Arial" w:hint="default"/>
      </w:rPr>
    </w:lvl>
    <w:lvl w:ilvl="2" w:tplc="7E04D2D0">
      <w:numFmt w:val="bullet"/>
      <w:lvlText w:val="•"/>
      <w:lvlJc w:val="left"/>
      <w:pPr>
        <w:tabs>
          <w:tab w:val="num" w:pos="2160"/>
        </w:tabs>
        <w:ind w:left="2160" w:hanging="360"/>
      </w:pPr>
      <w:rPr>
        <w:rFonts w:ascii="Arial" w:hAnsi="Arial" w:hint="default"/>
      </w:rPr>
    </w:lvl>
    <w:lvl w:ilvl="3" w:tplc="323A58A2" w:tentative="1">
      <w:start w:val="1"/>
      <w:numFmt w:val="bullet"/>
      <w:lvlText w:val="•"/>
      <w:lvlJc w:val="left"/>
      <w:pPr>
        <w:tabs>
          <w:tab w:val="num" w:pos="2880"/>
        </w:tabs>
        <w:ind w:left="2880" w:hanging="360"/>
      </w:pPr>
      <w:rPr>
        <w:rFonts w:ascii="Arial" w:hAnsi="Arial" w:hint="default"/>
      </w:rPr>
    </w:lvl>
    <w:lvl w:ilvl="4" w:tplc="9864A4D8" w:tentative="1">
      <w:start w:val="1"/>
      <w:numFmt w:val="bullet"/>
      <w:lvlText w:val="•"/>
      <w:lvlJc w:val="left"/>
      <w:pPr>
        <w:tabs>
          <w:tab w:val="num" w:pos="3600"/>
        </w:tabs>
        <w:ind w:left="3600" w:hanging="360"/>
      </w:pPr>
      <w:rPr>
        <w:rFonts w:ascii="Arial" w:hAnsi="Arial" w:hint="default"/>
      </w:rPr>
    </w:lvl>
    <w:lvl w:ilvl="5" w:tplc="70389F86" w:tentative="1">
      <w:start w:val="1"/>
      <w:numFmt w:val="bullet"/>
      <w:lvlText w:val="•"/>
      <w:lvlJc w:val="left"/>
      <w:pPr>
        <w:tabs>
          <w:tab w:val="num" w:pos="4320"/>
        </w:tabs>
        <w:ind w:left="4320" w:hanging="360"/>
      </w:pPr>
      <w:rPr>
        <w:rFonts w:ascii="Arial" w:hAnsi="Arial" w:hint="default"/>
      </w:rPr>
    </w:lvl>
    <w:lvl w:ilvl="6" w:tplc="61DA586A" w:tentative="1">
      <w:start w:val="1"/>
      <w:numFmt w:val="bullet"/>
      <w:lvlText w:val="•"/>
      <w:lvlJc w:val="left"/>
      <w:pPr>
        <w:tabs>
          <w:tab w:val="num" w:pos="5040"/>
        </w:tabs>
        <w:ind w:left="5040" w:hanging="360"/>
      </w:pPr>
      <w:rPr>
        <w:rFonts w:ascii="Arial" w:hAnsi="Arial" w:hint="default"/>
      </w:rPr>
    </w:lvl>
    <w:lvl w:ilvl="7" w:tplc="66844F44" w:tentative="1">
      <w:start w:val="1"/>
      <w:numFmt w:val="bullet"/>
      <w:lvlText w:val="•"/>
      <w:lvlJc w:val="left"/>
      <w:pPr>
        <w:tabs>
          <w:tab w:val="num" w:pos="5760"/>
        </w:tabs>
        <w:ind w:left="5760" w:hanging="360"/>
      </w:pPr>
      <w:rPr>
        <w:rFonts w:ascii="Arial" w:hAnsi="Arial" w:hint="default"/>
      </w:rPr>
    </w:lvl>
    <w:lvl w:ilvl="8" w:tplc="6AD84A8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295F6B71"/>
    <w:multiLevelType w:val="hybridMultilevel"/>
    <w:tmpl w:val="3D3A3940"/>
    <w:lvl w:ilvl="0" w:tplc="C7BC0EB8">
      <w:start w:val="1"/>
      <w:numFmt w:val="bullet"/>
      <w:lvlText w:val="•"/>
      <w:lvlJc w:val="left"/>
      <w:pPr>
        <w:tabs>
          <w:tab w:val="num" w:pos="720"/>
        </w:tabs>
        <w:ind w:left="720" w:hanging="360"/>
      </w:pPr>
      <w:rPr>
        <w:rFonts w:ascii="Arial" w:hAnsi="Arial" w:hint="default"/>
      </w:rPr>
    </w:lvl>
    <w:lvl w:ilvl="1" w:tplc="2A72AF54">
      <w:start w:val="1"/>
      <w:numFmt w:val="bullet"/>
      <w:lvlText w:val="•"/>
      <w:lvlJc w:val="left"/>
      <w:pPr>
        <w:tabs>
          <w:tab w:val="num" w:pos="1440"/>
        </w:tabs>
        <w:ind w:left="1440" w:hanging="360"/>
      </w:pPr>
      <w:rPr>
        <w:rFonts w:ascii="Arial" w:hAnsi="Arial" w:hint="default"/>
      </w:rPr>
    </w:lvl>
    <w:lvl w:ilvl="2" w:tplc="95F696DC" w:tentative="1">
      <w:start w:val="1"/>
      <w:numFmt w:val="bullet"/>
      <w:lvlText w:val="•"/>
      <w:lvlJc w:val="left"/>
      <w:pPr>
        <w:tabs>
          <w:tab w:val="num" w:pos="2160"/>
        </w:tabs>
        <w:ind w:left="2160" w:hanging="360"/>
      </w:pPr>
      <w:rPr>
        <w:rFonts w:ascii="Arial" w:hAnsi="Arial" w:hint="default"/>
      </w:rPr>
    </w:lvl>
    <w:lvl w:ilvl="3" w:tplc="F8D0E8EC" w:tentative="1">
      <w:start w:val="1"/>
      <w:numFmt w:val="bullet"/>
      <w:lvlText w:val="•"/>
      <w:lvlJc w:val="left"/>
      <w:pPr>
        <w:tabs>
          <w:tab w:val="num" w:pos="2880"/>
        </w:tabs>
        <w:ind w:left="2880" w:hanging="360"/>
      </w:pPr>
      <w:rPr>
        <w:rFonts w:ascii="Arial" w:hAnsi="Arial" w:hint="default"/>
      </w:rPr>
    </w:lvl>
    <w:lvl w:ilvl="4" w:tplc="5C7C9C64" w:tentative="1">
      <w:start w:val="1"/>
      <w:numFmt w:val="bullet"/>
      <w:lvlText w:val="•"/>
      <w:lvlJc w:val="left"/>
      <w:pPr>
        <w:tabs>
          <w:tab w:val="num" w:pos="3600"/>
        </w:tabs>
        <w:ind w:left="3600" w:hanging="360"/>
      </w:pPr>
      <w:rPr>
        <w:rFonts w:ascii="Arial" w:hAnsi="Arial" w:hint="default"/>
      </w:rPr>
    </w:lvl>
    <w:lvl w:ilvl="5" w:tplc="4796A7A0" w:tentative="1">
      <w:start w:val="1"/>
      <w:numFmt w:val="bullet"/>
      <w:lvlText w:val="•"/>
      <w:lvlJc w:val="left"/>
      <w:pPr>
        <w:tabs>
          <w:tab w:val="num" w:pos="4320"/>
        </w:tabs>
        <w:ind w:left="4320" w:hanging="360"/>
      </w:pPr>
      <w:rPr>
        <w:rFonts w:ascii="Arial" w:hAnsi="Arial" w:hint="default"/>
      </w:rPr>
    </w:lvl>
    <w:lvl w:ilvl="6" w:tplc="1C764592" w:tentative="1">
      <w:start w:val="1"/>
      <w:numFmt w:val="bullet"/>
      <w:lvlText w:val="•"/>
      <w:lvlJc w:val="left"/>
      <w:pPr>
        <w:tabs>
          <w:tab w:val="num" w:pos="5040"/>
        </w:tabs>
        <w:ind w:left="5040" w:hanging="360"/>
      </w:pPr>
      <w:rPr>
        <w:rFonts w:ascii="Arial" w:hAnsi="Arial" w:hint="default"/>
      </w:rPr>
    </w:lvl>
    <w:lvl w:ilvl="7" w:tplc="878A560E" w:tentative="1">
      <w:start w:val="1"/>
      <w:numFmt w:val="bullet"/>
      <w:lvlText w:val="•"/>
      <w:lvlJc w:val="left"/>
      <w:pPr>
        <w:tabs>
          <w:tab w:val="num" w:pos="5760"/>
        </w:tabs>
        <w:ind w:left="5760" w:hanging="360"/>
      </w:pPr>
      <w:rPr>
        <w:rFonts w:ascii="Arial" w:hAnsi="Arial" w:hint="default"/>
      </w:rPr>
    </w:lvl>
    <w:lvl w:ilvl="8" w:tplc="CA4088B6"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296D78DD"/>
    <w:multiLevelType w:val="hybridMultilevel"/>
    <w:tmpl w:val="0E7A9B52"/>
    <w:lvl w:ilvl="0" w:tplc="0E0C496C">
      <w:start w:val="1"/>
      <w:numFmt w:val="bullet"/>
      <w:lvlText w:val="•"/>
      <w:lvlJc w:val="left"/>
      <w:pPr>
        <w:tabs>
          <w:tab w:val="num" w:pos="720"/>
        </w:tabs>
        <w:ind w:left="720" w:hanging="360"/>
      </w:pPr>
      <w:rPr>
        <w:rFonts w:ascii="Arial,Sans-Serif" w:hAnsi="Arial,Sans-Serif" w:hint="default"/>
      </w:rPr>
    </w:lvl>
    <w:lvl w:ilvl="1" w:tplc="1F4AD1E0" w:tentative="1">
      <w:start w:val="1"/>
      <w:numFmt w:val="bullet"/>
      <w:lvlText w:val="•"/>
      <w:lvlJc w:val="left"/>
      <w:pPr>
        <w:tabs>
          <w:tab w:val="num" w:pos="1440"/>
        </w:tabs>
        <w:ind w:left="1440" w:hanging="360"/>
      </w:pPr>
      <w:rPr>
        <w:rFonts w:ascii="Arial,Sans-Serif" w:hAnsi="Arial,Sans-Serif" w:hint="default"/>
      </w:rPr>
    </w:lvl>
    <w:lvl w:ilvl="2" w:tplc="11401F48" w:tentative="1">
      <w:start w:val="1"/>
      <w:numFmt w:val="bullet"/>
      <w:lvlText w:val="•"/>
      <w:lvlJc w:val="left"/>
      <w:pPr>
        <w:tabs>
          <w:tab w:val="num" w:pos="2160"/>
        </w:tabs>
        <w:ind w:left="2160" w:hanging="360"/>
      </w:pPr>
      <w:rPr>
        <w:rFonts w:ascii="Arial,Sans-Serif" w:hAnsi="Arial,Sans-Serif" w:hint="default"/>
      </w:rPr>
    </w:lvl>
    <w:lvl w:ilvl="3" w:tplc="53929B6C" w:tentative="1">
      <w:start w:val="1"/>
      <w:numFmt w:val="bullet"/>
      <w:lvlText w:val="•"/>
      <w:lvlJc w:val="left"/>
      <w:pPr>
        <w:tabs>
          <w:tab w:val="num" w:pos="2880"/>
        </w:tabs>
        <w:ind w:left="2880" w:hanging="360"/>
      </w:pPr>
      <w:rPr>
        <w:rFonts w:ascii="Arial,Sans-Serif" w:hAnsi="Arial,Sans-Serif" w:hint="default"/>
      </w:rPr>
    </w:lvl>
    <w:lvl w:ilvl="4" w:tplc="01E8A2D8" w:tentative="1">
      <w:start w:val="1"/>
      <w:numFmt w:val="bullet"/>
      <w:lvlText w:val="•"/>
      <w:lvlJc w:val="left"/>
      <w:pPr>
        <w:tabs>
          <w:tab w:val="num" w:pos="3600"/>
        </w:tabs>
        <w:ind w:left="3600" w:hanging="360"/>
      </w:pPr>
      <w:rPr>
        <w:rFonts w:ascii="Arial,Sans-Serif" w:hAnsi="Arial,Sans-Serif" w:hint="default"/>
      </w:rPr>
    </w:lvl>
    <w:lvl w:ilvl="5" w:tplc="EBD28C76" w:tentative="1">
      <w:start w:val="1"/>
      <w:numFmt w:val="bullet"/>
      <w:lvlText w:val="•"/>
      <w:lvlJc w:val="left"/>
      <w:pPr>
        <w:tabs>
          <w:tab w:val="num" w:pos="4320"/>
        </w:tabs>
        <w:ind w:left="4320" w:hanging="360"/>
      </w:pPr>
      <w:rPr>
        <w:rFonts w:ascii="Arial,Sans-Serif" w:hAnsi="Arial,Sans-Serif" w:hint="default"/>
      </w:rPr>
    </w:lvl>
    <w:lvl w:ilvl="6" w:tplc="355C6B28" w:tentative="1">
      <w:start w:val="1"/>
      <w:numFmt w:val="bullet"/>
      <w:lvlText w:val="•"/>
      <w:lvlJc w:val="left"/>
      <w:pPr>
        <w:tabs>
          <w:tab w:val="num" w:pos="5040"/>
        </w:tabs>
        <w:ind w:left="5040" w:hanging="360"/>
      </w:pPr>
      <w:rPr>
        <w:rFonts w:ascii="Arial,Sans-Serif" w:hAnsi="Arial,Sans-Serif" w:hint="default"/>
      </w:rPr>
    </w:lvl>
    <w:lvl w:ilvl="7" w:tplc="4F200C6A" w:tentative="1">
      <w:start w:val="1"/>
      <w:numFmt w:val="bullet"/>
      <w:lvlText w:val="•"/>
      <w:lvlJc w:val="left"/>
      <w:pPr>
        <w:tabs>
          <w:tab w:val="num" w:pos="5760"/>
        </w:tabs>
        <w:ind w:left="5760" w:hanging="360"/>
      </w:pPr>
      <w:rPr>
        <w:rFonts w:ascii="Arial,Sans-Serif" w:hAnsi="Arial,Sans-Serif" w:hint="default"/>
      </w:rPr>
    </w:lvl>
    <w:lvl w:ilvl="8" w:tplc="BC68555A" w:tentative="1">
      <w:start w:val="1"/>
      <w:numFmt w:val="bullet"/>
      <w:lvlText w:val="•"/>
      <w:lvlJc w:val="left"/>
      <w:pPr>
        <w:tabs>
          <w:tab w:val="num" w:pos="6480"/>
        </w:tabs>
        <w:ind w:left="6480" w:hanging="360"/>
      </w:pPr>
      <w:rPr>
        <w:rFonts w:ascii="Arial,Sans-Serif" w:hAnsi="Arial,Sans-Serif" w:hint="default"/>
      </w:rPr>
    </w:lvl>
  </w:abstractNum>
  <w:abstractNum w:abstractNumId="52" w15:restartNumberingAfterBreak="0">
    <w:nsid w:val="2DA5578F"/>
    <w:multiLevelType w:val="hybridMultilevel"/>
    <w:tmpl w:val="BC64F598"/>
    <w:lvl w:ilvl="0" w:tplc="4F2CBF68">
      <w:start w:val="1"/>
      <w:numFmt w:val="bullet"/>
      <w:lvlText w:val="•"/>
      <w:lvlJc w:val="left"/>
      <w:pPr>
        <w:tabs>
          <w:tab w:val="num" w:pos="720"/>
        </w:tabs>
        <w:ind w:left="720" w:hanging="360"/>
      </w:pPr>
      <w:rPr>
        <w:rFonts w:ascii="Arial" w:hAnsi="Arial" w:hint="default"/>
      </w:rPr>
    </w:lvl>
    <w:lvl w:ilvl="1" w:tplc="AC5CB704" w:tentative="1">
      <w:start w:val="1"/>
      <w:numFmt w:val="bullet"/>
      <w:lvlText w:val="•"/>
      <w:lvlJc w:val="left"/>
      <w:pPr>
        <w:tabs>
          <w:tab w:val="num" w:pos="1440"/>
        </w:tabs>
        <w:ind w:left="1440" w:hanging="360"/>
      </w:pPr>
      <w:rPr>
        <w:rFonts w:ascii="Arial" w:hAnsi="Arial" w:hint="default"/>
      </w:rPr>
    </w:lvl>
    <w:lvl w:ilvl="2" w:tplc="92904A72" w:tentative="1">
      <w:start w:val="1"/>
      <w:numFmt w:val="bullet"/>
      <w:lvlText w:val="•"/>
      <w:lvlJc w:val="left"/>
      <w:pPr>
        <w:tabs>
          <w:tab w:val="num" w:pos="2160"/>
        </w:tabs>
        <w:ind w:left="2160" w:hanging="360"/>
      </w:pPr>
      <w:rPr>
        <w:rFonts w:ascii="Arial" w:hAnsi="Arial" w:hint="default"/>
      </w:rPr>
    </w:lvl>
    <w:lvl w:ilvl="3" w:tplc="80A83BC2" w:tentative="1">
      <w:start w:val="1"/>
      <w:numFmt w:val="bullet"/>
      <w:lvlText w:val="•"/>
      <w:lvlJc w:val="left"/>
      <w:pPr>
        <w:tabs>
          <w:tab w:val="num" w:pos="2880"/>
        </w:tabs>
        <w:ind w:left="2880" w:hanging="360"/>
      </w:pPr>
      <w:rPr>
        <w:rFonts w:ascii="Arial" w:hAnsi="Arial" w:hint="default"/>
      </w:rPr>
    </w:lvl>
    <w:lvl w:ilvl="4" w:tplc="009CD288" w:tentative="1">
      <w:start w:val="1"/>
      <w:numFmt w:val="bullet"/>
      <w:lvlText w:val="•"/>
      <w:lvlJc w:val="left"/>
      <w:pPr>
        <w:tabs>
          <w:tab w:val="num" w:pos="3600"/>
        </w:tabs>
        <w:ind w:left="3600" w:hanging="360"/>
      </w:pPr>
      <w:rPr>
        <w:rFonts w:ascii="Arial" w:hAnsi="Arial" w:hint="default"/>
      </w:rPr>
    </w:lvl>
    <w:lvl w:ilvl="5" w:tplc="6AC694E2" w:tentative="1">
      <w:start w:val="1"/>
      <w:numFmt w:val="bullet"/>
      <w:lvlText w:val="•"/>
      <w:lvlJc w:val="left"/>
      <w:pPr>
        <w:tabs>
          <w:tab w:val="num" w:pos="4320"/>
        </w:tabs>
        <w:ind w:left="4320" w:hanging="360"/>
      </w:pPr>
      <w:rPr>
        <w:rFonts w:ascii="Arial" w:hAnsi="Arial" w:hint="default"/>
      </w:rPr>
    </w:lvl>
    <w:lvl w:ilvl="6" w:tplc="0E7880B8" w:tentative="1">
      <w:start w:val="1"/>
      <w:numFmt w:val="bullet"/>
      <w:lvlText w:val="•"/>
      <w:lvlJc w:val="left"/>
      <w:pPr>
        <w:tabs>
          <w:tab w:val="num" w:pos="5040"/>
        </w:tabs>
        <w:ind w:left="5040" w:hanging="360"/>
      </w:pPr>
      <w:rPr>
        <w:rFonts w:ascii="Arial" w:hAnsi="Arial" w:hint="default"/>
      </w:rPr>
    </w:lvl>
    <w:lvl w:ilvl="7" w:tplc="A45AA7FA" w:tentative="1">
      <w:start w:val="1"/>
      <w:numFmt w:val="bullet"/>
      <w:lvlText w:val="•"/>
      <w:lvlJc w:val="left"/>
      <w:pPr>
        <w:tabs>
          <w:tab w:val="num" w:pos="5760"/>
        </w:tabs>
        <w:ind w:left="5760" w:hanging="360"/>
      </w:pPr>
      <w:rPr>
        <w:rFonts w:ascii="Arial" w:hAnsi="Arial" w:hint="default"/>
      </w:rPr>
    </w:lvl>
    <w:lvl w:ilvl="8" w:tplc="8A4887D8"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2E7322BE"/>
    <w:multiLevelType w:val="hybridMultilevel"/>
    <w:tmpl w:val="3B1CF568"/>
    <w:lvl w:ilvl="0" w:tplc="59CC58F8">
      <w:start w:val="1"/>
      <w:numFmt w:val="bullet"/>
      <w:lvlText w:val="•"/>
      <w:lvlJc w:val="left"/>
      <w:pPr>
        <w:tabs>
          <w:tab w:val="num" w:pos="720"/>
        </w:tabs>
        <w:ind w:left="720" w:hanging="360"/>
      </w:pPr>
      <w:rPr>
        <w:rFonts w:ascii="Arial" w:hAnsi="Arial" w:hint="default"/>
      </w:rPr>
    </w:lvl>
    <w:lvl w:ilvl="1" w:tplc="877E8F18" w:tentative="1">
      <w:start w:val="1"/>
      <w:numFmt w:val="bullet"/>
      <w:lvlText w:val="•"/>
      <w:lvlJc w:val="left"/>
      <w:pPr>
        <w:tabs>
          <w:tab w:val="num" w:pos="1440"/>
        </w:tabs>
        <w:ind w:left="1440" w:hanging="360"/>
      </w:pPr>
      <w:rPr>
        <w:rFonts w:ascii="Arial" w:hAnsi="Arial" w:hint="default"/>
      </w:rPr>
    </w:lvl>
    <w:lvl w:ilvl="2" w:tplc="F1F876B6" w:tentative="1">
      <w:start w:val="1"/>
      <w:numFmt w:val="bullet"/>
      <w:lvlText w:val="•"/>
      <w:lvlJc w:val="left"/>
      <w:pPr>
        <w:tabs>
          <w:tab w:val="num" w:pos="2160"/>
        </w:tabs>
        <w:ind w:left="2160" w:hanging="360"/>
      </w:pPr>
      <w:rPr>
        <w:rFonts w:ascii="Arial" w:hAnsi="Arial" w:hint="default"/>
      </w:rPr>
    </w:lvl>
    <w:lvl w:ilvl="3" w:tplc="871CCA3E" w:tentative="1">
      <w:start w:val="1"/>
      <w:numFmt w:val="bullet"/>
      <w:lvlText w:val="•"/>
      <w:lvlJc w:val="left"/>
      <w:pPr>
        <w:tabs>
          <w:tab w:val="num" w:pos="2880"/>
        </w:tabs>
        <w:ind w:left="2880" w:hanging="360"/>
      </w:pPr>
      <w:rPr>
        <w:rFonts w:ascii="Arial" w:hAnsi="Arial" w:hint="default"/>
      </w:rPr>
    </w:lvl>
    <w:lvl w:ilvl="4" w:tplc="360A8058" w:tentative="1">
      <w:start w:val="1"/>
      <w:numFmt w:val="bullet"/>
      <w:lvlText w:val="•"/>
      <w:lvlJc w:val="left"/>
      <w:pPr>
        <w:tabs>
          <w:tab w:val="num" w:pos="3600"/>
        </w:tabs>
        <w:ind w:left="3600" w:hanging="360"/>
      </w:pPr>
      <w:rPr>
        <w:rFonts w:ascii="Arial" w:hAnsi="Arial" w:hint="default"/>
      </w:rPr>
    </w:lvl>
    <w:lvl w:ilvl="5" w:tplc="2BACE770" w:tentative="1">
      <w:start w:val="1"/>
      <w:numFmt w:val="bullet"/>
      <w:lvlText w:val="•"/>
      <w:lvlJc w:val="left"/>
      <w:pPr>
        <w:tabs>
          <w:tab w:val="num" w:pos="4320"/>
        </w:tabs>
        <w:ind w:left="4320" w:hanging="360"/>
      </w:pPr>
      <w:rPr>
        <w:rFonts w:ascii="Arial" w:hAnsi="Arial" w:hint="default"/>
      </w:rPr>
    </w:lvl>
    <w:lvl w:ilvl="6" w:tplc="5DF4B132" w:tentative="1">
      <w:start w:val="1"/>
      <w:numFmt w:val="bullet"/>
      <w:lvlText w:val="•"/>
      <w:lvlJc w:val="left"/>
      <w:pPr>
        <w:tabs>
          <w:tab w:val="num" w:pos="5040"/>
        </w:tabs>
        <w:ind w:left="5040" w:hanging="360"/>
      </w:pPr>
      <w:rPr>
        <w:rFonts w:ascii="Arial" w:hAnsi="Arial" w:hint="default"/>
      </w:rPr>
    </w:lvl>
    <w:lvl w:ilvl="7" w:tplc="63F0455E" w:tentative="1">
      <w:start w:val="1"/>
      <w:numFmt w:val="bullet"/>
      <w:lvlText w:val="•"/>
      <w:lvlJc w:val="left"/>
      <w:pPr>
        <w:tabs>
          <w:tab w:val="num" w:pos="5760"/>
        </w:tabs>
        <w:ind w:left="5760" w:hanging="360"/>
      </w:pPr>
      <w:rPr>
        <w:rFonts w:ascii="Arial" w:hAnsi="Arial" w:hint="default"/>
      </w:rPr>
    </w:lvl>
    <w:lvl w:ilvl="8" w:tplc="A40CC8C8"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2F1627F1"/>
    <w:multiLevelType w:val="hybridMultilevel"/>
    <w:tmpl w:val="0F800ABC"/>
    <w:lvl w:ilvl="0" w:tplc="1F66D4A6">
      <w:start w:val="1"/>
      <w:numFmt w:val="bullet"/>
      <w:lvlText w:val="•"/>
      <w:lvlJc w:val="left"/>
      <w:pPr>
        <w:tabs>
          <w:tab w:val="num" w:pos="720"/>
        </w:tabs>
        <w:ind w:left="720" w:hanging="360"/>
      </w:pPr>
      <w:rPr>
        <w:rFonts w:ascii="Arial,Sans-Serif" w:hAnsi="Arial,Sans-Serif" w:hint="default"/>
      </w:rPr>
    </w:lvl>
    <w:lvl w:ilvl="1" w:tplc="732A8684" w:tentative="1">
      <w:start w:val="1"/>
      <w:numFmt w:val="bullet"/>
      <w:lvlText w:val="•"/>
      <w:lvlJc w:val="left"/>
      <w:pPr>
        <w:tabs>
          <w:tab w:val="num" w:pos="1440"/>
        </w:tabs>
        <w:ind w:left="1440" w:hanging="360"/>
      </w:pPr>
      <w:rPr>
        <w:rFonts w:ascii="Arial,Sans-Serif" w:hAnsi="Arial,Sans-Serif" w:hint="default"/>
      </w:rPr>
    </w:lvl>
    <w:lvl w:ilvl="2" w:tplc="F38846EE" w:tentative="1">
      <w:start w:val="1"/>
      <w:numFmt w:val="bullet"/>
      <w:lvlText w:val="•"/>
      <w:lvlJc w:val="left"/>
      <w:pPr>
        <w:tabs>
          <w:tab w:val="num" w:pos="2160"/>
        </w:tabs>
        <w:ind w:left="2160" w:hanging="360"/>
      </w:pPr>
      <w:rPr>
        <w:rFonts w:ascii="Arial,Sans-Serif" w:hAnsi="Arial,Sans-Serif" w:hint="default"/>
      </w:rPr>
    </w:lvl>
    <w:lvl w:ilvl="3" w:tplc="7F183E04" w:tentative="1">
      <w:start w:val="1"/>
      <w:numFmt w:val="bullet"/>
      <w:lvlText w:val="•"/>
      <w:lvlJc w:val="left"/>
      <w:pPr>
        <w:tabs>
          <w:tab w:val="num" w:pos="2880"/>
        </w:tabs>
        <w:ind w:left="2880" w:hanging="360"/>
      </w:pPr>
      <w:rPr>
        <w:rFonts w:ascii="Arial,Sans-Serif" w:hAnsi="Arial,Sans-Serif" w:hint="default"/>
      </w:rPr>
    </w:lvl>
    <w:lvl w:ilvl="4" w:tplc="A37C438A" w:tentative="1">
      <w:start w:val="1"/>
      <w:numFmt w:val="bullet"/>
      <w:lvlText w:val="•"/>
      <w:lvlJc w:val="left"/>
      <w:pPr>
        <w:tabs>
          <w:tab w:val="num" w:pos="3600"/>
        </w:tabs>
        <w:ind w:left="3600" w:hanging="360"/>
      </w:pPr>
      <w:rPr>
        <w:rFonts w:ascii="Arial,Sans-Serif" w:hAnsi="Arial,Sans-Serif" w:hint="default"/>
      </w:rPr>
    </w:lvl>
    <w:lvl w:ilvl="5" w:tplc="8EBC6DAA" w:tentative="1">
      <w:start w:val="1"/>
      <w:numFmt w:val="bullet"/>
      <w:lvlText w:val="•"/>
      <w:lvlJc w:val="left"/>
      <w:pPr>
        <w:tabs>
          <w:tab w:val="num" w:pos="4320"/>
        </w:tabs>
        <w:ind w:left="4320" w:hanging="360"/>
      </w:pPr>
      <w:rPr>
        <w:rFonts w:ascii="Arial,Sans-Serif" w:hAnsi="Arial,Sans-Serif" w:hint="default"/>
      </w:rPr>
    </w:lvl>
    <w:lvl w:ilvl="6" w:tplc="98683E16" w:tentative="1">
      <w:start w:val="1"/>
      <w:numFmt w:val="bullet"/>
      <w:lvlText w:val="•"/>
      <w:lvlJc w:val="left"/>
      <w:pPr>
        <w:tabs>
          <w:tab w:val="num" w:pos="5040"/>
        </w:tabs>
        <w:ind w:left="5040" w:hanging="360"/>
      </w:pPr>
      <w:rPr>
        <w:rFonts w:ascii="Arial,Sans-Serif" w:hAnsi="Arial,Sans-Serif" w:hint="default"/>
      </w:rPr>
    </w:lvl>
    <w:lvl w:ilvl="7" w:tplc="2C16CBCE" w:tentative="1">
      <w:start w:val="1"/>
      <w:numFmt w:val="bullet"/>
      <w:lvlText w:val="•"/>
      <w:lvlJc w:val="left"/>
      <w:pPr>
        <w:tabs>
          <w:tab w:val="num" w:pos="5760"/>
        </w:tabs>
        <w:ind w:left="5760" w:hanging="360"/>
      </w:pPr>
      <w:rPr>
        <w:rFonts w:ascii="Arial,Sans-Serif" w:hAnsi="Arial,Sans-Serif" w:hint="default"/>
      </w:rPr>
    </w:lvl>
    <w:lvl w:ilvl="8" w:tplc="30522462" w:tentative="1">
      <w:start w:val="1"/>
      <w:numFmt w:val="bullet"/>
      <w:lvlText w:val="•"/>
      <w:lvlJc w:val="left"/>
      <w:pPr>
        <w:tabs>
          <w:tab w:val="num" w:pos="6480"/>
        </w:tabs>
        <w:ind w:left="6480" w:hanging="360"/>
      </w:pPr>
      <w:rPr>
        <w:rFonts w:ascii="Arial,Sans-Serif" w:hAnsi="Arial,Sans-Serif" w:hint="default"/>
      </w:rPr>
    </w:lvl>
  </w:abstractNum>
  <w:abstractNum w:abstractNumId="55" w15:restartNumberingAfterBreak="0">
    <w:nsid w:val="2FA930D4"/>
    <w:multiLevelType w:val="hybridMultilevel"/>
    <w:tmpl w:val="07FA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12F1004"/>
    <w:multiLevelType w:val="hybridMultilevel"/>
    <w:tmpl w:val="2C3A11E8"/>
    <w:lvl w:ilvl="0" w:tplc="59381C88">
      <w:start w:val="1"/>
      <w:numFmt w:val="bullet"/>
      <w:lvlText w:val="•"/>
      <w:lvlJc w:val="left"/>
      <w:pPr>
        <w:tabs>
          <w:tab w:val="num" w:pos="720"/>
        </w:tabs>
        <w:ind w:left="720" w:hanging="360"/>
      </w:pPr>
      <w:rPr>
        <w:rFonts w:ascii="Arial" w:hAnsi="Arial" w:hint="default"/>
      </w:rPr>
    </w:lvl>
    <w:lvl w:ilvl="1" w:tplc="17DA7590" w:tentative="1">
      <w:start w:val="1"/>
      <w:numFmt w:val="bullet"/>
      <w:lvlText w:val="•"/>
      <w:lvlJc w:val="left"/>
      <w:pPr>
        <w:tabs>
          <w:tab w:val="num" w:pos="1440"/>
        </w:tabs>
        <w:ind w:left="1440" w:hanging="360"/>
      </w:pPr>
      <w:rPr>
        <w:rFonts w:ascii="Arial" w:hAnsi="Arial" w:hint="default"/>
      </w:rPr>
    </w:lvl>
    <w:lvl w:ilvl="2" w:tplc="8CF05D26" w:tentative="1">
      <w:start w:val="1"/>
      <w:numFmt w:val="bullet"/>
      <w:lvlText w:val="•"/>
      <w:lvlJc w:val="left"/>
      <w:pPr>
        <w:tabs>
          <w:tab w:val="num" w:pos="2160"/>
        </w:tabs>
        <w:ind w:left="2160" w:hanging="360"/>
      </w:pPr>
      <w:rPr>
        <w:rFonts w:ascii="Arial" w:hAnsi="Arial" w:hint="default"/>
      </w:rPr>
    </w:lvl>
    <w:lvl w:ilvl="3" w:tplc="F82420A0" w:tentative="1">
      <w:start w:val="1"/>
      <w:numFmt w:val="bullet"/>
      <w:lvlText w:val="•"/>
      <w:lvlJc w:val="left"/>
      <w:pPr>
        <w:tabs>
          <w:tab w:val="num" w:pos="2880"/>
        </w:tabs>
        <w:ind w:left="2880" w:hanging="360"/>
      </w:pPr>
      <w:rPr>
        <w:rFonts w:ascii="Arial" w:hAnsi="Arial" w:hint="default"/>
      </w:rPr>
    </w:lvl>
    <w:lvl w:ilvl="4" w:tplc="EEF25F88" w:tentative="1">
      <w:start w:val="1"/>
      <w:numFmt w:val="bullet"/>
      <w:lvlText w:val="•"/>
      <w:lvlJc w:val="left"/>
      <w:pPr>
        <w:tabs>
          <w:tab w:val="num" w:pos="3600"/>
        </w:tabs>
        <w:ind w:left="3600" w:hanging="360"/>
      </w:pPr>
      <w:rPr>
        <w:rFonts w:ascii="Arial" w:hAnsi="Arial" w:hint="default"/>
      </w:rPr>
    </w:lvl>
    <w:lvl w:ilvl="5" w:tplc="6680CC7E" w:tentative="1">
      <w:start w:val="1"/>
      <w:numFmt w:val="bullet"/>
      <w:lvlText w:val="•"/>
      <w:lvlJc w:val="left"/>
      <w:pPr>
        <w:tabs>
          <w:tab w:val="num" w:pos="4320"/>
        </w:tabs>
        <w:ind w:left="4320" w:hanging="360"/>
      </w:pPr>
      <w:rPr>
        <w:rFonts w:ascii="Arial" w:hAnsi="Arial" w:hint="default"/>
      </w:rPr>
    </w:lvl>
    <w:lvl w:ilvl="6" w:tplc="73E0B486" w:tentative="1">
      <w:start w:val="1"/>
      <w:numFmt w:val="bullet"/>
      <w:lvlText w:val="•"/>
      <w:lvlJc w:val="left"/>
      <w:pPr>
        <w:tabs>
          <w:tab w:val="num" w:pos="5040"/>
        </w:tabs>
        <w:ind w:left="5040" w:hanging="360"/>
      </w:pPr>
      <w:rPr>
        <w:rFonts w:ascii="Arial" w:hAnsi="Arial" w:hint="default"/>
      </w:rPr>
    </w:lvl>
    <w:lvl w:ilvl="7" w:tplc="0742C3C8" w:tentative="1">
      <w:start w:val="1"/>
      <w:numFmt w:val="bullet"/>
      <w:lvlText w:val="•"/>
      <w:lvlJc w:val="left"/>
      <w:pPr>
        <w:tabs>
          <w:tab w:val="num" w:pos="5760"/>
        </w:tabs>
        <w:ind w:left="5760" w:hanging="360"/>
      </w:pPr>
      <w:rPr>
        <w:rFonts w:ascii="Arial" w:hAnsi="Arial" w:hint="default"/>
      </w:rPr>
    </w:lvl>
    <w:lvl w:ilvl="8" w:tplc="7AC2E302"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33E5261F"/>
    <w:multiLevelType w:val="hybridMultilevel"/>
    <w:tmpl w:val="50E61B78"/>
    <w:lvl w:ilvl="0" w:tplc="434409A4">
      <w:start w:val="1"/>
      <w:numFmt w:val="bullet"/>
      <w:lvlText w:val="•"/>
      <w:lvlJc w:val="left"/>
      <w:pPr>
        <w:tabs>
          <w:tab w:val="num" w:pos="720"/>
        </w:tabs>
        <w:ind w:left="720" w:hanging="360"/>
      </w:pPr>
      <w:rPr>
        <w:rFonts w:ascii="Arial" w:hAnsi="Arial" w:hint="default"/>
      </w:rPr>
    </w:lvl>
    <w:lvl w:ilvl="1" w:tplc="314231C0">
      <w:numFmt w:val="bullet"/>
      <w:lvlText w:val="•"/>
      <w:lvlJc w:val="left"/>
      <w:pPr>
        <w:tabs>
          <w:tab w:val="num" w:pos="1440"/>
        </w:tabs>
        <w:ind w:left="1440" w:hanging="360"/>
      </w:pPr>
      <w:rPr>
        <w:rFonts w:ascii="Arial" w:hAnsi="Arial" w:hint="default"/>
      </w:rPr>
    </w:lvl>
    <w:lvl w:ilvl="2" w:tplc="2334E93E" w:tentative="1">
      <w:start w:val="1"/>
      <w:numFmt w:val="bullet"/>
      <w:lvlText w:val="•"/>
      <w:lvlJc w:val="left"/>
      <w:pPr>
        <w:tabs>
          <w:tab w:val="num" w:pos="2160"/>
        </w:tabs>
        <w:ind w:left="2160" w:hanging="360"/>
      </w:pPr>
      <w:rPr>
        <w:rFonts w:ascii="Arial" w:hAnsi="Arial" w:hint="default"/>
      </w:rPr>
    </w:lvl>
    <w:lvl w:ilvl="3" w:tplc="A1D4C650" w:tentative="1">
      <w:start w:val="1"/>
      <w:numFmt w:val="bullet"/>
      <w:lvlText w:val="•"/>
      <w:lvlJc w:val="left"/>
      <w:pPr>
        <w:tabs>
          <w:tab w:val="num" w:pos="2880"/>
        </w:tabs>
        <w:ind w:left="2880" w:hanging="360"/>
      </w:pPr>
      <w:rPr>
        <w:rFonts w:ascii="Arial" w:hAnsi="Arial" w:hint="default"/>
      </w:rPr>
    </w:lvl>
    <w:lvl w:ilvl="4" w:tplc="6C626952" w:tentative="1">
      <w:start w:val="1"/>
      <w:numFmt w:val="bullet"/>
      <w:lvlText w:val="•"/>
      <w:lvlJc w:val="left"/>
      <w:pPr>
        <w:tabs>
          <w:tab w:val="num" w:pos="3600"/>
        </w:tabs>
        <w:ind w:left="3600" w:hanging="360"/>
      </w:pPr>
      <w:rPr>
        <w:rFonts w:ascii="Arial" w:hAnsi="Arial" w:hint="default"/>
      </w:rPr>
    </w:lvl>
    <w:lvl w:ilvl="5" w:tplc="0450CED6" w:tentative="1">
      <w:start w:val="1"/>
      <w:numFmt w:val="bullet"/>
      <w:lvlText w:val="•"/>
      <w:lvlJc w:val="left"/>
      <w:pPr>
        <w:tabs>
          <w:tab w:val="num" w:pos="4320"/>
        </w:tabs>
        <w:ind w:left="4320" w:hanging="360"/>
      </w:pPr>
      <w:rPr>
        <w:rFonts w:ascii="Arial" w:hAnsi="Arial" w:hint="default"/>
      </w:rPr>
    </w:lvl>
    <w:lvl w:ilvl="6" w:tplc="80B29EFA" w:tentative="1">
      <w:start w:val="1"/>
      <w:numFmt w:val="bullet"/>
      <w:lvlText w:val="•"/>
      <w:lvlJc w:val="left"/>
      <w:pPr>
        <w:tabs>
          <w:tab w:val="num" w:pos="5040"/>
        </w:tabs>
        <w:ind w:left="5040" w:hanging="360"/>
      </w:pPr>
      <w:rPr>
        <w:rFonts w:ascii="Arial" w:hAnsi="Arial" w:hint="default"/>
      </w:rPr>
    </w:lvl>
    <w:lvl w:ilvl="7" w:tplc="5C245B2A" w:tentative="1">
      <w:start w:val="1"/>
      <w:numFmt w:val="bullet"/>
      <w:lvlText w:val="•"/>
      <w:lvlJc w:val="left"/>
      <w:pPr>
        <w:tabs>
          <w:tab w:val="num" w:pos="5760"/>
        </w:tabs>
        <w:ind w:left="5760" w:hanging="360"/>
      </w:pPr>
      <w:rPr>
        <w:rFonts w:ascii="Arial" w:hAnsi="Arial" w:hint="default"/>
      </w:rPr>
    </w:lvl>
    <w:lvl w:ilvl="8" w:tplc="EC10B5E8"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34DC0A1E"/>
    <w:multiLevelType w:val="hybridMultilevel"/>
    <w:tmpl w:val="B5565736"/>
    <w:lvl w:ilvl="0" w:tplc="1E8C68F4">
      <w:start w:val="1"/>
      <w:numFmt w:val="decimal"/>
      <w:lvlText w:val="%1."/>
      <w:lvlJc w:val="left"/>
      <w:pPr>
        <w:tabs>
          <w:tab w:val="num" w:pos="720"/>
        </w:tabs>
        <w:ind w:left="720" w:hanging="360"/>
      </w:pPr>
    </w:lvl>
    <w:lvl w:ilvl="1" w:tplc="B7D4DF08" w:tentative="1">
      <w:start w:val="1"/>
      <w:numFmt w:val="decimal"/>
      <w:lvlText w:val="%2."/>
      <w:lvlJc w:val="left"/>
      <w:pPr>
        <w:tabs>
          <w:tab w:val="num" w:pos="1440"/>
        </w:tabs>
        <w:ind w:left="1440" w:hanging="360"/>
      </w:pPr>
    </w:lvl>
    <w:lvl w:ilvl="2" w:tplc="FB5481B0" w:tentative="1">
      <w:start w:val="1"/>
      <w:numFmt w:val="decimal"/>
      <w:lvlText w:val="%3."/>
      <w:lvlJc w:val="left"/>
      <w:pPr>
        <w:tabs>
          <w:tab w:val="num" w:pos="2160"/>
        </w:tabs>
        <w:ind w:left="2160" w:hanging="360"/>
      </w:pPr>
    </w:lvl>
    <w:lvl w:ilvl="3" w:tplc="A02084F0" w:tentative="1">
      <w:start w:val="1"/>
      <w:numFmt w:val="decimal"/>
      <w:lvlText w:val="%4."/>
      <w:lvlJc w:val="left"/>
      <w:pPr>
        <w:tabs>
          <w:tab w:val="num" w:pos="2880"/>
        </w:tabs>
        <w:ind w:left="2880" w:hanging="360"/>
      </w:pPr>
    </w:lvl>
    <w:lvl w:ilvl="4" w:tplc="5414ED96" w:tentative="1">
      <w:start w:val="1"/>
      <w:numFmt w:val="decimal"/>
      <w:lvlText w:val="%5."/>
      <w:lvlJc w:val="left"/>
      <w:pPr>
        <w:tabs>
          <w:tab w:val="num" w:pos="3600"/>
        </w:tabs>
        <w:ind w:left="3600" w:hanging="360"/>
      </w:pPr>
    </w:lvl>
    <w:lvl w:ilvl="5" w:tplc="3C18DCBE" w:tentative="1">
      <w:start w:val="1"/>
      <w:numFmt w:val="decimal"/>
      <w:lvlText w:val="%6."/>
      <w:lvlJc w:val="left"/>
      <w:pPr>
        <w:tabs>
          <w:tab w:val="num" w:pos="4320"/>
        </w:tabs>
        <w:ind w:left="4320" w:hanging="360"/>
      </w:pPr>
    </w:lvl>
    <w:lvl w:ilvl="6" w:tplc="09D0B40A" w:tentative="1">
      <w:start w:val="1"/>
      <w:numFmt w:val="decimal"/>
      <w:lvlText w:val="%7."/>
      <w:lvlJc w:val="left"/>
      <w:pPr>
        <w:tabs>
          <w:tab w:val="num" w:pos="5040"/>
        </w:tabs>
        <w:ind w:left="5040" w:hanging="360"/>
      </w:pPr>
    </w:lvl>
    <w:lvl w:ilvl="7" w:tplc="6934464C" w:tentative="1">
      <w:start w:val="1"/>
      <w:numFmt w:val="decimal"/>
      <w:lvlText w:val="%8."/>
      <w:lvlJc w:val="left"/>
      <w:pPr>
        <w:tabs>
          <w:tab w:val="num" w:pos="5760"/>
        </w:tabs>
        <w:ind w:left="5760" w:hanging="360"/>
      </w:pPr>
    </w:lvl>
    <w:lvl w:ilvl="8" w:tplc="62C0D514" w:tentative="1">
      <w:start w:val="1"/>
      <w:numFmt w:val="decimal"/>
      <w:lvlText w:val="%9."/>
      <w:lvlJc w:val="left"/>
      <w:pPr>
        <w:tabs>
          <w:tab w:val="num" w:pos="6480"/>
        </w:tabs>
        <w:ind w:left="6480" w:hanging="360"/>
      </w:pPr>
    </w:lvl>
  </w:abstractNum>
  <w:abstractNum w:abstractNumId="59" w15:restartNumberingAfterBreak="0">
    <w:nsid w:val="34F60168"/>
    <w:multiLevelType w:val="hybridMultilevel"/>
    <w:tmpl w:val="463CEB32"/>
    <w:lvl w:ilvl="0" w:tplc="7DEEBA58">
      <w:start w:val="1"/>
      <w:numFmt w:val="bullet"/>
      <w:lvlText w:val="•"/>
      <w:lvlJc w:val="left"/>
      <w:pPr>
        <w:tabs>
          <w:tab w:val="num" w:pos="720"/>
        </w:tabs>
        <w:ind w:left="720" w:hanging="360"/>
      </w:pPr>
      <w:rPr>
        <w:rFonts w:ascii="Arial" w:hAnsi="Arial" w:hint="default"/>
      </w:rPr>
    </w:lvl>
    <w:lvl w:ilvl="1" w:tplc="6B16C55C">
      <w:start w:val="1"/>
      <w:numFmt w:val="bullet"/>
      <w:lvlText w:val="•"/>
      <w:lvlJc w:val="left"/>
      <w:pPr>
        <w:tabs>
          <w:tab w:val="num" w:pos="1440"/>
        </w:tabs>
        <w:ind w:left="1440" w:hanging="360"/>
      </w:pPr>
      <w:rPr>
        <w:rFonts w:ascii="Arial" w:hAnsi="Arial" w:hint="default"/>
      </w:rPr>
    </w:lvl>
    <w:lvl w:ilvl="2" w:tplc="0D82ADA2" w:tentative="1">
      <w:start w:val="1"/>
      <w:numFmt w:val="bullet"/>
      <w:lvlText w:val="•"/>
      <w:lvlJc w:val="left"/>
      <w:pPr>
        <w:tabs>
          <w:tab w:val="num" w:pos="2160"/>
        </w:tabs>
        <w:ind w:left="2160" w:hanging="360"/>
      </w:pPr>
      <w:rPr>
        <w:rFonts w:ascii="Arial" w:hAnsi="Arial" w:hint="default"/>
      </w:rPr>
    </w:lvl>
    <w:lvl w:ilvl="3" w:tplc="8F8A2CFC" w:tentative="1">
      <w:start w:val="1"/>
      <w:numFmt w:val="bullet"/>
      <w:lvlText w:val="•"/>
      <w:lvlJc w:val="left"/>
      <w:pPr>
        <w:tabs>
          <w:tab w:val="num" w:pos="2880"/>
        </w:tabs>
        <w:ind w:left="2880" w:hanging="360"/>
      </w:pPr>
      <w:rPr>
        <w:rFonts w:ascii="Arial" w:hAnsi="Arial" w:hint="default"/>
      </w:rPr>
    </w:lvl>
    <w:lvl w:ilvl="4" w:tplc="08A04AF6" w:tentative="1">
      <w:start w:val="1"/>
      <w:numFmt w:val="bullet"/>
      <w:lvlText w:val="•"/>
      <w:lvlJc w:val="left"/>
      <w:pPr>
        <w:tabs>
          <w:tab w:val="num" w:pos="3600"/>
        </w:tabs>
        <w:ind w:left="3600" w:hanging="360"/>
      </w:pPr>
      <w:rPr>
        <w:rFonts w:ascii="Arial" w:hAnsi="Arial" w:hint="default"/>
      </w:rPr>
    </w:lvl>
    <w:lvl w:ilvl="5" w:tplc="27A2D792" w:tentative="1">
      <w:start w:val="1"/>
      <w:numFmt w:val="bullet"/>
      <w:lvlText w:val="•"/>
      <w:lvlJc w:val="left"/>
      <w:pPr>
        <w:tabs>
          <w:tab w:val="num" w:pos="4320"/>
        </w:tabs>
        <w:ind w:left="4320" w:hanging="360"/>
      </w:pPr>
      <w:rPr>
        <w:rFonts w:ascii="Arial" w:hAnsi="Arial" w:hint="default"/>
      </w:rPr>
    </w:lvl>
    <w:lvl w:ilvl="6" w:tplc="95ECFBEC" w:tentative="1">
      <w:start w:val="1"/>
      <w:numFmt w:val="bullet"/>
      <w:lvlText w:val="•"/>
      <w:lvlJc w:val="left"/>
      <w:pPr>
        <w:tabs>
          <w:tab w:val="num" w:pos="5040"/>
        </w:tabs>
        <w:ind w:left="5040" w:hanging="360"/>
      </w:pPr>
      <w:rPr>
        <w:rFonts w:ascii="Arial" w:hAnsi="Arial" w:hint="default"/>
      </w:rPr>
    </w:lvl>
    <w:lvl w:ilvl="7" w:tplc="4754D50E" w:tentative="1">
      <w:start w:val="1"/>
      <w:numFmt w:val="bullet"/>
      <w:lvlText w:val="•"/>
      <w:lvlJc w:val="left"/>
      <w:pPr>
        <w:tabs>
          <w:tab w:val="num" w:pos="5760"/>
        </w:tabs>
        <w:ind w:left="5760" w:hanging="360"/>
      </w:pPr>
      <w:rPr>
        <w:rFonts w:ascii="Arial" w:hAnsi="Arial" w:hint="default"/>
      </w:rPr>
    </w:lvl>
    <w:lvl w:ilvl="8" w:tplc="32BCD530"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376F61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37DF2320"/>
    <w:multiLevelType w:val="hybridMultilevel"/>
    <w:tmpl w:val="6C9CFEEC"/>
    <w:lvl w:ilvl="0" w:tplc="54220CEC">
      <w:start w:val="1"/>
      <w:numFmt w:val="bullet"/>
      <w:lvlText w:val="•"/>
      <w:lvlJc w:val="left"/>
      <w:pPr>
        <w:tabs>
          <w:tab w:val="num" w:pos="720"/>
        </w:tabs>
        <w:ind w:left="720" w:hanging="360"/>
      </w:pPr>
      <w:rPr>
        <w:rFonts w:ascii="Arial" w:hAnsi="Arial" w:hint="default"/>
      </w:rPr>
    </w:lvl>
    <w:lvl w:ilvl="1" w:tplc="24F42CC0" w:tentative="1">
      <w:start w:val="1"/>
      <w:numFmt w:val="bullet"/>
      <w:lvlText w:val="•"/>
      <w:lvlJc w:val="left"/>
      <w:pPr>
        <w:tabs>
          <w:tab w:val="num" w:pos="1440"/>
        </w:tabs>
        <w:ind w:left="1440" w:hanging="360"/>
      </w:pPr>
      <w:rPr>
        <w:rFonts w:ascii="Arial" w:hAnsi="Arial" w:hint="default"/>
      </w:rPr>
    </w:lvl>
    <w:lvl w:ilvl="2" w:tplc="12C46AD4" w:tentative="1">
      <w:start w:val="1"/>
      <w:numFmt w:val="bullet"/>
      <w:lvlText w:val="•"/>
      <w:lvlJc w:val="left"/>
      <w:pPr>
        <w:tabs>
          <w:tab w:val="num" w:pos="2160"/>
        </w:tabs>
        <w:ind w:left="2160" w:hanging="360"/>
      </w:pPr>
      <w:rPr>
        <w:rFonts w:ascii="Arial" w:hAnsi="Arial" w:hint="default"/>
      </w:rPr>
    </w:lvl>
    <w:lvl w:ilvl="3" w:tplc="DBDAF93A" w:tentative="1">
      <w:start w:val="1"/>
      <w:numFmt w:val="bullet"/>
      <w:lvlText w:val="•"/>
      <w:lvlJc w:val="left"/>
      <w:pPr>
        <w:tabs>
          <w:tab w:val="num" w:pos="2880"/>
        </w:tabs>
        <w:ind w:left="2880" w:hanging="360"/>
      </w:pPr>
      <w:rPr>
        <w:rFonts w:ascii="Arial" w:hAnsi="Arial" w:hint="default"/>
      </w:rPr>
    </w:lvl>
    <w:lvl w:ilvl="4" w:tplc="BB2ACCE6" w:tentative="1">
      <w:start w:val="1"/>
      <w:numFmt w:val="bullet"/>
      <w:lvlText w:val="•"/>
      <w:lvlJc w:val="left"/>
      <w:pPr>
        <w:tabs>
          <w:tab w:val="num" w:pos="3600"/>
        </w:tabs>
        <w:ind w:left="3600" w:hanging="360"/>
      </w:pPr>
      <w:rPr>
        <w:rFonts w:ascii="Arial" w:hAnsi="Arial" w:hint="default"/>
      </w:rPr>
    </w:lvl>
    <w:lvl w:ilvl="5" w:tplc="0F08201A" w:tentative="1">
      <w:start w:val="1"/>
      <w:numFmt w:val="bullet"/>
      <w:lvlText w:val="•"/>
      <w:lvlJc w:val="left"/>
      <w:pPr>
        <w:tabs>
          <w:tab w:val="num" w:pos="4320"/>
        </w:tabs>
        <w:ind w:left="4320" w:hanging="360"/>
      </w:pPr>
      <w:rPr>
        <w:rFonts w:ascii="Arial" w:hAnsi="Arial" w:hint="default"/>
      </w:rPr>
    </w:lvl>
    <w:lvl w:ilvl="6" w:tplc="114872FE" w:tentative="1">
      <w:start w:val="1"/>
      <w:numFmt w:val="bullet"/>
      <w:lvlText w:val="•"/>
      <w:lvlJc w:val="left"/>
      <w:pPr>
        <w:tabs>
          <w:tab w:val="num" w:pos="5040"/>
        </w:tabs>
        <w:ind w:left="5040" w:hanging="360"/>
      </w:pPr>
      <w:rPr>
        <w:rFonts w:ascii="Arial" w:hAnsi="Arial" w:hint="default"/>
      </w:rPr>
    </w:lvl>
    <w:lvl w:ilvl="7" w:tplc="DE2248C8" w:tentative="1">
      <w:start w:val="1"/>
      <w:numFmt w:val="bullet"/>
      <w:lvlText w:val="•"/>
      <w:lvlJc w:val="left"/>
      <w:pPr>
        <w:tabs>
          <w:tab w:val="num" w:pos="5760"/>
        </w:tabs>
        <w:ind w:left="5760" w:hanging="360"/>
      </w:pPr>
      <w:rPr>
        <w:rFonts w:ascii="Arial" w:hAnsi="Arial" w:hint="default"/>
      </w:rPr>
    </w:lvl>
    <w:lvl w:ilvl="8" w:tplc="9E941E90"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384A2C8C"/>
    <w:multiLevelType w:val="hybridMultilevel"/>
    <w:tmpl w:val="872AC2B6"/>
    <w:lvl w:ilvl="0" w:tplc="4D30AFB4">
      <w:start w:val="1"/>
      <w:numFmt w:val="bullet"/>
      <w:lvlText w:val="•"/>
      <w:lvlJc w:val="left"/>
      <w:pPr>
        <w:tabs>
          <w:tab w:val="num" w:pos="720"/>
        </w:tabs>
        <w:ind w:left="720" w:hanging="360"/>
      </w:pPr>
      <w:rPr>
        <w:rFonts w:ascii="Arial,Sans-Serif" w:hAnsi="Arial,Sans-Serif" w:hint="default"/>
      </w:rPr>
    </w:lvl>
    <w:lvl w:ilvl="1" w:tplc="2662EBB6" w:tentative="1">
      <w:start w:val="1"/>
      <w:numFmt w:val="bullet"/>
      <w:lvlText w:val="•"/>
      <w:lvlJc w:val="left"/>
      <w:pPr>
        <w:tabs>
          <w:tab w:val="num" w:pos="1440"/>
        </w:tabs>
        <w:ind w:left="1440" w:hanging="360"/>
      </w:pPr>
      <w:rPr>
        <w:rFonts w:ascii="Arial,Sans-Serif" w:hAnsi="Arial,Sans-Serif" w:hint="default"/>
      </w:rPr>
    </w:lvl>
    <w:lvl w:ilvl="2" w:tplc="638668FE" w:tentative="1">
      <w:start w:val="1"/>
      <w:numFmt w:val="bullet"/>
      <w:lvlText w:val="•"/>
      <w:lvlJc w:val="left"/>
      <w:pPr>
        <w:tabs>
          <w:tab w:val="num" w:pos="2160"/>
        </w:tabs>
        <w:ind w:left="2160" w:hanging="360"/>
      </w:pPr>
      <w:rPr>
        <w:rFonts w:ascii="Arial,Sans-Serif" w:hAnsi="Arial,Sans-Serif" w:hint="default"/>
      </w:rPr>
    </w:lvl>
    <w:lvl w:ilvl="3" w:tplc="5E36D72A" w:tentative="1">
      <w:start w:val="1"/>
      <w:numFmt w:val="bullet"/>
      <w:lvlText w:val="•"/>
      <w:lvlJc w:val="left"/>
      <w:pPr>
        <w:tabs>
          <w:tab w:val="num" w:pos="2880"/>
        </w:tabs>
        <w:ind w:left="2880" w:hanging="360"/>
      </w:pPr>
      <w:rPr>
        <w:rFonts w:ascii="Arial,Sans-Serif" w:hAnsi="Arial,Sans-Serif" w:hint="default"/>
      </w:rPr>
    </w:lvl>
    <w:lvl w:ilvl="4" w:tplc="00725852" w:tentative="1">
      <w:start w:val="1"/>
      <w:numFmt w:val="bullet"/>
      <w:lvlText w:val="•"/>
      <w:lvlJc w:val="left"/>
      <w:pPr>
        <w:tabs>
          <w:tab w:val="num" w:pos="3600"/>
        </w:tabs>
        <w:ind w:left="3600" w:hanging="360"/>
      </w:pPr>
      <w:rPr>
        <w:rFonts w:ascii="Arial,Sans-Serif" w:hAnsi="Arial,Sans-Serif" w:hint="default"/>
      </w:rPr>
    </w:lvl>
    <w:lvl w:ilvl="5" w:tplc="D5D01690" w:tentative="1">
      <w:start w:val="1"/>
      <w:numFmt w:val="bullet"/>
      <w:lvlText w:val="•"/>
      <w:lvlJc w:val="left"/>
      <w:pPr>
        <w:tabs>
          <w:tab w:val="num" w:pos="4320"/>
        </w:tabs>
        <w:ind w:left="4320" w:hanging="360"/>
      </w:pPr>
      <w:rPr>
        <w:rFonts w:ascii="Arial,Sans-Serif" w:hAnsi="Arial,Sans-Serif" w:hint="default"/>
      </w:rPr>
    </w:lvl>
    <w:lvl w:ilvl="6" w:tplc="147077AA" w:tentative="1">
      <w:start w:val="1"/>
      <w:numFmt w:val="bullet"/>
      <w:lvlText w:val="•"/>
      <w:lvlJc w:val="left"/>
      <w:pPr>
        <w:tabs>
          <w:tab w:val="num" w:pos="5040"/>
        </w:tabs>
        <w:ind w:left="5040" w:hanging="360"/>
      </w:pPr>
      <w:rPr>
        <w:rFonts w:ascii="Arial,Sans-Serif" w:hAnsi="Arial,Sans-Serif" w:hint="default"/>
      </w:rPr>
    </w:lvl>
    <w:lvl w:ilvl="7" w:tplc="1236032A" w:tentative="1">
      <w:start w:val="1"/>
      <w:numFmt w:val="bullet"/>
      <w:lvlText w:val="•"/>
      <w:lvlJc w:val="left"/>
      <w:pPr>
        <w:tabs>
          <w:tab w:val="num" w:pos="5760"/>
        </w:tabs>
        <w:ind w:left="5760" w:hanging="360"/>
      </w:pPr>
      <w:rPr>
        <w:rFonts w:ascii="Arial,Sans-Serif" w:hAnsi="Arial,Sans-Serif" w:hint="default"/>
      </w:rPr>
    </w:lvl>
    <w:lvl w:ilvl="8" w:tplc="AF26C4F2" w:tentative="1">
      <w:start w:val="1"/>
      <w:numFmt w:val="bullet"/>
      <w:lvlText w:val="•"/>
      <w:lvlJc w:val="left"/>
      <w:pPr>
        <w:tabs>
          <w:tab w:val="num" w:pos="6480"/>
        </w:tabs>
        <w:ind w:left="6480" w:hanging="360"/>
      </w:pPr>
      <w:rPr>
        <w:rFonts w:ascii="Arial,Sans-Serif" w:hAnsi="Arial,Sans-Serif" w:hint="default"/>
      </w:rPr>
    </w:lvl>
  </w:abstractNum>
  <w:abstractNum w:abstractNumId="63" w15:restartNumberingAfterBreak="0">
    <w:nsid w:val="3B7D57BA"/>
    <w:multiLevelType w:val="hybridMultilevel"/>
    <w:tmpl w:val="926E3202"/>
    <w:lvl w:ilvl="0" w:tplc="DDCEA3BA">
      <w:start w:val="1"/>
      <w:numFmt w:val="decimal"/>
      <w:lvlText w:val="%1."/>
      <w:lvlJc w:val="left"/>
      <w:pPr>
        <w:tabs>
          <w:tab w:val="num" w:pos="720"/>
        </w:tabs>
        <w:ind w:left="720" w:hanging="360"/>
      </w:pPr>
    </w:lvl>
    <w:lvl w:ilvl="1" w:tplc="A524CA12" w:tentative="1">
      <w:start w:val="1"/>
      <w:numFmt w:val="decimal"/>
      <w:lvlText w:val="%2."/>
      <w:lvlJc w:val="left"/>
      <w:pPr>
        <w:tabs>
          <w:tab w:val="num" w:pos="1440"/>
        </w:tabs>
        <w:ind w:left="1440" w:hanging="360"/>
      </w:pPr>
    </w:lvl>
    <w:lvl w:ilvl="2" w:tplc="9B28D760" w:tentative="1">
      <w:start w:val="1"/>
      <w:numFmt w:val="decimal"/>
      <w:lvlText w:val="%3."/>
      <w:lvlJc w:val="left"/>
      <w:pPr>
        <w:tabs>
          <w:tab w:val="num" w:pos="2160"/>
        </w:tabs>
        <w:ind w:left="2160" w:hanging="360"/>
      </w:pPr>
    </w:lvl>
    <w:lvl w:ilvl="3" w:tplc="1D2C8B10" w:tentative="1">
      <w:start w:val="1"/>
      <w:numFmt w:val="decimal"/>
      <w:lvlText w:val="%4."/>
      <w:lvlJc w:val="left"/>
      <w:pPr>
        <w:tabs>
          <w:tab w:val="num" w:pos="2880"/>
        </w:tabs>
        <w:ind w:left="2880" w:hanging="360"/>
      </w:pPr>
    </w:lvl>
    <w:lvl w:ilvl="4" w:tplc="879CF7C0" w:tentative="1">
      <w:start w:val="1"/>
      <w:numFmt w:val="decimal"/>
      <w:lvlText w:val="%5."/>
      <w:lvlJc w:val="left"/>
      <w:pPr>
        <w:tabs>
          <w:tab w:val="num" w:pos="3600"/>
        </w:tabs>
        <w:ind w:left="3600" w:hanging="360"/>
      </w:pPr>
    </w:lvl>
    <w:lvl w:ilvl="5" w:tplc="2C4AA0A2" w:tentative="1">
      <w:start w:val="1"/>
      <w:numFmt w:val="decimal"/>
      <w:lvlText w:val="%6."/>
      <w:lvlJc w:val="left"/>
      <w:pPr>
        <w:tabs>
          <w:tab w:val="num" w:pos="4320"/>
        </w:tabs>
        <w:ind w:left="4320" w:hanging="360"/>
      </w:pPr>
    </w:lvl>
    <w:lvl w:ilvl="6" w:tplc="DE808CC6" w:tentative="1">
      <w:start w:val="1"/>
      <w:numFmt w:val="decimal"/>
      <w:lvlText w:val="%7."/>
      <w:lvlJc w:val="left"/>
      <w:pPr>
        <w:tabs>
          <w:tab w:val="num" w:pos="5040"/>
        </w:tabs>
        <w:ind w:left="5040" w:hanging="360"/>
      </w:pPr>
    </w:lvl>
    <w:lvl w:ilvl="7" w:tplc="F468C4B8" w:tentative="1">
      <w:start w:val="1"/>
      <w:numFmt w:val="decimal"/>
      <w:lvlText w:val="%8."/>
      <w:lvlJc w:val="left"/>
      <w:pPr>
        <w:tabs>
          <w:tab w:val="num" w:pos="5760"/>
        </w:tabs>
        <w:ind w:left="5760" w:hanging="360"/>
      </w:pPr>
    </w:lvl>
    <w:lvl w:ilvl="8" w:tplc="72162722" w:tentative="1">
      <w:start w:val="1"/>
      <w:numFmt w:val="decimal"/>
      <w:lvlText w:val="%9."/>
      <w:lvlJc w:val="left"/>
      <w:pPr>
        <w:tabs>
          <w:tab w:val="num" w:pos="6480"/>
        </w:tabs>
        <w:ind w:left="6480" w:hanging="360"/>
      </w:pPr>
    </w:lvl>
  </w:abstractNum>
  <w:abstractNum w:abstractNumId="64" w15:restartNumberingAfterBreak="0">
    <w:nsid w:val="422419E7"/>
    <w:multiLevelType w:val="hybridMultilevel"/>
    <w:tmpl w:val="C2409E0A"/>
    <w:lvl w:ilvl="0" w:tplc="728C05AA">
      <w:start w:val="1"/>
      <w:numFmt w:val="bullet"/>
      <w:lvlText w:val="•"/>
      <w:lvlJc w:val="left"/>
      <w:pPr>
        <w:tabs>
          <w:tab w:val="num" w:pos="720"/>
        </w:tabs>
        <w:ind w:left="720" w:hanging="360"/>
      </w:pPr>
      <w:rPr>
        <w:rFonts w:ascii="Arial" w:hAnsi="Arial" w:hint="default"/>
      </w:rPr>
    </w:lvl>
    <w:lvl w:ilvl="1" w:tplc="A392B2DC" w:tentative="1">
      <w:start w:val="1"/>
      <w:numFmt w:val="bullet"/>
      <w:lvlText w:val="•"/>
      <w:lvlJc w:val="left"/>
      <w:pPr>
        <w:tabs>
          <w:tab w:val="num" w:pos="1440"/>
        </w:tabs>
        <w:ind w:left="1440" w:hanging="360"/>
      </w:pPr>
      <w:rPr>
        <w:rFonts w:ascii="Arial" w:hAnsi="Arial" w:hint="default"/>
      </w:rPr>
    </w:lvl>
    <w:lvl w:ilvl="2" w:tplc="24BC8EFA" w:tentative="1">
      <w:start w:val="1"/>
      <w:numFmt w:val="bullet"/>
      <w:lvlText w:val="•"/>
      <w:lvlJc w:val="left"/>
      <w:pPr>
        <w:tabs>
          <w:tab w:val="num" w:pos="2160"/>
        </w:tabs>
        <w:ind w:left="2160" w:hanging="360"/>
      </w:pPr>
      <w:rPr>
        <w:rFonts w:ascii="Arial" w:hAnsi="Arial" w:hint="default"/>
      </w:rPr>
    </w:lvl>
    <w:lvl w:ilvl="3" w:tplc="9A22AD5C" w:tentative="1">
      <w:start w:val="1"/>
      <w:numFmt w:val="bullet"/>
      <w:lvlText w:val="•"/>
      <w:lvlJc w:val="left"/>
      <w:pPr>
        <w:tabs>
          <w:tab w:val="num" w:pos="2880"/>
        </w:tabs>
        <w:ind w:left="2880" w:hanging="360"/>
      </w:pPr>
      <w:rPr>
        <w:rFonts w:ascii="Arial" w:hAnsi="Arial" w:hint="default"/>
      </w:rPr>
    </w:lvl>
    <w:lvl w:ilvl="4" w:tplc="389634DE" w:tentative="1">
      <w:start w:val="1"/>
      <w:numFmt w:val="bullet"/>
      <w:lvlText w:val="•"/>
      <w:lvlJc w:val="left"/>
      <w:pPr>
        <w:tabs>
          <w:tab w:val="num" w:pos="3600"/>
        </w:tabs>
        <w:ind w:left="3600" w:hanging="360"/>
      </w:pPr>
      <w:rPr>
        <w:rFonts w:ascii="Arial" w:hAnsi="Arial" w:hint="default"/>
      </w:rPr>
    </w:lvl>
    <w:lvl w:ilvl="5" w:tplc="A40E36AE" w:tentative="1">
      <w:start w:val="1"/>
      <w:numFmt w:val="bullet"/>
      <w:lvlText w:val="•"/>
      <w:lvlJc w:val="left"/>
      <w:pPr>
        <w:tabs>
          <w:tab w:val="num" w:pos="4320"/>
        </w:tabs>
        <w:ind w:left="4320" w:hanging="360"/>
      </w:pPr>
      <w:rPr>
        <w:rFonts w:ascii="Arial" w:hAnsi="Arial" w:hint="default"/>
      </w:rPr>
    </w:lvl>
    <w:lvl w:ilvl="6" w:tplc="FEB87860" w:tentative="1">
      <w:start w:val="1"/>
      <w:numFmt w:val="bullet"/>
      <w:lvlText w:val="•"/>
      <w:lvlJc w:val="left"/>
      <w:pPr>
        <w:tabs>
          <w:tab w:val="num" w:pos="5040"/>
        </w:tabs>
        <w:ind w:left="5040" w:hanging="360"/>
      </w:pPr>
      <w:rPr>
        <w:rFonts w:ascii="Arial" w:hAnsi="Arial" w:hint="default"/>
      </w:rPr>
    </w:lvl>
    <w:lvl w:ilvl="7" w:tplc="6D221D64" w:tentative="1">
      <w:start w:val="1"/>
      <w:numFmt w:val="bullet"/>
      <w:lvlText w:val="•"/>
      <w:lvlJc w:val="left"/>
      <w:pPr>
        <w:tabs>
          <w:tab w:val="num" w:pos="5760"/>
        </w:tabs>
        <w:ind w:left="5760" w:hanging="360"/>
      </w:pPr>
      <w:rPr>
        <w:rFonts w:ascii="Arial" w:hAnsi="Arial" w:hint="default"/>
      </w:rPr>
    </w:lvl>
    <w:lvl w:ilvl="8" w:tplc="E0ACC652"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42DB01B9"/>
    <w:multiLevelType w:val="hybridMultilevel"/>
    <w:tmpl w:val="70CE1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4860A4A"/>
    <w:multiLevelType w:val="hybridMultilevel"/>
    <w:tmpl w:val="CBCE2102"/>
    <w:lvl w:ilvl="0" w:tplc="A07AF94A">
      <w:start w:val="1"/>
      <w:numFmt w:val="bullet"/>
      <w:lvlText w:val="•"/>
      <w:lvlJc w:val="left"/>
      <w:pPr>
        <w:tabs>
          <w:tab w:val="num" w:pos="720"/>
        </w:tabs>
        <w:ind w:left="720" w:hanging="360"/>
      </w:pPr>
      <w:rPr>
        <w:rFonts w:ascii="Arial" w:hAnsi="Arial" w:hint="default"/>
      </w:rPr>
    </w:lvl>
    <w:lvl w:ilvl="1" w:tplc="35C41FB4" w:tentative="1">
      <w:start w:val="1"/>
      <w:numFmt w:val="bullet"/>
      <w:lvlText w:val="•"/>
      <w:lvlJc w:val="left"/>
      <w:pPr>
        <w:tabs>
          <w:tab w:val="num" w:pos="1440"/>
        </w:tabs>
        <w:ind w:left="1440" w:hanging="360"/>
      </w:pPr>
      <w:rPr>
        <w:rFonts w:ascii="Arial" w:hAnsi="Arial" w:hint="default"/>
      </w:rPr>
    </w:lvl>
    <w:lvl w:ilvl="2" w:tplc="8C5299B4" w:tentative="1">
      <w:start w:val="1"/>
      <w:numFmt w:val="bullet"/>
      <w:lvlText w:val="•"/>
      <w:lvlJc w:val="left"/>
      <w:pPr>
        <w:tabs>
          <w:tab w:val="num" w:pos="2160"/>
        </w:tabs>
        <w:ind w:left="2160" w:hanging="360"/>
      </w:pPr>
      <w:rPr>
        <w:rFonts w:ascii="Arial" w:hAnsi="Arial" w:hint="default"/>
      </w:rPr>
    </w:lvl>
    <w:lvl w:ilvl="3" w:tplc="21121BC0" w:tentative="1">
      <w:start w:val="1"/>
      <w:numFmt w:val="bullet"/>
      <w:lvlText w:val="•"/>
      <w:lvlJc w:val="left"/>
      <w:pPr>
        <w:tabs>
          <w:tab w:val="num" w:pos="2880"/>
        </w:tabs>
        <w:ind w:left="2880" w:hanging="360"/>
      </w:pPr>
      <w:rPr>
        <w:rFonts w:ascii="Arial" w:hAnsi="Arial" w:hint="default"/>
      </w:rPr>
    </w:lvl>
    <w:lvl w:ilvl="4" w:tplc="DC32EB5E" w:tentative="1">
      <w:start w:val="1"/>
      <w:numFmt w:val="bullet"/>
      <w:lvlText w:val="•"/>
      <w:lvlJc w:val="left"/>
      <w:pPr>
        <w:tabs>
          <w:tab w:val="num" w:pos="3600"/>
        </w:tabs>
        <w:ind w:left="3600" w:hanging="360"/>
      </w:pPr>
      <w:rPr>
        <w:rFonts w:ascii="Arial" w:hAnsi="Arial" w:hint="default"/>
      </w:rPr>
    </w:lvl>
    <w:lvl w:ilvl="5" w:tplc="384E9A44" w:tentative="1">
      <w:start w:val="1"/>
      <w:numFmt w:val="bullet"/>
      <w:lvlText w:val="•"/>
      <w:lvlJc w:val="left"/>
      <w:pPr>
        <w:tabs>
          <w:tab w:val="num" w:pos="4320"/>
        </w:tabs>
        <w:ind w:left="4320" w:hanging="360"/>
      </w:pPr>
      <w:rPr>
        <w:rFonts w:ascii="Arial" w:hAnsi="Arial" w:hint="default"/>
      </w:rPr>
    </w:lvl>
    <w:lvl w:ilvl="6" w:tplc="A1D4E14C" w:tentative="1">
      <w:start w:val="1"/>
      <w:numFmt w:val="bullet"/>
      <w:lvlText w:val="•"/>
      <w:lvlJc w:val="left"/>
      <w:pPr>
        <w:tabs>
          <w:tab w:val="num" w:pos="5040"/>
        </w:tabs>
        <w:ind w:left="5040" w:hanging="360"/>
      </w:pPr>
      <w:rPr>
        <w:rFonts w:ascii="Arial" w:hAnsi="Arial" w:hint="default"/>
      </w:rPr>
    </w:lvl>
    <w:lvl w:ilvl="7" w:tplc="DC761FEA" w:tentative="1">
      <w:start w:val="1"/>
      <w:numFmt w:val="bullet"/>
      <w:lvlText w:val="•"/>
      <w:lvlJc w:val="left"/>
      <w:pPr>
        <w:tabs>
          <w:tab w:val="num" w:pos="5760"/>
        </w:tabs>
        <w:ind w:left="5760" w:hanging="360"/>
      </w:pPr>
      <w:rPr>
        <w:rFonts w:ascii="Arial" w:hAnsi="Arial" w:hint="default"/>
      </w:rPr>
    </w:lvl>
    <w:lvl w:ilvl="8" w:tplc="D0E4313A"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449B25A0"/>
    <w:multiLevelType w:val="hybridMultilevel"/>
    <w:tmpl w:val="3B1E37D8"/>
    <w:lvl w:ilvl="0" w:tplc="DB028F76">
      <w:start w:val="1"/>
      <w:numFmt w:val="bullet"/>
      <w:lvlText w:val="•"/>
      <w:lvlJc w:val="left"/>
      <w:pPr>
        <w:tabs>
          <w:tab w:val="num" w:pos="720"/>
        </w:tabs>
        <w:ind w:left="720" w:hanging="360"/>
      </w:pPr>
      <w:rPr>
        <w:rFonts w:ascii="Arial" w:hAnsi="Arial" w:hint="default"/>
      </w:rPr>
    </w:lvl>
    <w:lvl w:ilvl="1" w:tplc="20EA1FFE">
      <w:numFmt w:val="bullet"/>
      <w:lvlText w:val="o"/>
      <w:lvlJc w:val="left"/>
      <w:pPr>
        <w:tabs>
          <w:tab w:val="num" w:pos="1440"/>
        </w:tabs>
        <w:ind w:left="1440" w:hanging="360"/>
      </w:pPr>
      <w:rPr>
        <w:rFonts w:ascii="Courier New" w:hAnsi="Courier New" w:hint="default"/>
      </w:rPr>
    </w:lvl>
    <w:lvl w:ilvl="2" w:tplc="C038A9A0" w:tentative="1">
      <w:start w:val="1"/>
      <w:numFmt w:val="bullet"/>
      <w:lvlText w:val="•"/>
      <w:lvlJc w:val="left"/>
      <w:pPr>
        <w:tabs>
          <w:tab w:val="num" w:pos="2160"/>
        </w:tabs>
        <w:ind w:left="2160" w:hanging="360"/>
      </w:pPr>
      <w:rPr>
        <w:rFonts w:ascii="Arial" w:hAnsi="Arial" w:hint="default"/>
      </w:rPr>
    </w:lvl>
    <w:lvl w:ilvl="3" w:tplc="E93063BA" w:tentative="1">
      <w:start w:val="1"/>
      <w:numFmt w:val="bullet"/>
      <w:lvlText w:val="•"/>
      <w:lvlJc w:val="left"/>
      <w:pPr>
        <w:tabs>
          <w:tab w:val="num" w:pos="2880"/>
        </w:tabs>
        <w:ind w:left="2880" w:hanging="360"/>
      </w:pPr>
      <w:rPr>
        <w:rFonts w:ascii="Arial" w:hAnsi="Arial" w:hint="default"/>
      </w:rPr>
    </w:lvl>
    <w:lvl w:ilvl="4" w:tplc="502AE6B0" w:tentative="1">
      <w:start w:val="1"/>
      <w:numFmt w:val="bullet"/>
      <w:lvlText w:val="•"/>
      <w:lvlJc w:val="left"/>
      <w:pPr>
        <w:tabs>
          <w:tab w:val="num" w:pos="3600"/>
        </w:tabs>
        <w:ind w:left="3600" w:hanging="360"/>
      </w:pPr>
      <w:rPr>
        <w:rFonts w:ascii="Arial" w:hAnsi="Arial" w:hint="default"/>
      </w:rPr>
    </w:lvl>
    <w:lvl w:ilvl="5" w:tplc="AFA49840" w:tentative="1">
      <w:start w:val="1"/>
      <w:numFmt w:val="bullet"/>
      <w:lvlText w:val="•"/>
      <w:lvlJc w:val="left"/>
      <w:pPr>
        <w:tabs>
          <w:tab w:val="num" w:pos="4320"/>
        </w:tabs>
        <w:ind w:left="4320" w:hanging="360"/>
      </w:pPr>
      <w:rPr>
        <w:rFonts w:ascii="Arial" w:hAnsi="Arial" w:hint="default"/>
      </w:rPr>
    </w:lvl>
    <w:lvl w:ilvl="6" w:tplc="6262D0B0" w:tentative="1">
      <w:start w:val="1"/>
      <w:numFmt w:val="bullet"/>
      <w:lvlText w:val="•"/>
      <w:lvlJc w:val="left"/>
      <w:pPr>
        <w:tabs>
          <w:tab w:val="num" w:pos="5040"/>
        </w:tabs>
        <w:ind w:left="5040" w:hanging="360"/>
      </w:pPr>
      <w:rPr>
        <w:rFonts w:ascii="Arial" w:hAnsi="Arial" w:hint="default"/>
      </w:rPr>
    </w:lvl>
    <w:lvl w:ilvl="7" w:tplc="9A2AD99E" w:tentative="1">
      <w:start w:val="1"/>
      <w:numFmt w:val="bullet"/>
      <w:lvlText w:val="•"/>
      <w:lvlJc w:val="left"/>
      <w:pPr>
        <w:tabs>
          <w:tab w:val="num" w:pos="5760"/>
        </w:tabs>
        <w:ind w:left="5760" w:hanging="360"/>
      </w:pPr>
      <w:rPr>
        <w:rFonts w:ascii="Arial" w:hAnsi="Arial" w:hint="default"/>
      </w:rPr>
    </w:lvl>
    <w:lvl w:ilvl="8" w:tplc="3E385DFA"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47960C69"/>
    <w:multiLevelType w:val="hybridMultilevel"/>
    <w:tmpl w:val="A4CCA21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49562A2F"/>
    <w:multiLevelType w:val="hybridMultilevel"/>
    <w:tmpl w:val="5AFAB618"/>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49EA4D10"/>
    <w:multiLevelType w:val="hybridMultilevel"/>
    <w:tmpl w:val="436AB566"/>
    <w:lvl w:ilvl="0" w:tplc="A13E7956">
      <w:start w:val="1"/>
      <w:numFmt w:val="decimal"/>
      <w:lvlText w:val="%1."/>
      <w:lvlJc w:val="left"/>
      <w:pPr>
        <w:tabs>
          <w:tab w:val="num" w:pos="720"/>
        </w:tabs>
        <w:ind w:left="720" w:hanging="360"/>
      </w:pPr>
    </w:lvl>
    <w:lvl w:ilvl="1" w:tplc="5BE854BA" w:tentative="1">
      <w:start w:val="1"/>
      <w:numFmt w:val="decimal"/>
      <w:lvlText w:val="%2."/>
      <w:lvlJc w:val="left"/>
      <w:pPr>
        <w:tabs>
          <w:tab w:val="num" w:pos="1440"/>
        </w:tabs>
        <w:ind w:left="1440" w:hanging="360"/>
      </w:pPr>
    </w:lvl>
    <w:lvl w:ilvl="2" w:tplc="EEEEB250" w:tentative="1">
      <w:start w:val="1"/>
      <w:numFmt w:val="decimal"/>
      <w:lvlText w:val="%3."/>
      <w:lvlJc w:val="left"/>
      <w:pPr>
        <w:tabs>
          <w:tab w:val="num" w:pos="2160"/>
        </w:tabs>
        <w:ind w:left="2160" w:hanging="360"/>
      </w:pPr>
    </w:lvl>
    <w:lvl w:ilvl="3" w:tplc="4790D8F8" w:tentative="1">
      <w:start w:val="1"/>
      <w:numFmt w:val="decimal"/>
      <w:lvlText w:val="%4."/>
      <w:lvlJc w:val="left"/>
      <w:pPr>
        <w:tabs>
          <w:tab w:val="num" w:pos="2880"/>
        </w:tabs>
        <w:ind w:left="2880" w:hanging="360"/>
      </w:pPr>
    </w:lvl>
    <w:lvl w:ilvl="4" w:tplc="25E66FD8" w:tentative="1">
      <w:start w:val="1"/>
      <w:numFmt w:val="decimal"/>
      <w:lvlText w:val="%5."/>
      <w:lvlJc w:val="left"/>
      <w:pPr>
        <w:tabs>
          <w:tab w:val="num" w:pos="3600"/>
        </w:tabs>
        <w:ind w:left="3600" w:hanging="360"/>
      </w:pPr>
    </w:lvl>
    <w:lvl w:ilvl="5" w:tplc="37261EB2" w:tentative="1">
      <w:start w:val="1"/>
      <w:numFmt w:val="decimal"/>
      <w:lvlText w:val="%6."/>
      <w:lvlJc w:val="left"/>
      <w:pPr>
        <w:tabs>
          <w:tab w:val="num" w:pos="4320"/>
        </w:tabs>
        <w:ind w:left="4320" w:hanging="360"/>
      </w:pPr>
    </w:lvl>
    <w:lvl w:ilvl="6" w:tplc="E7CC0954" w:tentative="1">
      <w:start w:val="1"/>
      <w:numFmt w:val="decimal"/>
      <w:lvlText w:val="%7."/>
      <w:lvlJc w:val="left"/>
      <w:pPr>
        <w:tabs>
          <w:tab w:val="num" w:pos="5040"/>
        </w:tabs>
        <w:ind w:left="5040" w:hanging="360"/>
      </w:pPr>
    </w:lvl>
    <w:lvl w:ilvl="7" w:tplc="5672A99C" w:tentative="1">
      <w:start w:val="1"/>
      <w:numFmt w:val="decimal"/>
      <w:lvlText w:val="%8."/>
      <w:lvlJc w:val="left"/>
      <w:pPr>
        <w:tabs>
          <w:tab w:val="num" w:pos="5760"/>
        </w:tabs>
        <w:ind w:left="5760" w:hanging="360"/>
      </w:pPr>
    </w:lvl>
    <w:lvl w:ilvl="8" w:tplc="65086548" w:tentative="1">
      <w:start w:val="1"/>
      <w:numFmt w:val="decimal"/>
      <w:lvlText w:val="%9."/>
      <w:lvlJc w:val="left"/>
      <w:pPr>
        <w:tabs>
          <w:tab w:val="num" w:pos="6480"/>
        </w:tabs>
        <w:ind w:left="6480" w:hanging="360"/>
      </w:pPr>
    </w:lvl>
  </w:abstractNum>
  <w:abstractNum w:abstractNumId="71" w15:restartNumberingAfterBreak="0">
    <w:nsid w:val="4A6189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4A9C75A9"/>
    <w:multiLevelType w:val="hybridMultilevel"/>
    <w:tmpl w:val="65E445D6"/>
    <w:lvl w:ilvl="0" w:tplc="9BB61F46">
      <w:start w:val="1"/>
      <w:numFmt w:val="bullet"/>
      <w:lvlText w:val="•"/>
      <w:lvlJc w:val="left"/>
      <w:pPr>
        <w:tabs>
          <w:tab w:val="num" w:pos="720"/>
        </w:tabs>
        <w:ind w:left="720" w:hanging="360"/>
      </w:pPr>
      <w:rPr>
        <w:rFonts w:ascii="Arial" w:hAnsi="Arial" w:hint="default"/>
      </w:rPr>
    </w:lvl>
    <w:lvl w:ilvl="1" w:tplc="47504FA2" w:tentative="1">
      <w:start w:val="1"/>
      <w:numFmt w:val="bullet"/>
      <w:lvlText w:val="•"/>
      <w:lvlJc w:val="left"/>
      <w:pPr>
        <w:tabs>
          <w:tab w:val="num" w:pos="1440"/>
        </w:tabs>
        <w:ind w:left="1440" w:hanging="360"/>
      </w:pPr>
      <w:rPr>
        <w:rFonts w:ascii="Arial" w:hAnsi="Arial" w:hint="default"/>
      </w:rPr>
    </w:lvl>
    <w:lvl w:ilvl="2" w:tplc="72328D00" w:tentative="1">
      <w:start w:val="1"/>
      <w:numFmt w:val="bullet"/>
      <w:lvlText w:val="•"/>
      <w:lvlJc w:val="left"/>
      <w:pPr>
        <w:tabs>
          <w:tab w:val="num" w:pos="2160"/>
        </w:tabs>
        <w:ind w:left="2160" w:hanging="360"/>
      </w:pPr>
      <w:rPr>
        <w:rFonts w:ascii="Arial" w:hAnsi="Arial" w:hint="default"/>
      </w:rPr>
    </w:lvl>
    <w:lvl w:ilvl="3" w:tplc="BE4E51F8" w:tentative="1">
      <w:start w:val="1"/>
      <w:numFmt w:val="bullet"/>
      <w:lvlText w:val="•"/>
      <w:lvlJc w:val="left"/>
      <w:pPr>
        <w:tabs>
          <w:tab w:val="num" w:pos="2880"/>
        </w:tabs>
        <w:ind w:left="2880" w:hanging="360"/>
      </w:pPr>
      <w:rPr>
        <w:rFonts w:ascii="Arial" w:hAnsi="Arial" w:hint="default"/>
      </w:rPr>
    </w:lvl>
    <w:lvl w:ilvl="4" w:tplc="F86838B4" w:tentative="1">
      <w:start w:val="1"/>
      <w:numFmt w:val="bullet"/>
      <w:lvlText w:val="•"/>
      <w:lvlJc w:val="left"/>
      <w:pPr>
        <w:tabs>
          <w:tab w:val="num" w:pos="3600"/>
        </w:tabs>
        <w:ind w:left="3600" w:hanging="360"/>
      </w:pPr>
      <w:rPr>
        <w:rFonts w:ascii="Arial" w:hAnsi="Arial" w:hint="default"/>
      </w:rPr>
    </w:lvl>
    <w:lvl w:ilvl="5" w:tplc="A25063BE" w:tentative="1">
      <w:start w:val="1"/>
      <w:numFmt w:val="bullet"/>
      <w:lvlText w:val="•"/>
      <w:lvlJc w:val="left"/>
      <w:pPr>
        <w:tabs>
          <w:tab w:val="num" w:pos="4320"/>
        </w:tabs>
        <w:ind w:left="4320" w:hanging="360"/>
      </w:pPr>
      <w:rPr>
        <w:rFonts w:ascii="Arial" w:hAnsi="Arial" w:hint="default"/>
      </w:rPr>
    </w:lvl>
    <w:lvl w:ilvl="6" w:tplc="F8742F42" w:tentative="1">
      <w:start w:val="1"/>
      <w:numFmt w:val="bullet"/>
      <w:lvlText w:val="•"/>
      <w:lvlJc w:val="left"/>
      <w:pPr>
        <w:tabs>
          <w:tab w:val="num" w:pos="5040"/>
        </w:tabs>
        <w:ind w:left="5040" w:hanging="360"/>
      </w:pPr>
      <w:rPr>
        <w:rFonts w:ascii="Arial" w:hAnsi="Arial" w:hint="default"/>
      </w:rPr>
    </w:lvl>
    <w:lvl w:ilvl="7" w:tplc="64129E06" w:tentative="1">
      <w:start w:val="1"/>
      <w:numFmt w:val="bullet"/>
      <w:lvlText w:val="•"/>
      <w:lvlJc w:val="left"/>
      <w:pPr>
        <w:tabs>
          <w:tab w:val="num" w:pos="5760"/>
        </w:tabs>
        <w:ind w:left="5760" w:hanging="360"/>
      </w:pPr>
      <w:rPr>
        <w:rFonts w:ascii="Arial" w:hAnsi="Arial" w:hint="default"/>
      </w:rPr>
    </w:lvl>
    <w:lvl w:ilvl="8" w:tplc="D9D0BBEC"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4BAE0A5E"/>
    <w:multiLevelType w:val="hybridMultilevel"/>
    <w:tmpl w:val="C6A07DDE"/>
    <w:lvl w:ilvl="0" w:tplc="38929AE0">
      <w:start w:val="1"/>
      <w:numFmt w:val="bullet"/>
      <w:lvlText w:val="•"/>
      <w:lvlJc w:val="left"/>
      <w:pPr>
        <w:tabs>
          <w:tab w:val="num" w:pos="720"/>
        </w:tabs>
        <w:ind w:left="720" w:hanging="360"/>
      </w:pPr>
      <w:rPr>
        <w:rFonts w:ascii="Arial" w:hAnsi="Arial" w:hint="default"/>
      </w:rPr>
    </w:lvl>
    <w:lvl w:ilvl="1" w:tplc="E940F22E" w:tentative="1">
      <w:start w:val="1"/>
      <w:numFmt w:val="bullet"/>
      <w:lvlText w:val="•"/>
      <w:lvlJc w:val="left"/>
      <w:pPr>
        <w:tabs>
          <w:tab w:val="num" w:pos="1440"/>
        </w:tabs>
        <w:ind w:left="1440" w:hanging="360"/>
      </w:pPr>
      <w:rPr>
        <w:rFonts w:ascii="Arial" w:hAnsi="Arial" w:hint="default"/>
      </w:rPr>
    </w:lvl>
    <w:lvl w:ilvl="2" w:tplc="5D1A28F2" w:tentative="1">
      <w:start w:val="1"/>
      <w:numFmt w:val="bullet"/>
      <w:lvlText w:val="•"/>
      <w:lvlJc w:val="left"/>
      <w:pPr>
        <w:tabs>
          <w:tab w:val="num" w:pos="2160"/>
        </w:tabs>
        <w:ind w:left="2160" w:hanging="360"/>
      </w:pPr>
      <w:rPr>
        <w:rFonts w:ascii="Arial" w:hAnsi="Arial" w:hint="default"/>
      </w:rPr>
    </w:lvl>
    <w:lvl w:ilvl="3" w:tplc="56821F22" w:tentative="1">
      <w:start w:val="1"/>
      <w:numFmt w:val="bullet"/>
      <w:lvlText w:val="•"/>
      <w:lvlJc w:val="left"/>
      <w:pPr>
        <w:tabs>
          <w:tab w:val="num" w:pos="2880"/>
        </w:tabs>
        <w:ind w:left="2880" w:hanging="360"/>
      </w:pPr>
      <w:rPr>
        <w:rFonts w:ascii="Arial" w:hAnsi="Arial" w:hint="default"/>
      </w:rPr>
    </w:lvl>
    <w:lvl w:ilvl="4" w:tplc="B994ECDA" w:tentative="1">
      <w:start w:val="1"/>
      <w:numFmt w:val="bullet"/>
      <w:lvlText w:val="•"/>
      <w:lvlJc w:val="left"/>
      <w:pPr>
        <w:tabs>
          <w:tab w:val="num" w:pos="3600"/>
        </w:tabs>
        <w:ind w:left="3600" w:hanging="360"/>
      </w:pPr>
      <w:rPr>
        <w:rFonts w:ascii="Arial" w:hAnsi="Arial" w:hint="default"/>
      </w:rPr>
    </w:lvl>
    <w:lvl w:ilvl="5" w:tplc="07AC9C50" w:tentative="1">
      <w:start w:val="1"/>
      <w:numFmt w:val="bullet"/>
      <w:lvlText w:val="•"/>
      <w:lvlJc w:val="left"/>
      <w:pPr>
        <w:tabs>
          <w:tab w:val="num" w:pos="4320"/>
        </w:tabs>
        <w:ind w:left="4320" w:hanging="360"/>
      </w:pPr>
      <w:rPr>
        <w:rFonts w:ascii="Arial" w:hAnsi="Arial" w:hint="default"/>
      </w:rPr>
    </w:lvl>
    <w:lvl w:ilvl="6" w:tplc="3514A582" w:tentative="1">
      <w:start w:val="1"/>
      <w:numFmt w:val="bullet"/>
      <w:lvlText w:val="•"/>
      <w:lvlJc w:val="left"/>
      <w:pPr>
        <w:tabs>
          <w:tab w:val="num" w:pos="5040"/>
        </w:tabs>
        <w:ind w:left="5040" w:hanging="360"/>
      </w:pPr>
      <w:rPr>
        <w:rFonts w:ascii="Arial" w:hAnsi="Arial" w:hint="default"/>
      </w:rPr>
    </w:lvl>
    <w:lvl w:ilvl="7" w:tplc="0E42457E" w:tentative="1">
      <w:start w:val="1"/>
      <w:numFmt w:val="bullet"/>
      <w:lvlText w:val="•"/>
      <w:lvlJc w:val="left"/>
      <w:pPr>
        <w:tabs>
          <w:tab w:val="num" w:pos="5760"/>
        </w:tabs>
        <w:ind w:left="5760" w:hanging="360"/>
      </w:pPr>
      <w:rPr>
        <w:rFonts w:ascii="Arial" w:hAnsi="Arial" w:hint="default"/>
      </w:rPr>
    </w:lvl>
    <w:lvl w:ilvl="8" w:tplc="6C72B894"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4BCE5CBC"/>
    <w:multiLevelType w:val="hybridMultilevel"/>
    <w:tmpl w:val="CECE32CE"/>
    <w:lvl w:ilvl="0" w:tplc="6F768206">
      <w:start w:val="1"/>
      <w:numFmt w:val="bullet"/>
      <w:lvlText w:val="•"/>
      <w:lvlJc w:val="left"/>
      <w:pPr>
        <w:tabs>
          <w:tab w:val="num" w:pos="720"/>
        </w:tabs>
        <w:ind w:left="720" w:hanging="360"/>
      </w:pPr>
      <w:rPr>
        <w:rFonts w:ascii="Arial,Sans-Serif" w:hAnsi="Arial,Sans-Serif" w:hint="default"/>
      </w:rPr>
    </w:lvl>
    <w:lvl w:ilvl="1" w:tplc="92E27792" w:tentative="1">
      <w:start w:val="1"/>
      <w:numFmt w:val="bullet"/>
      <w:lvlText w:val="•"/>
      <w:lvlJc w:val="left"/>
      <w:pPr>
        <w:tabs>
          <w:tab w:val="num" w:pos="1440"/>
        </w:tabs>
        <w:ind w:left="1440" w:hanging="360"/>
      </w:pPr>
      <w:rPr>
        <w:rFonts w:ascii="Arial,Sans-Serif" w:hAnsi="Arial,Sans-Serif" w:hint="default"/>
      </w:rPr>
    </w:lvl>
    <w:lvl w:ilvl="2" w:tplc="900800C0" w:tentative="1">
      <w:start w:val="1"/>
      <w:numFmt w:val="bullet"/>
      <w:lvlText w:val="•"/>
      <w:lvlJc w:val="left"/>
      <w:pPr>
        <w:tabs>
          <w:tab w:val="num" w:pos="2160"/>
        </w:tabs>
        <w:ind w:left="2160" w:hanging="360"/>
      </w:pPr>
      <w:rPr>
        <w:rFonts w:ascii="Arial,Sans-Serif" w:hAnsi="Arial,Sans-Serif" w:hint="default"/>
      </w:rPr>
    </w:lvl>
    <w:lvl w:ilvl="3" w:tplc="087017DE" w:tentative="1">
      <w:start w:val="1"/>
      <w:numFmt w:val="bullet"/>
      <w:lvlText w:val="•"/>
      <w:lvlJc w:val="left"/>
      <w:pPr>
        <w:tabs>
          <w:tab w:val="num" w:pos="2880"/>
        </w:tabs>
        <w:ind w:left="2880" w:hanging="360"/>
      </w:pPr>
      <w:rPr>
        <w:rFonts w:ascii="Arial,Sans-Serif" w:hAnsi="Arial,Sans-Serif" w:hint="default"/>
      </w:rPr>
    </w:lvl>
    <w:lvl w:ilvl="4" w:tplc="E3945044" w:tentative="1">
      <w:start w:val="1"/>
      <w:numFmt w:val="bullet"/>
      <w:lvlText w:val="•"/>
      <w:lvlJc w:val="left"/>
      <w:pPr>
        <w:tabs>
          <w:tab w:val="num" w:pos="3600"/>
        </w:tabs>
        <w:ind w:left="3600" w:hanging="360"/>
      </w:pPr>
      <w:rPr>
        <w:rFonts w:ascii="Arial,Sans-Serif" w:hAnsi="Arial,Sans-Serif" w:hint="default"/>
      </w:rPr>
    </w:lvl>
    <w:lvl w:ilvl="5" w:tplc="971C767A" w:tentative="1">
      <w:start w:val="1"/>
      <w:numFmt w:val="bullet"/>
      <w:lvlText w:val="•"/>
      <w:lvlJc w:val="left"/>
      <w:pPr>
        <w:tabs>
          <w:tab w:val="num" w:pos="4320"/>
        </w:tabs>
        <w:ind w:left="4320" w:hanging="360"/>
      </w:pPr>
      <w:rPr>
        <w:rFonts w:ascii="Arial,Sans-Serif" w:hAnsi="Arial,Sans-Serif" w:hint="default"/>
      </w:rPr>
    </w:lvl>
    <w:lvl w:ilvl="6" w:tplc="808044B8" w:tentative="1">
      <w:start w:val="1"/>
      <w:numFmt w:val="bullet"/>
      <w:lvlText w:val="•"/>
      <w:lvlJc w:val="left"/>
      <w:pPr>
        <w:tabs>
          <w:tab w:val="num" w:pos="5040"/>
        </w:tabs>
        <w:ind w:left="5040" w:hanging="360"/>
      </w:pPr>
      <w:rPr>
        <w:rFonts w:ascii="Arial,Sans-Serif" w:hAnsi="Arial,Sans-Serif" w:hint="default"/>
      </w:rPr>
    </w:lvl>
    <w:lvl w:ilvl="7" w:tplc="A776E532" w:tentative="1">
      <w:start w:val="1"/>
      <w:numFmt w:val="bullet"/>
      <w:lvlText w:val="•"/>
      <w:lvlJc w:val="left"/>
      <w:pPr>
        <w:tabs>
          <w:tab w:val="num" w:pos="5760"/>
        </w:tabs>
        <w:ind w:left="5760" w:hanging="360"/>
      </w:pPr>
      <w:rPr>
        <w:rFonts w:ascii="Arial,Sans-Serif" w:hAnsi="Arial,Sans-Serif" w:hint="default"/>
      </w:rPr>
    </w:lvl>
    <w:lvl w:ilvl="8" w:tplc="4B3A513A" w:tentative="1">
      <w:start w:val="1"/>
      <w:numFmt w:val="bullet"/>
      <w:lvlText w:val="•"/>
      <w:lvlJc w:val="left"/>
      <w:pPr>
        <w:tabs>
          <w:tab w:val="num" w:pos="6480"/>
        </w:tabs>
        <w:ind w:left="6480" w:hanging="360"/>
      </w:pPr>
      <w:rPr>
        <w:rFonts w:ascii="Arial,Sans-Serif" w:hAnsi="Arial,Sans-Serif" w:hint="default"/>
      </w:rPr>
    </w:lvl>
  </w:abstractNum>
  <w:abstractNum w:abstractNumId="75" w15:restartNumberingAfterBreak="0">
    <w:nsid w:val="4CD97693"/>
    <w:multiLevelType w:val="hybridMultilevel"/>
    <w:tmpl w:val="53EA8E04"/>
    <w:lvl w:ilvl="0" w:tplc="91446D26">
      <w:start w:val="1"/>
      <w:numFmt w:val="bullet"/>
      <w:lvlText w:val="•"/>
      <w:lvlJc w:val="left"/>
      <w:pPr>
        <w:tabs>
          <w:tab w:val="num" w:pos="720"/>
        </w:tabs>
        <w:ind w:left="720" w:hanging="360"/>
      </w:pPr>
      <w:rPr>
        <w:rFonts w:ascii="Arial" w:hAnsi="Arial" w:hint="default"/>
      </w:rPr>
    </w:lvl>
    <w:lvl w:ilvl="1" w:tplc="BD1093B4">
      <w:start w:val="1"/>
      <w:numFmt w:val="bullet"/>
      <w:lvlText w:val="•"/>
      <w:lvlJc w:val="left"/>
      <w:pPr>
        <w:tabs>
          <w:tab w:val="num" w:pos="1440"/>
        </w:tabs>
        <w:ind w:left="1440" w:hanging="360"/>
      </w:pPr>
      <w:rPr>
        <w:rFonts w:ascii="Arial" w:hAnsi="Arial" w:hint="default"/>
      </w:rPr>
    </w:lvl>
    <w:lvl w:ilvl="2" w:tplc="0D84CBF6" w:tentative="1">
      <w:start w:val="1"/>
      <w:numFmt w:val="bullet"/>
      <w:lvlText w:val="•"/>
      <w:lvlJc w:val="left"/>
      <w:pPr>
        <w:tabs>
          <w:tab w:val="num" w:pos="2160"/>
        </w:tabs>
        <w:ind w:left="2160" w:hanging="360"/>
      </w:pPr>
      <w:rPr>
        <w:rFonts w:ascii="Arial" w:hAnsi="Arial" w:hint="default"/>
      </w:rPr>
    </w:lvl>
    <w:lvl w:ilvl="3" w:tplc="30BE43D8" w:tentative="1">
      <w:start w:val="1"/>
      <w:numFmt w:val="bullet"/>
      <w:lvlText w:val="•"/>
      <w:lvlJc w:val="left"/>
      <w:pPr>
        <w:tabs>
          <w:tab w:val="num" w:pos="2880"/>
        </w:tabs>
        <w:ind w:left="2880" w:hanging="360"/>
      </w:pPr>
      <w:rPr>
        <w:rFonts w:ascii="Arial" w:hAnsi="Arial" w:hint="default"/>
      </w:rPr>
    </w:lvl>
    <w:lvl w:ilvl="4" w:tplc="17C8D1E2" w:tentative="1">
      <w:start w:val="1"/>
      <w:numFmt w:val="bullet"/>
      <w:lvlText w:val="•"/>
      <w:lvlJc w:val="left"/>
      <w:pPr>
        <w:tabs>
          <w:tab w:val="num" w:pos="3600"/>
        </w:tabs>
        <w:ind w:left="3600" w:hanging="360"/>
      </w:pPr>
      <w:rPr>
        <w:rFonts w:ascii="Arial" w:hAnsi="Arial" w:hint="default"/>
      </w:rPr>
    </w:lvl>
    <w:lvl w:ilvl="5" w:tplc="8438B6DA" w:tentative="1">
      <w:start w:val="1"/>
      <w:numFmt w:val="bullet"/>
      <w:lvlText w:val="•"/>
      <w:lvlJc w:val="left"/>
      <w:pPr>
        <w:tabs>
          <w:tab w:val="num" w:pos="4320"/>
        </w:tabs>
        <w:ind w:left="4320" w:hanging="360"/>
      </w:pPr>
      <w:rPr>
        <w:rFonts w:ascii="Arial" w:hAnsi="Arial" w:hint="default"/>
      </w:rPr>
    </w:lvl>
    <w:lvl w:ilvl="6" w:tplc="7CE84E72" w:tentative="1">
      <w:start w:val="1"/>
      <w:numFmt w:val="bullet"/>
      <w:lvlText w:val="•"/>
      <w:lvlJc w:val="left"/>
      <w:pPr>
        <w:tabs>
          <w:tab w:val="num" w:pos="5040"/>
        </w:tabs>
        <w:ind w:left="5040" w:hanging="360"/>
      </w:pPr>
      <w:rPr>
        <w:rFonts w:ascii="Arial" w:hAnsi="Arial" w:hint="default"/>
      </w:rPr>
    </w:lvl>
    <w:lvl w:ilvl="7" w:tplc="F3222ABC" w:tentative="1">
      <w:start w:val="1"/>
      <w:numFmt w:val="bullet"/>
      <w:lvlText w:val="•"/>
      <w:lvlJc w:val="left"/>
      <w:pPr>
        <w:tabs>
          <w:tab w:val="num" w:pos="5760"/>
        </w:tabs>
        <w:ind w:left="5760" w:hanging="360"/>
      </w:pPr>
      <w:rPr>
        <w:rFonts w:ascii="Arial" w:hAnsi="Arial" w:hint="default"/>
      </w:rPr>
    </w:lvl>
    <w:lvl w:ilvl="8" w:tplc="FD1E27FE"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4F274DC2"/>
    <w:multiLevelType w:val="hybridMultilevel"/>
    <w:tmpl w:val="C6B21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174394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521C458F"/>
    <w:multiLevelType w:val="hybridMultilevel"/>
    <w:tmpl w:val="947002D4"/>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539950C9"/>
    <w:multiLevelType w:val="hybridMultilevel"/>
    <w:tmpl w:val="068C70BE"/>
    <w:lvl w:ilvl="0" w:tplc="B4768878">
      <w:start w:val="1"/>
      <w:numFmt w:val="bullet"/>
      <w:lvlText w:val="•"/>
      <w:lvlJc w:val="left"/>
      <w:pPr>
        <w:tabs>
          <w:tab w:val="num" w:pos="720"/>
        </w:tabs>
        <w:ind w:left="720" w:hanging="360"/>
      </w:pPr>
      <w:rPr>
        <w:rFonts w:ascii="Arial" w:hAnsi="Arial" w:hint="default"/>
      </w:rPr>
    </w:lvl>
    <w:lvl w:ilvl="1" w:tplc="0172BCC4" w:tentative="1">
      <w:start w:val="1"/>
      <w:numFmt w:val="bullet"/>
      <w:lvlText w:val="•"/>
      <w:lvlJc w:val="left"/>
      <w:pPr>
        <w:tabs>
          <w:tab w:val="num" w:pos="1440"/>
        </w:tabs>
        <w:ind w:left="1440" w:hanging="360"/>
      </w:pPr>
      <w:rPr>
        <w:rFonts w:ascii="Arial" w:hAnsi="Arial" w:hint="default"/>
      </w:rPr>
    </w:lvl>
    <w:lvl w:ilvl="2" w:tplc="2960BE28">
      <w:numFmt w:val="bullet"/>
      <w:lvlText w:val="•"/>
      <w:lvlJc w:val="left"/>
      <w:pPr>
        <w:tabs>
          <w:tab w:val="num" w:pos="2160"/>
        </w:tabs>
        <w:ind w:left="2160" w:hanging="360"/>
      </w:pPr>
      <w:rPr>
        <w:rFonts w:ascii="Arial" w:hAnsi="Arial" w:hint="default"/>
      </w:rPr>
    </w:lvl>
    <w:lvl w:ilvl="3" w:tplc="B9C079DC" w:tentative="1">
      <w:start w:val="1"/>
      <w:numFmt w:val="bullet"/>
      <w:lvlText w:val="•"/>
      <w:lvlJc w:val="left"/>
      <w:pPr>
        <w:tabs>
          <w:tab w:val="num" w:pos="2880"/>
        </w:tabs>
        <w:ind w:left="2880" w:hanging="360"/>
      </w:pPr>
      <w:rPr>
        <w:rFonts w:ascii="Arial" w:hAnsi="Arial" w:hint="default"/>
      </w:rPr>
    </w:lvl>
    <w:lvl w:ilvl="4" w:tplc="7D360F8A" w:tentative="1">
      <w:start w:val="1"/>
      <w:numFmt w:val="bullet"/>
      <w:lvlText w:val="•"/>
      <w:lvlJc w:val="left"/>
      <w:pPr>
        <w:tabs>
          <w:tab w:val="num" w:pos="3600"/>
        </w:tabs>
        <w:ind w:left="3600" w:hanging="360"/>
      </w:pPr>
      <w:rPr>
        <w:rFonts w:ascii="Arial" w:hAnsi="Arial" w:hint="default"/>
      </w:rPr>
    </w:lvl>
    <w:lvl w:ilvl="5" w:tplc="72129918" w:tentative="1">
      <w:start w:val="1"/>
      <w:numFmt w:val="bullet"/>
      <w:lvlText w:val="•"/>
      <w:lvlJc w:val="left"/>
      <w:pPr>
        <w:tabs>
          <w:tab w:val="num" w:pos="4320"/>
        </w:tabs>
        <w:ind w:left="4320" w:hanging="360"/>
      </w:pPr>
      <w:rPr>
        <w:rFonts w:ascii="Arial" w:hAnsi="Arial" w:hint="default"/>
      </w:rPr>
    </w:lvl>
    <w:lvl w:ilvl="6" w:tplc="928A3DB8" w:tentative="1">
      <w:start w:val="1"/>
      <w:numFmt w:val="bullet"/>
      <w:lvlText w:val="•"/>
      <w:lvlJc w:val="left"/>
      <w:pPr>
        <w:tabs>
          <w:tab w:val="num" w:pos="5040"/>
        </w:tabs>
        <w:ind w:left="5040" w:hanging="360"/>
      </w:pPr>
      <w:rPr>
        <w:rFonts w:ascii="Arial" w:hAnsi="Arial" w:hint="default"/>
      </w:rPr>
    </w:lvl>
    <w:lvl w:ilvl="7" w:tplc="18223E42" w:tentative="1">
      <w:start w:val="1"/>
      <w:numFmt w:val="bullet"/>
      <w:lvlText w:val="•"/>
      <w:lvlJc w:val="left"/>
      <w:pPr>
        <w:tabs>
          <w:tab w:val="num" w:pos="5760"/>
        </w:tabs>
        <w:ind w:left="5760" w:hanging="360"/>
      </w:pPr>
      <w:rPr>
        <w:rFonts w:ascii="Arial" w:hAnsi="Arial" w:hint="default"/>
      </w:rPr>
    </w:lvl>
    <w:lvl w:ilvl="8" w:tplc="CB9A4A30"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53E960B7"/>
    <w:multiLevelType w:val="hybridMultilevel"/>
    <w:tmpl w:val="EE8640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15:restartNumberingAfterBreak="0">
    <w:nsid w:val="53EF38FB"/>
    <w:multiLevelType w:val="hybridMultilevel"/>
    <w:tmpl w:val="58588614"/>
    <w:lvl w:ilvl="0" w:tplc="44BE912C">
      <w:start w:val="1"/>
      <w:numFmt w:val="decimal"/>
      <w:lvlText w:val="%1."/>
      <w:lvlJc w:val="left"/>
      <w:pPr>
        <w:tabs>
          <w:tab w:val="num" w:pos="720"/>
        </w:tabs>
        <w:ind w:left="720" w:hanging="360"/>
      </w:pPr>
    </w:lvl>
    <w:lvl w:ilvl="1" w:tplc="E634D6DA" w:tentative="1">
      <w:start w:val="1"/>
      <w:numFmt w:val="decimal"/>
      <w:lvlText w:val="%2."/>
      <w:lvlJc w:val="left"/>
      <w:pPr>
        <w:tabs>
          <w:tab w:val="num" w:pos="1440"/>
        </w:tabs>
        <w:ind w:left="1440" w:hanging="360"/>
      </w:pPr>
    </w:lvl>
    <w:lvl w:ilvl="2" w:tplc="FF26EAF2" w:tentative="1">
      <w:start w:val="1"/>
      <w:numFmt w:val="decimal"/>
      <w:lvlText w:val="%3."/>
      <w:lvlJc w:val="left"/>
      <w:pPr>
        <w:tabs>
          <w:tab w:val="num" w:pos="2160"/>
        </w:tabs>
        <w:ind w:left="2160" w:hanging="360"/>
      </w:pPr>
    </w:lvl>
    <w:lvl w:ilvl="3" w:tplc="D94E2352" w:tentative="1">
      <w:start w:val="1"/>
      <w:numFmt w:val="decimal"/>
      <w:lvlText w:val="%4."/>
      <w:lvlJc w:val="left"/>
      <w:pPr>
        <w:tabs>
          <w:tab w:val="num" w:pos="2880"/>
        </w:tabs>
        <w:ind w:left="2880" w:hanging="360"/>
      </w:pPr>
    </w:lvl>
    <w:lvl w:ilvl="4" w:tplc="43A43522" w:tentative="1">
      <w:start w:val="1"/>
      <w:numFmt w:val="decimal"/>
      <w:lvlText w:val="%5."/>
      <w:lvlJc w:val="left"/>
      <w:pPr>
        <w:tabs>
          <w:tab w:val="num" w:pos="3600"/>
        </w:tabs>
        <w:ind w:left="3600" w:hanging="360"/>
      </w:pPr>
    </w:lvl>
    <w:lvl w:ilvl="5" w:tplc="A8A41F94" w:tentative="1">
      <w:start w:val="1"/>
      <w:numFmt w:val="decimal"/>
      <w:lvlText w:val="%6."/>
      <w:lvlJc w:val="left"/>
      <w:pPr>
        <w:tabs>
          <w:tab w:val="num" w:pos="4320"/>
        </w:tabs>
        <w:ind w:left="4320" w:hanging="360"/>
      </w:pPr>
    </w:lvl>
    <w:lvl w:ilvl="6" w:tplc="F3B2921C" w:tentative="1">
      <w:start w:val="1"/>
      <w:numFmt w:val="decimal"/>
      <w:lvlText w:val="%7."/>
      <w:lvlJc w:val="left"/>
      <w:pPr>
        <w:tabs>
          <w:tab w:val="num" w:pos="5040"/>
        </w:tabs>
        <w:ind w:left="5040" w:hanging="360"/>
      </w:pPr>
    </w:lvl>
    <w:lvl w:ilvl="7" w:tplc="D81E7DDA" w:tentative="1">
      <w:start w:val="1"/>
      <w:numFmt w:val="decimal"/>
      <w:lvlText w:val="%8."/>
      <w:lvlJc w:val="left"/>
      <w:pPr>
        <w:tabs>
          <w:tab w:val="num" w:pos="5760"/>
        </w:tabs>
        <w:ind w:left="5760" w:hanging="360"/>
      </w:pPr>
    </w:lvl>
    <w:lvl w:ilvl="8" w:tplc="8176F582" w:tentative="1">
      <w:start w:val="1"/>
      <w:numFmt w:val="decimal"/>
      <w:lvlText w:val="%9."/>
      <w:lvlJc w:val="left"/>
      <w:pPr>
        <w:tabs>
          <w:tab w:val="num" w:pos="6480"/>
        </w:tabs>
        <w:ind w:left="6480" w:hanging="360"/>
      </w:pPr>
    </w:lvl>
  </w:abstractNum>
  <w:abstractNum w:abstractNumId="82" w15:restartNumberingAfterBreak="0">
    <w:nsid w:val="54E9468E"/>
    <w:multiLevelType w:val="hybridMultilevel"/>
    <w:tmpl w:val="0CD23F0E"/>
    <w:lvl w:ilvl="0" w:tplc="58AAF964">
      <w:start w:val="1"/>
      <w:numFmt w:val="bullet"/>
      <w:lvlText w:val="•"/>
      <w:lvlJc w:val="left"/>
      <w:pPr>
        <w:tabs>
          <w:tab w:val="num" w:pos="720"/>
        </w:tabs>
        <w:ind w:left="720" w:hanging="360"/>
      </w:pPr>
      <w:rPr>
        <w:rFonts w:ascii="Arial" w:hAnsi="Arial" w:hint="default"/>
      </w:rPr>
    </w:lvl>
    <w:lvl w:ilvl="1" w:tplc="FDDEBE5E">
      <w:start w:val="1"/>
      <w:numFmt w:val="bullet"/>
      <w:lvlText w:val="•"/>
      <w:lvlJc w:val="left"/>
      <w:pPr>
        <w:tabs>
          <w:tab w:val="num" w:pos="1440"/>
        </w:tabs>
        <w:ind w:left="1440" w:hanging="360"/>
      </w:pPr>
      <w:rPr>
        <w:rFonts w:ascii="Arial" w:hAnsi="Arial" w:hint="default"/>
      </w:rPr>
    </w:lvl>
    <w:lvl w:ilvl="2" w:tplc="8EAE26F8" w:tentative="1">
      <w:start w:val="1"/>
      <w:numFmt w:val="bullet"/>
      <w:lvlText w:val="•"/>
      <w:lvlJc w:val="left"/>
      <w:pPr>
        <w:tabs>
          <w:tab w:val="num" w:pos="2160"/>
        </w:tabs>
        <w:ind w:left="2160" w:hanging="360"/>
      </w:pPr>
      <w:rPr>
        <w:rFonts w:ascii="Arial" w:hAnsi="Arial" w:hint="default"/>
      </w:rPr>
    </w:lvl>
    <w:lvl w:ilvl="3" w:tplc="4EF69CFE" w:tentative="1">
      <w:start w:val="1"/>
      <w:numFmt w:val="bullet"/>
      <w:lvlText w:val="•"/>
      <w:lvlJc w:val="left"/>
      <w:pPr>
        <w:tabs>
          <w:tab w:val="num" w:pos="2880"/>
        </w:tabs>
        <w:ind w:left="2880" w:hanging="360"/>
      </w:pPr>
      <w:rPr>
        <w:rFonts w:ascii="Arial" w:hAnsi="Arial" w:hint="default"/>
      </w:rPr>
    </w:lvl>
    <w:lvl w:ilvl="4" w:tplc="5C325388" w:tentative="1">
      <w:start w:val="1"/>
      <w:numFmt w:val="bullet"/>
      <w:lvlText w:val="•"/>
      <w:lvlJc w:val="left"/>
      <w:pPr>
        <w:tabs>
          <w:tab w:val="num" w:pos="3600"/>
        </w:tabs>
        <w:ind w:left="3600" w:hanging="360"/>
      </w:pPr>
      <w:rPr>
        <w:rFonts w:ascii="Arial" w:hAnsi="Arial" w:hint="default"/>
      </w:rPr>
    </w:lvl>
    <w:lvl w:ilvl="5" w:tplc="D996DD9C" w:tentative="1">
      <w:start w:val="1"/>
      <w:numFmt w:val="bullet"/>
      <w:lvlText w:val="•"/>
      <w:lvlJc w:val="left"/>
      <w:pPr>
        <w:tabs>
          <w:tab w:val="num" w:pos="4320"/>
        </w:tabs>
        <w:ind w:left="4320" w:hanging="360"/>
      </w:pPr>
      <w:rPr>
        <w:rFonts w:ascii="Arial" w:hAnsi="Arial" w:hint="default"/>
      </w:rPr>
    </w:lvl>
    <w:lvl w:ilvl="6" w:tplc="59382494" w:tentative="1">
      <w:start w:val="1"/>
      <w:numFmt w:val="bullet"/>
      <w:lvlText w:val="•"/>
      <w:lvlJc w:val="left"/>
      <w:pPr>
        <w:tabs>
          <w:tab w:val="num" w:pos="5040"/>
        </w:tabs>
        <w:ind w:left="5040" w:hanging="360"/>
      </w:pPr>
      <w:rPr>
        <w:rFonts w:ascii="Arial" w:hAnsi="Arial" w:hint="default"/>
      </w:rPr>
    </w:lvl>
    <w:lvl w:ilvl="7" w:tplc="B6D228A4" w:tentative="1">
      <w:start w:val="1"/>
      <w:numFmt w:val="bullet"/>
      <w:lvlText w:val="•"/>
      <w:lvlJc w:val="left"/>
      <w:pPr>
        <w:tabs>
          <w:tab w:val="num" w:pos="5760"/>
        </w:tabs>
        <w:ind w:left="5760" w:hanging="360"/>
      </w:pPr>
      <w:rPr>
        <w:rFonts w:ascii="Arial" w:hAnsi="Arial" w:hint="default"/>
      </w:rPr>
    </w:lvl>
    <w:lvl w:ilvl="8" w:tplc="7F1E3ACE"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55252F9C"/>
    <w:multiLevelType w:val="hybridMultilevel"/>
    <w:tmpl w:val="47AE6FAA"/>
    <w:lvl w:ilvl="0" w:tplc="4BE64560">
      <w:start w:val="1"/>
      <w:numFmt w:val="bullet"/>
      <w:lvlText w:val="•"/>
      <w:lvlJc w:val="left"/>
      <w:pPr>
        <w:tabs>
          <w:tab w:val="num" w:pos="720"/>
        </w:tabs>
        <w:ind w:left="720" w:hanging="360"/>
      </w:pPr>
      <w:rPr>
        <w:rFonts w:ascii="Arial,Sans-Serif" w:hAnsi="Arial,Sans-Serif" w:hint="default"/>
      </w:rPr>
    </w:lvl>
    <w:lvl w:ilvl="1" w:tplc="031C8EFE" w:tentative="1">
      <w:start w:val="1"/>
      <w:numFmt w:val="bullet"/>
      <w:lvlText w:val="•"/>
      <w:lvlJc w:val="left"/>
      <w:pPr>
        <w:tabs>
          <w:tab w:val="num" w:pos="1440"/>
        </w:tabs>
        <w:ind w:left="1440" w:hanging="360"/>
      </w:pPr>
      <w:rPr>
        <w:rFonts w:ascii="Arial,Sans-Serif" w:hAnsi="Arial,Sans-Serif" w:hint="default"/>
      </w:rPr>
    </w:lvl>
    <w:lvl w:ilvl="2" w:tplc="295E7876" w:tentative="1">
      <w:start w:val="1"/>
      <w:numFmt w:val="bullet"/>
      <w:lvlText w:val="•"/>
      <w:lvlJc w:val="left"/>
      <w:pPr>
        <w:tabs>
          <w:tab w:val="num" w:pos="2160"/>
        </w:tabs>
        <w:ind w:left="2160" w:hanging="360"/>
      </w:pPr>
      <w:rPr>
        <w:rFonts w:ascii="Arial,Sans-Serif" w:hAnsi="Arial,Sans-Serif" w:hint="default"/>
      </w:rPr>
    </w:lvl>
    <w:lvl w:ilvl="3" w:tplc="B642981A" w:tentative="1">
      <w:start w:val="1"/>
      <w:numFmt w:val="bullet"/>
      <w:lvlText w:val="•"/>
      <w:lvlJc w:val="left"/>
      <w:pPr>
        <w:tabs>
          <w:tab w:val="num" w:pos="2880"/>
        </w:tabs>
        <w:ind w:left="2880" w:hanging="360"/>
      </w:pPr>
      <w:rPr>
        <w:rFonts w:ascii="Arial,Sans-Serif" w:hAnsi="Arial,Sans-Serif" w:hint="default"/>
      </w:rPr>
    </w:lvl>
    <w:lvl w:ilvl="4" w:tplc="B1D4B42A" w:tentative="1">
      <w:start w:val="1"/>
      <w:numFmt w:val="bullet"/>
      <w:lvlText w:val="•"/>
      <w:lvlJc w:val="left"/>
      <w:pPr>
        <w:tabs>
          <w:tab w:val="num" w:pos="3600"/>
        </w:tabs>
        <w:ind w:left="3600" w:hanging="360"/>
      </w:pPr>
      <w:rPr>
        <w:rFonts w:ascii="Arial,Sans-Serif" w:hAnsi="Arial,Sans-Serif" w:hint="default"/>
      </w:rPr>
    </w:lvl>
    <w:lvl w:ilvl="5" w:tplc="3B56D802" w:tentative="1">
      <w:start w:val="1"/>
      <w:numFmt w:val="bullet"/>
      <w:lvlText w:val="•"/>
      <w:lvlJc w:val="left"/>
      <w:pPr>
        <w:tabs>
          <w:tab w:val="num" w:pos="4320"/>
        </w:tabs>
        <w:ind w:left="4320" w:hanging="360"/>
      </w:pPr>
      <w:rPr>
        <w:rFonts w:ascii="Arial,Sans-Serif" w:hAnsi="Arial,Sans-Serif" w:hint="default"/>
      </w:rPr>
    </w:lvl>
    <w:lvl w:ilvl="6" w:tplc="5A2009A2" w:tentative="1">
      <w:start w:val="1"/>
      <w:numFmt w:val="bullet"/>
      <w:lvlText w:val="•"/>
      <w:lvlJc w:val="left"/>
      <w:pPr>
        <w:tabs>
          <w:tab w:val="num" w:pos="5040"/>
        </w:tabs>
        <w:ind w:left="5040" w:hanging="360"/>
      </w:pPr>
      <w:rPr>
        <w:rFonts w:ascii="Arial,Sans-Serif" w:hAnsi="Arial,Sans-Serif" w:hint="default"/>
      </w:rPr>
    </w:lvl>
    <w:lvl w:ilvl="7" w:tplc="FAB22B0C" w:tentative="1">
      <w:start w:val="1"/>
      <w:numFmt w:val="bullet"/>
      <w:lvlText w:val="•"/>
      <w:lvlJc w:val="left"/>
      <w:pPr>
        <w:tabs>
          <w:tab w:val="num" w:pos="5760"/>
        </w:tabs>
        <w:ind w:left="5760" w:hanging="360"/>
      </w:pPr>
      <w:rPr>
        <w:rFonts w:ascii="Arial,Sans-Serif" w:hAnsi="Arial,Sans-Serif" w:hint="default"/>
      </w:rPr>
    </w:lvl>
    <w:lvl w:ilvl="8" w:tplc="E8441E22" w:tentative="1">
      <w:start w:val="1"/>
      <w:numFmt w:val="bullet"/>
      <w:lvlText w:val="•"/>
      <w:lvlJc w:val="left"/>
      <w:pPr>
        <w:tabs>
          <w:tab w:val="num" w:pos="6480"/>
        </w:tabs>
        <w:ind w:left="6480" w:hanging="360"/>
      </w:pPr>
      <w:rPr>
        <w:rFonts w:ascii="Arial,Sans-Serif" w:hAnsi="Arial,Sans-Serif" w:hint="default"/>
      </w:rPr>
    </w:lvl>
  </w:abstractNum>
  <w:abstractNum w:abstractNumId="84" w15:restartNumberingAfterBreak="0">
    <w:nsid w:val="55A845A2"/>
    <w:multiLevelType w:val="hybridMultilevel"/>
    <w:tmpl w:val="526A3884"/>
    <w:lvl w:ilvl="0" w:tplc="91004268">
      <w:start w:val="1"/>
      <w:numFmt w:val="bullet"/>
      <w:lvlText w:val="•"/>
      <w:lvlJc w:val="left"/>
      <w:pPr>
        <w:tabs>
          <w:tab w:val="num" w:pos="720"/>
        </w:tabs>
        <w:ind w:left="720" w:hanging="360"/>
      </w:pPr>
      <w:rPr>
        <w:rFonts w:ascii="Arial" w:hAnsi="Arial" w:hint="default"/>
      </w:rPr>
    </w:lvl>
    <w:lvl w:ilvl="1" w:tplc="E91C65C4">
      <w:start w:val="1"/>
      <w:numFmt w:val="bullet"/>
      <w:lvlText w:val="•"/>
      <w:lvlJc w:val="left"/>
      <w:pPr>
        <w:tabs>
          <w:tab w:val="num" w:pos="1440"/>
        </w:tabs>
        <w:ind w:left="1440" w:hanging="360"/>
      </w:pPr>
      <w:rPr>
        <w:rFonts w:ascii="Arial" w:hAnsi="Arial" w:hint="default"/>
      </w:rPr>
    </w:lvl>
    <w:lvl w:ilvl="2" w:tplc="6B74BE78" w:tentative="1">
      <w:start w:val="1"/>
      <w:numFmt w:val="bullet"/>
      <w:lvlText w:val="•"/>
      <w:lvlJc w:val="left"/>
      <w:pPr>
        <w:tabs>
          <w:tab w:val="num" w:pos="2160"/>
        </w:tabs>
        <w:ind w:left="2160" w:hanging="360"/>
      </w:pPr>
      <w:rPr>
        <w:rFonts w:ascii="Arial" w:hAnsi="Arial" w:hint="default"/>
      </w:rPr>
    </w:lvl>
    <w:lvl w:ilvl="3" w:tplc="7CF40EA0" w:tentative="1">
      <w:start w:val="1"/>
      <w:numFmt w:val="bullet"/>
      <w:lvlText w:val="•"/>
      <w:lvlJc w:val="left"/>
      <w:pPr>
        <w:tabs>
          <w:tab w:val="num" w:pos="2880"/>
        </w:tabs>
        <w:ind w:left="2880" w:hanging="360"/>
      </w:pPr>
      <w:rPr>
        <w:rFonts w:ascii="Arial" w:hAnsi="Arial" w:hint="default"/>
      </w:rPr>
    </w:lvl>
    <w:lvl w:ilvl="4" w:tplc="4B627A72" w:tentative="1">
      <w:start w:val="1"/>
      <w:numFmt w:val="bullet"/>
      <w:lvlText w:val="•"/>
      <w:lvlJc w:val="left"/>
      <w:pPr>
        <w:tabs>
          <w:tab w:val="num" w:pos="3600"/>
        </w:tabs>
        <w:ind w:left="3600" w:hanging="360"/>
      </w:pPr>
      <w:rPr>
        <w:rFonts w:ascii="Arial" w:hAnsi="Arial" w:hint="default"/>
      </w:rPr>
    </w:lvl>
    <w:lvl w:ilvl="5" w:tplc="EC4EFBF2" w:tentative="1">
      <w:start w:val="1"/>
      <w:numFmt w:val="bullet"/>
      <w:lvlText w:val="•"/>
      <w:lvlJc w:val="left"/>
      <w:pPr>
        <w:tabs>
          <w:tab w:val="num" w:pos="4320"/>
        </w:tabs>
        <w:ind w:left="4320" w:hanging="360"/>
      </w:pPr>
      <w:rPr>
        <w:rFonts w:ascii="Arial" w:hAnsi="Arial" w:hint="default"/>
      </w:rPr>
    </w:lvl>
    <w:lvl w:ilvl="6" w:tplc="040A6058" w:tentative="1">
      <w:start w:val="1"/>
      <w:numFmt w:val="bullet"/>
      <w:lvlText w:val="•"/>
      <w:lvlJc w:val="left"/>
      <w:pPr>
        <w:tabs>
          <w:tab w:val="num" w:pos="5040"/>
        </w:tabs>
        <w:ind w:left="5040" w:hanging="360"/>
      </w:pPr>
      <w:rPr>
        <w:rFonts w:ascii="Arial" w:hAnsi="Arial" w:hint="default"/>
      </w:rPr>
    </w:lvl>
    <w:lvl w:ilvl="7" w:tplc="8474D920" w:tentative="1">
      <w:start w:val="1"/>
      <w:numFmt w:val="bullet"/>
      <w:lvlText w:val="•"/>
      <w:lvlJc w:val="left"/>
      <w:pPr>
        <w:tabs>
          <w:tab w:val="num" w:pos="5760"/>
        </w:tabs>
        <w:ind w:left="5760" w:hanging="360"/>
      </w:pPr>
      <w:rPr>
        <w:rFonts w:ascii="Arial" w:hAnsi="Arial" w:hint="default"/>
      </w:rPr>
    </w:lvl>
    <w:lvl w:ilvl="8" w:tplc="25684C12"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55C51C9B"/>
    <w:multiLevelType w:val="hybridMultilevel"/>
    <w:tmpl w:val="1B8C3B9E"/>
    <w:lvl w:ilvl="0" w:tplc="90767988">
      <w:start w:val="1"/>
      <w:numFmt w:val="bullet"/>
      <w:lvlText w:val="•"/>
      <w:lvlJc w:val="left"/>
      <w:pPr>
        <w:tabs>
          <w:tab w:val="num" w:pos="720"/>
        </w:tabs>
        <w:ind w:left="720" w:hanging="360"/>
      </w:pPr>
      <w:rPr>
        <w:rFonts w:ascii="Arial,Sans-Serif" w:hAnsi="Arial,Sans-Serif" w:hint="default"/>
      </w:rPr>
    </w:lvl>
    <w:lvl w:ilvl="1" w:tplc="C254A212" w:tentative="1">
      <w:start w:val="1"/>
      <w:numFmt w:val="bullet"/>
      <w:lvlText w:val="•"/>
      <w:lvlJc w:val="left"/>
      <w:pPr>
        <w:tabs>
          <w:tab w:val="num" w:pos="1440"/>
        </w:tabs>
        <w:ind w:left="1440" w:hanging="360"/>
      </w:pPr>
      <w:rPr>
        <w:rFonts w:ascii="Arial,Sans-Serif" w:hAnsi="Arial,Sans-Serif" w:hint="default"/>
      </w:rPr>
    </w:lvl>
    <w:lvl w:ilvl="2" w:tplc="2FDEB65E" w:tentative="1">
      <w:start w:val="1"/>
      <w:numFmt w:val="bullet"/>
      <w:lvlText w:val="•"/>
      <w:lvlJc w:val="left"/>
      <w:pPr>
        <w:tabs>
          <w:tab w:val="num" w:pos="2160"/>
        </w:tabs>
        <w:ind w:left="2160" w:hanging="360"/>
      </w:pPr>
      <w:rPr>
        <w:rFonts w:ascii="Arial,Sans-Serif" w:hAnsi="Arial,Sans-Serif" w:hint="default"/>
      </w:rPr>
    </w:lvl>
    <w:lvl w:ilvl="3" w:tplc="E1D072F0" w:tentative="1">
      <w:start w:val="1"/>
      <w:numFmt w:val="bullet"/>
      <w:lvlText w:val="•"/>
      <w:lvlJc w:val="left"/>
      <w:pPr>
        <w:tabs>
          <w:tab w:val="num" w:pos="2880"/>
        </w:tabs>
        <w:ind w:left="2880" w:hanging="360"/>
      </w:pPr>
      <w:rPr>
        <w:rFonts w:ascii="Arial,Sans-Serif" w:hAnsi="Arial,Sans-Serif" w:hint="default"/>
      </w:rPr>
    </w:lvl>
    <w:lvl w:ilvl="4" w:tplc="D752F9B2" w:tentative="1">
      <w:start w:val="1"/>
      <w:numFmt w:val="bullet"/>
      <w:lvlText w:val="•"/>
      <w:lvlJc w:val="left"/>
      <w:pPr>
        <w:tabs>
          <w:tab w:val="num" w:pos="3600"/>
        </w:tabs>
        <w:ind w:left="3600" w:hanging="360"/>
      </w:pPr>
      <w:rPr>
        <w:rFonts w:ascii="Arial,Sans-Serif" w:hAnsi="Arial,Sans-Serif" w:hint="default"/>
      </w:rPr>
    </w:lvl>
    <w:lvl w:ilvl="5" w:tplc="DBE6C7B8" w:tentative="1">
      <w:start w:val="1"/>
      <w:numFmt w:val="bullet"/>
      <w:lvlText w:val="•"/>
      <w:lvlJc w:val="left"/>
      <w:pPr>
        <w:tabs>
          <w:tab w:val="num" w:pos="4320"/>
        </w:tabs>
        <w:ind w:left="4320" w:hanging="360"/>
      </w:pPr>
      <w:rPr>
        <w:rFonts w:ascii="Arial,Sans-Serif" w:hAnsi="Arial,Sans-Serif" w:hint="default"/>
      </w:rPr>
    </w:lvl>
    <w:lvl w:ilvl="6" w:tplc="985A5792" w:tentative="1">
      <w:start w:val="1"/>
      <w:numFmt w:val="bullet"/>
      <w:lvlText w:val="•"/>
      <w:lvlJc w:val="left"/>
      <w:pPr>
        <w:tabs>
          <w:tab w:val="num" w:pos="5040"/>
        </w:tabs>
        <w:ind w:left="5040" w:hanging="360"/>
      </w:pPr>
      <w:rPr>
        <w:rFonts w:ascii="Arial,Sans-Serif" w:hAnsi="Arial,Sans-Serif" w:hint="default"/>
      </w:rPr>
    </w:lvl>
    <w:lvl w:ilvl="7" w:tplc="FEA48188" w:tentative="1">
      <w:start w:val="1"/>
      <w:numFmt w:val="bullet"/>
      <w:lvlText w:val="•"/>
      <w:lvlJc w:val="left"/>
      <w:pPr>
        <w:tabs>
          <w:tab w:val="num" w:pos="5760"/>
        </w:tabs>
        <w:ind w:left="5760" w:hanging="360"/>
      </w:pPr>
      <w:rPr>
        <w:rFonts w:ascii="Arial,Sans-Serif" w:hAnsi="Arial,Sans-Serif" w:hint="default"/>
      </w:rPr>
    </w:lvl>
    <w:lvl w:ilvl="8" w:tplc="B622E5CC" w:tentative="1">
      <w:start w:val="1"/>
      <w:numFmt w:val="bullet"/>
      <w:lvlText w:val="•"/>
      <w:lvlJc w:val="left"/>
      <w:pPr>
        <w:tabs>
          <w:tab w:val="num" w:pos="6480"/>
        </w:tabs>
        <w:ind w:left="6480" w:hanging="360"/>
      </w:pPr>
      <w:rPr>
        <w:rFonts w:ascii="Arial,Sans-Serif" w:hAnsi="Arial,Sans-Serif" w:hint="default"/>
      </w:rPr>
    </w:lvl>
  </w:abstractNum>
  <w:abstractNum w:abstractNumId="86" w15:restartNumberingAfterBreak="0">
    <w:nsid w:val="582709E0"/>
    <w:multiLevelType w:val="hybridMultilevel"/>
    <w:tmpl w:val="109804C2"/>
    <w:lvl w:ilvl="0" w:tplc="BF8031CC">
      <w:start w:val="1"/>
      <w:numFmt w:val="decimal"/>
      <w:lvlText w:val="%1."/>
      <w:lvlJc w:val="left"/>
      <w:pPr>
        <w:tabs>
          <w:tab w:val="num" w:pos="720"/>
        </w:tabs>
        <w:ind w:left="720" w:hanging="360"/>
      </w:pPr>
    </w:lvl>
    <w:lvl w:ilvl="1" w:tplc="D4A08672">
      <w:start w:val="1"/>
      <w:numFmt w:val="lowerLetter"/>
      <w:lvlText w:val="%2)"/>
      <w:lvlJc w:val="left"/>
      <w:pPr>
        <w:tabs>
          <w:tab w:val="num" w:pos="1440"/>
        </w:tabs>
        <w:ind w:left="1440" w:hanging="360"/>
      </w:pPr>
    </w:lvl>
    <w:lvl w:ilvl="2" w:tplc="61CA068A" w:tentative="1">
      <w:start w:val="1"/>
      <w:numFmt w:val="decimal"/>
      <w:lvlText w:val="%3."/>
      <w:lvlJc w:val="left"/>
      <w:pPr>
        <w:tabs>
          <w:tab w:val="num" w:pos="2160"/>
        </w:tabs>
        <w:ind w:left="2160" w:hanging="360"/>
      </w:pPr>
    </w:lvl>
    <w:lvl w:ilvl="3" w:tplc="25383CAA" w:tentative="1">
      <w:start w:val="1"/>
      <w:numFmt w:val="decimal"/>
      <w:lvlText w:val="%4."/>
      <w:lvlJc w:val="left"/>
      <w:pPr>
        <w:tabs>
          <w:tab w:val="num" w:pos="2880"/>
        </w:tabs>
        <w:ind w:left="2880" w:hanging="360"/>
      </w:pPr>
    </w:lvl>
    <w:lvl w:ilvl="4" w:tplc="95B6E810" w:tentative="1">
      <w:start w:val="1"/>
      <w:numFmt w:val="decimal"/>
      <w:lvlText w:val="%5."/>
      <w:lvlJc w:val="left"/>
      <w:pPr>
        <w:tabs>
          <w:tab w:val="num" w:pos="3600"/>
        </w:tabs>
        <w:ind w:left="3600" w:hanging="360"/>
      </w:pPr>
    </w:lvl>
    <w:lvl w:ilvl="5" w:tplc="2F88C766" w:tentative="1">
      <w:start w:val="1"/>
      <w:numFmt w:val="decimal"/>
      <w:lvlText w:val="%6."/>
      <w:lvlJc w:val="left"/>
      <w:pPr>
        <w:tabs>
          <w:tab w:val="num" w:pos="4320"/>
        </w:tabs>
        <w:ind w:left="4320" w:hanging="360"/>
      </w:pPr>
    </w:lvl>
    <w:lvl w:ilvl="6" w:tplc="24AA04C6" w:tentative="1">
      <w:start w:val="1"/>
      <w:numFmt w:val="decimal"/>
      <w:lvlText w:val="%7."/>
      <w:lvlJc w:val="left"/>
      <w:pPr>
        <w:tabs>
          <w:tab w:val="num" w:pos="5040"/>
        </w:tabs>
        <w:ind w:left="5040" w:hanging="360"/>
      </w:pPr>
    </w:lvl>
    <w:lvl w:ilvl="7" w:tplc="5F605DC2" w:tentative="1">
      <w:start w:val="1"/>
      <w:numFmt w:val="decimal"/>
      <w:lvlText w:val="%8."/>
      <w:lvlJc w:val="left"/>
      <w:pPr>
        <w:tabs>
          <w:tab w:val="num" w:pos="5760"/>
        </w:tabs>
        <w:ind w:left="5760" w:hanging="360"/>
      </w:pPr>
    </w:lvl>
    <w:lvl w:ilvl="8" w:tplc="6EFC4D4E" w:tentative="1">
      <w:start w:val="1"/>
      <w:numFmt w:val="decimal"/>
      <w:lvlText w:val="%9."/>
      <w:lvlJc w:val="left"/>
      <w:pPr>
        <w:tabs>
          <w:tab w:val="num" w:pos="6480"/>
        </w:tabs>
        <w:ind w:left="6480" w:hanging="360"/>
      </w:pPr>
    </w:lvl>
  </w:abstractNum>
  <w:abstractNum w:abstractNumId="87" w15:restartNumberingAfterBreak="0">
    <w:nsid w:val="58E92872"/>
    <w:multiLevelType w:val="hybridMultilevel"/>
    <w:tmpl w:val="B99AD9F8"/>
    <w:lvl w:ilvl="0" w:tplc="A70ABA5C">
      <w:start w:val="1"/>
      <w:numFmt w:val="bullet"/>
      <w:lvlText w:val="•"/>
      <w:lvlJc w:val="left"/>
      <w:pPr>
        <w:tabs>
          <w:tab w:val="num" w:pos="720"/>
        </w:tabs>
        <w:ind w:left="720" w:hanging="360"/>
      </w:pPr>
      <w:rPr>
        <w:rFonts w:ascii="Arial,Sans-Serif" w:hAnsi="Arial,Sans-Serif" w:hint="default"/>
      </w:rPr>
    </w:lvl>
    <w:lvl w:ilvl="1" w:tplc="F2C8A35A" w:tentative="1">
      <w:start w:val="1"/>
      <w:numFmt w:val="bullet"/>
      <w:lvlText w:val="•"/>
      <w:lvlJc w:val="left"/>
      <w:pPr>
        <w:tabs>
          <w:tab w:val="num" w:pos="1440"/>
        </w:tabs>
        <w:ind w:left="1440" w:hanging="360"/>
      </w:pPr>
      <w:rPr>
        <w:rFonts w:ascii="Arial,Sans-Serif" w:hAnsi="Arial,Sans-Serif" w:hint="default"/>
      </w:rPr>
    </w:lvl>
    <w:lvl w:ilvl="2" w:tplc="46302C10" w:tentative="1">
      <w:start w:val="1"/>
      <w:numFmt w:val="bullet"/>
      <w:lvlText w:val="•"/>
      <w:lvlJc w:val="left"/>
      <w:pPr>
        <w:tabs>
          <w:tab w:val="num" w:pos="2160"/>
        </w:tabs>
        <w:ind w:left="2160" w:hanging="360"/>
      </w:pPr>
      <w:rPr>
        <w:rFonts w:ascii="Arial,Sans-Serif" w:hAnsi="Arial,Sans-Serif" w:hint="default"/>
      </w:rPr>
    </w:lvl>
    <w:lvl w:ilvl="3" w:tplc="AE9AF932" w:tentative="1">
      <w:start w:val="1"/>
      <w:numFmt w:val="bullet"/>
      <w:lvlText w:val="•"/>
      <w:lvlJc w:val="left"/>
      <w:pPr>
        <w:tabs>
          <w:tab w:val="num" w:pos="2880"/>
        </w:tabs>
        <w:ind w:left="2880" w:hanging="360"/>
      </w:pPr>
      <w:rPr>
        <w:rFonts w:ascii="Arial,Sans-Serif" w:hAnsi="Arial,Sans-Serif" w:hint="default"/>
      </w:rPr>
    </w:lvl>
    <w:lvl w:ilvl="4" w:tplc="A3C8D6B4" w:tentative="1">
      <w:start w:val="1"/>
      <w:numFmt w:val="bullet"/>
      <w:lvlText w:val="•"/>
      <w:lvlJc w:val="left"/>
      <w:pPr>
        <w:tabs>
          <w:tab w:val="num" w:pos="3600"/>
        </w:tabs>
        <w:ind w:left="3600" w:hanging="360"/>
      </w:pPr>
      <w:rPr>
        <w:rFonts w:ascii="Arial,Sans-Serif" w:hAnsi="Arial,Sans-Serif" w:hint="default"/>
      </w:rPr>
    </w:lvl>
    <w:lvl w:ilvl="5" w:tplc="74CC40F6" w:tentative="1">
      <w:start w:val="1"/>
      <w:numFmt w:val="bullet"/>
      <w:lvlText w:val="•"/>
      <w:lvlJc w:val="left"/>
      <w:pPr>
        <w:tabs>
          <w:tab w:val="num" w:pos="4320"/>
        </w:tabs>
        <w:ind w:left="4320" w:hanging="360"/>
      </w:pPr>
      <w:rPr>
        <w:rFonts w:ascii="Arial,Sans-Serif" w:hAnsi="Arial,Sans-Serif" w:hint="default"/>
      </w:rPr>
    </w:lvl>
    <w:lvl w:ilvl="6" w:tplc="A56EFCF4" w:tentative="1">
      <w:start w:val="1"/>
      <w:numFmt w:val="bullet"/>
      <w:lvlText w:val="•"/>
      <w:lvlJc w:val="left"/>
      <w:pPr>
        <w:tabs>
          <w:tab w:val="num" w:pos="5040"/>
        </w:tabs>
        <w:ind w:left="5040" w:hanging="360"/>
      </w:pPr>
      <w:rPr>
        <w:rFonts w:ascii="Arial,Sans-Serif" w:hAnsi="Arial,Sans-Serif" w:hint="default"/>
      </w:rPr>
    </w:lvl>
    <w:lvl w:ilvl="7" w:tplc="DCBC97C6" w:tentative="1">
      <w:start w:val="1"/>
      <w:numFmt w:val="bullet"/>
      <w:lvlText w:val="•"/>
      <w:lvlJc w:val="left"/>
      <w:pPr>
        <w:tabs>
          <w:tab w:val="num" w:pos="5760"/>
        </w:tabs>
        <w:ind w:left="5760" w:hanging="360"/>
      </w:pPr>
      <w:rPr>
        <w:rFonts w:ascii="Arial,Sans-Serif" w:hAnsi="Arial,Sans-Serif" w:hint="default"/>
      </w:rPr>
    </w:lvl>
    <w:lvl w:ilvl="8" w:tplc="10086E8E" w:tentative="1">
      <w:start w:val="1"/>
      <w:numFmt w:val="bullet"/>
      <w:lvlText w:val="•"/>
      <w:lvlJc w:val="left"/>
      <w:pPr>
        <w:tabs>
          <w:tab w:val="num" w:pos="6480"/>
        </w:tabs>
        <w:ind w:left="6480" w:hanging="360"/>
      </w:pPr>
      <w:rPr>
        <w:rFonts w:ascii="Arial,Sans-Serif" w:hAnsi="Arial,Sans-Serif" w:hint="default"/>
      </w:rPr>
    </w:lvl>
  </w:abstractNum>
  <w:abstractNum w:abstractNumId="88" w15:restartNumberingAfterBreak="0">
    <w:nsid w:val="5A4D74EF"/>
    <w:multiLevelType w:val="hybridMultilevel"/>
    <w:tmpl w:val="910E51F0"/>
    <w:lvl w:ilvl="0" w:tplc="F64A1F7C">
      <w:start w:val="1"/>
      <w:numFmt w:val="bullet"/>
      <w:lvlText w:val="•"/>
      <w:lvlJc w:val="left"/>
      <w:pPr>
        <w:tabs>
          <w:tab w:val="num" w:pos="720"/>
        </w:tabs>
        <w:ind w:left="720" w:hanging="360"/>
      </w:pPr>
      <w:rPr>
        <w:rFonts w:ascii="Arial" w:hAnsi="Arial" w:hint="default"/>
      </w:rPr>
    </w:lvl>
    <w:lvl w:ilvl="1" w:tplc="4B3C952C" w:tentative="1">
      <w:start w:val="1"/>
      <w:numFmt w:val="bullet"/>
      <w:lvlText w:val="•"/>
      <w:lvlJc w:val="left"/>
      <w:pPr>
        <w:tabs>
          <w:tab w:val="num" w:pos="1440"/>
        </w:tabs>
        <w:ind w:left="1440" w:hanging="360"/>
      </w:pPr>
      <w:rPr>
        <w:rFonts w:ascii="Arial" w:hAnsi="Arial" w:hint="default"/>
      </w:rPr>
    </w:lvl>
    <w:lvl w:ilvl="2" w:tplc="3E72E58C" w:tentative="1">
      <w:start w:val="1"/>
      <w:numFmt w:val="bullet"/>
      <w:lvlText w:val="•"/>
      <w:lvlJc w:val="left"/>
      <w:pPr>
        <w:tabs>
          <w:tab w:val="num" w:pos="2160"/>
        </w:tabs>
        <w:ind w:left="2160" w:hanging="360"/>
      </w:pPr>
      <w:rPr>
        <w:rFonts w:ascii="Arial" w:hAnsi="Arial" w:hint="default"/>
      </w:rPr>
    </w:lvl>
    <w:lvl w:ilvl="3" w:tplc="AECEC264" w:tentative="1">
      <w:start w:val="1"/>
      <w:numFmt w:val="bullet"/>
      <w:lvlText w:val="•"/>
      <w:lvlJc w:val="left"/>
      <w:pPr>
        <w:tabs>
          <w:tab w:val="num" w:pos="2880"/>
        </w:tabs>
        <w:ind w:left="2880" w:hanging="360"/>
      </w:pPr>
      <w:rPr>
        <w:rFonts w:ascii="Arial" w:hAnsi="Arial" w:hint="default"/>
      </w:rPr>
    </w:lvl>
    <w:lvl w:ilvl="4" w:tplc="0F1628E2" w:tentative="1">
      <w:start w:val="1"/>
      <w:numFmt w:val="bullet"/>
      <w:lvlText w:val="•"/>
      <w:lvlJc w:val="left"/>
      <w:pPr>
        <w:tabs>
          <w:tab w:val="num" w:pos="3600"/>
        </w:tabs>
        <w:ind w:left="3600" w:hanging="360"/>
      </w:pPr>
      <w:rPr>
        <w:rFonts w:ascii="Arial" w:hAnsi="Arial" w:hint="default"/>
      </w:rPr>
    </w:lvl>
    <w:lvl w:ilvl="5" w:tplc="E560576C" w:tentative="1">
      <w:start w:val="1"/>
      <w:numFmt w:val="bullet"/>
      <w:lvlText w:val="•"/>
      <w:lvlJc w:val="left"/>
      <w:pPr>
        <w:tabs>
          <w:tab w:val="num" w:pos="4320"/>
        </w:tabs>
        <w:ind w:left="4320" w:hanging="360"/>
      </w:pPr>
      <w:rPr>
        <w:rFonts w:ascii="Arial" w:hAnsi="Arial" w:hint="default"/>
      </w:rPr>
    </w:lvl>
    <w:lvl w:ilvl="6" w:tplc="44225DF4" w:tentative="1">
      <w:start w:val="1"/>
      <w:numFmt w:val="bullet"/>
      <w:lvlText w:val="•"/>
      <w:lvlJc w:val="left"/>
      <w:pPr>
        <w:tabs>
          <w:tab w:val="num" w:pos="5040"/>
        </w:tabs>
        <w:ind w:left="5040" w:hanging="360"/>
      </w:pPr>
      <w:rPr>
        <w:rFonts w:ascii="Arial" w:hAnsi="Arial" w:hint="default"/>
      </w:rPr>
    </w:lvl>
    <w:lvl w:ilvl="7" w:tplc="E5708C12" w:tentative="1">
      <w:start w:val="1"/>
      <w:numFmt w:val="bullet"/>
      <w:lvlText w:val="•"/>
      <w:lvlJc w:val="left"/>
      <w:pPr>
        <w:tabs>
          <w:tab w:val="num" w:pos="5760"/>
        </w:tabs>
        <w:ind w:left="5760" w:hanging="360"/>
      </w:pPr>
      <w:rPr>
        <w:rFonts w:ascii="Arial" w:hAnsi="Arial" w:hint="default"/>
      </w:rPr>
    </w:lvl>
    <w:lvl w:ilvl="8" w:tplc="F23A318C"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AC20BE7"/>
    <w:multiLevelType w:val="hybridMultilevel"/>
    <w:tmpl w:val="9CD64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BC01903"/>
    <w:multiLevelType w:val="hybridMultilevel"/>
    <w:tmpl w:val="911429B0"/>
    <w:lvl w:ilvl="0" w:tplc="8AB6D000">
      <w:start w:val="1"/>
      <w:numFmt w:val="bullet"/>
      <w:lvlText w:val="•"/>
      <w:lvlJc w:val="left"/>
      <w:pPr>
        <w:tabs>
          <w:tab w:val="num" w:pos="720"/>
        </w:tabs>
        <w:ind w:left="720" w:hanging="360"/>
      </w:pPr>
      <w:rPr>
        <w:rFonts w:ascii="Arial" w:hAnsi="Arial" w:hint="default"/>
      </w:rPr>
    </w:lvl>
    <w:lvl w:ilvl="1" w:tplc="4DFC539C" w:tentative="1">
      <w:start w:val="1"/>
      <w:numFmt w:val="bullet"/>
      <w:lvlText w:val="•"/>
      <w:lvlJc w:val="left"/>
      <w:pPr>
        <w:tabs>
          <w:tab w:val="num" w:pos="1440"/>
        </w:tabs>
        <w:ind w:left="1440" w:hanging="360"/>
      </w:pPr>
      <w:rPr>
        <w:rFonts w:ascii="Arial" w:hAnsi="Arial" w:hint="default"/>
      </w:rPr>
    </w:lvl>
    <w:lvl w:ilvl="2" w:tplc="E98093C8" w:tentative="1">
      <w:start w:val="1"/>
      <w:numFmt w:val="bullet"/>
      <w:lvlText w:val="•"/>
      <w:lvlJc w:val="left"/>
      <w:pPr>
        <w:tabs>
          <w:tab w:val="num" w:pos="2160"/>
        </w:tabs>
        <w:ind w:left="2160" w:hanging="360"/>
      </w:pPr>
      <w:rPr>
        <w:rFonts w:ascii="Arial" w:hAnsi="Arial" w:hint="default"/>
      </w:rPr>
    </w:lvl>
    <w:lvl w:ilvl="3" w:tplc="F4642760" w:tentative="1">
      <w:start w:val="1"/>
      <w:numFmt w:val="bullet"/>
      <w:lvlText w:val="•"/>
      <w:lvlJc w:val="left"/>
      <w:pPr>
        <w:tabs>
          <w:tab w:val="num" w:pos="2880"/>
        </w:tabs>
        <w:ind w:left="2880" w:hanging="360"/>
      </w:pPr>
      <w:rPr>
        <w:rFonts w:ascii="Arial" w:hAnsi="Arial" w:hint="default"/>
      </w:rPr>
    </w:lvl>
    <w:lvl w:ilvl="4" w:tplc="EEFCBB0C" w:tentative="1">
      <w:start w:val="1"/>
      <w:numFmt w:val="bullet"/>
      <w:lvlText w:val="•"/>
      <w:lvlJc w:val="left"/>
      <w:pPr>
        <w:tabs>
          <w:tab w:val="num" w:pos="3600"/>
        </w:tabs>
        <w:ind w:left="3600" w:hanging="360"/>
      </w:pPr>
      <w:rPr>
        <w:rFonts w:ascii="Arial" w:hAnsi="Arial" w:hint="default"/>
      </w:rPr>
    </w:lvl>
    <w:lvl w:ilvl="5" w:tplc="2FCAC870" w:tentative="1">
      <w:start w:val="1"/>
      <w:numFmt w:val="bullet"/>
      <w:lvlText w:val="•"/>
      <w:lvlJc w:val="left"/>
      <w:pPr>
        <w:tabs>
          <w:tab w:val="num" w:pos="4320"/>
        </w:tabs>
        <w:ind w:left="4320" w:hanging="360"/>
      </w:pPr>
      <w:rPr>
        <w:rFonts w:ascii="Arial" w:hAnsi="Arial" w:hint="default"/>
      </w:rPr>
    </w:lvl>
    <w:lvl w:ilvl="6" w:tplc="0BF054E2" w:tentative="1">
      <w:start w:val="1"/>
      <w:numFmt w:val="bullet"/>
      <w:lvlText w:val="•"/>
      <w:lvlJc w:val="left"/>
      <w:pPr>
        <w:tabs>
          <w:tab w:val="num" w:pos="5040"/>
        </w:tabs>
        <w:ind w:left="5040" w:hanging="360"/>
      </w:pPr>
      <w:rPr>
        <w:rFonts w:ascii="Arial" w:hAnsi="Arial" w:hint="default"/>
      </w:rPr>
    </w:lvl>
    <w:lvl w:ilvl="7" w:tplc="E404F116" w:tentative="1">
      <w:start w:val="1"/>
      <w:numFmt w:val="bullet"/>
      <w:lvlText w:val="•"/>
      <w:lvlJc w:val="left"/>
      <w:pPr>
        <w:tabs>
          <w:tab w:val="num" w:pos="5760"/>
        </w:tabs>
        <w:ind w:left="5760" w:hanging="360"/>
      </w:pPr>
      <w:rPr>
        <w:rFonts w:ascii="Arial" w:hAnsi="Arial" w:hint="default"/>
      </w:rPr>
    </w:lvl>
    <w:lvl w:ilvl="8" w:tplc="739A46BE"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5C5E3A90"/>
    <w:multiLevelType w:val="hybridMultilevel"/>
    <w:tmpl w:val="E9FE538E"/>
    <w:lvl w:ilvl="0" w:tplc="CFE2C36A">
      <w:start w:val="1"/>
      <w:numFmt w:val="bullet"/>
      <w:lvlText w:val="•"/>
      <w:lvlJc w:val="left"/>
      <w:pPr>
        <w:tabs>
          <w:tab w:val="num" w:pos="720"/>
        </w:tabs>
        <w:ind w:left="720" w:hanging="360"/>
      </w:pPr>
      <w:rPr>
        <w:rFonts w:ascii="Arial" w:hAnsi="Arial" w:hint="default"/>
      </w:rPr>
    </w:lvl>
    <w:lvl w:ilvl="1" w:tplc="2C422B18">
      <w:start w:val="1"/>
      <w:numFmt w:val="bullet"/>
      <w:lvlText w:val="•"/>
      <w:lvlJc w:val="left"/>
      <w:pPr>
        <w:tabs>
          <w:tab w:val="num" w:pos="1440"/>
        </w:tabs>
        <w:ind w:left="1440" w:hanging="360"/>
      </w:pPr>
      <w:rPr>
        <w:rFonts w:ascii="Arial" w:hAnsi="Arial" w:hint="default"/>
      </w:rPr>
    </w:lvl>
    <w:lvl w:ilvl="2" w:tplc="B9A4669C" w:tentative="1">
      <w:start w:val="1"/>
      <w:numFmt w:val="bullet"/>
      <w:lvlText w:val="•"/>
      <w:lvlJc w:val="left"/>
      <w:pPr>
        <w:tabs>
          <w:tab w:val="num" w:pos="2160"/>
        </w:tabs>
        <w:ind w:left="2160" w:hanging="360"/>
      </w:pPr>
      <w:rPr>
        <w:rFonts w:ascii="Arial" w:hAnsi="Arial" w:hint="default"/>
      </w:rPr>
    </w:lvl>
    <w:lvl w:ilvl="3" w:tplc="F0BE3486" w:tentative="1">
      <w:start w:val="1"/>
      <w:numFmt w:val="bullet"/>
      <w:lvlText w:val="•"/>
      <w:lvlJc w:val="left"/>
      <w:pPr>
        <w:tabs>
          <w:tab w:val="num" w:pos="2880"/>
        </w:tabs>
        <w:ind w:left="2880" w:hanging="360"/>
      </w:pPr>
      <w:rPr>
        <w:rFonts w:ascii="Arial" w:hAnsi="Arial" w:hint="default"/>
      </w:rPr>
    </w:lvl>
    <w:lvl w:ilvl="4" w:tplc="4AA64596" w:tentative="1">
      <w:start w:val="1"/>
      <w:numFmt w:val="bullet"/>
      <w:lvlText w:val="•"/>
      <w:lvlJc w:val="left"/>
      <w:pPr>
        <w:tabs>
          <w:tab w:val="num" w:pos="3600"/>
        </w:tabs>
        <w:ind w:left="3600" w:hanging="360"/>
      </w:pPr>
      <w:rPr>
        <w:rFonts w:ascii="Arial" w:hAnsi="Arial" w:hint="default"/>
      </w:rPr>
    </w:lvl>
    <w:lvl w:ilvl="5" w:tplc="2196F80E" w:tentative="1">
      <w:start w:val="1"/>
      <w:numFmt w:val="bullet"/>
      <w:lvlText w:val="•"/>
      <w:lvlJc w:val="left"/>
      <w:pPr>
        <w:tabs>
          <w:tab w:val="num" w:pos="4320"/>
        </w:tabs>
        <w:ind w:left="4320" w:hanging="360"/>
      </w:pPr>
      <w:rPr>
        <w:rFonts w:ascii="Arial" w:hAnsi="Arial" w:hint="default"/>
      </w:rPr>
    </w:lvl>
    <w:lvl w:ilvl="6" w:tplc="D14E2AD6" w:tentative="1">
      <w:start w:val="1"/>
      <w:numFmt w:val="bullet"/>
      <w:lvlText w:val="•"/>
      <w:lvlJc w:val="left"/>
      <w:pPr>
        <w:tabs>
          <w:tab w:val="num" w:pos="5040"/>
        </w:tabs>
        <w:ind w:left="5040" w:hanging="360"/>
      </w:pPr>
      <w:rPr>
        <w:rFonts w:ascii="Arial" w:hAnsi="Arial" w:hint="default"/>
      </w:rPr>
    </w:lvl>
    <w:lvl w:ilvl="7" w:tplc="D2EC3E70" w:tentative="1">
      <w:start w:val="1"/>
      <w:numFmt w:val="bullet"/>
      <w:lvlText w:val="•"/>
      <w:lvlJc w:val="left"/>
      <w:pPr>
        <w:tabs>
          <w:tab w:val="num" w:pos="5760"/>
        </w:tabs>
        <w:ind w:left="5760" w:hanging="360"/>
      </w:pPr>
      <w:rPr>
        <w:rFonts w:ascii="Arial" w:hAnsi="Arial" w:hint="default"/>
      </w:rPr>
    </w:lvl>
    <w:lvl w:ilvl="8" w:tplc="D9844806"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5E1A68CF"/>
    <w:multiLevelType w:val="hybridMultilevel"/>
    <w:tmpl w:val="2D0694BA"/>
    <w:lvl w:ilvl="0" w:tplc="485C7D30">
      <w:start w:val="1"/>
      <w:numFmt w:val="bullet"/>
      <w:lvlText w:val="–"/>
      <w:lvlJc w:val="left"/>
      <w:pPr>
        <w:tabs>
          <w:tab w:val="num" w:pos="720"/>
        </w:tabs>
        <w:ind w:left="720" w:hanging="360"/>
      </w:pPr>
      <w:rPr>
        <w:rFonts w:ascii="Arial" w:hAnsi="Arial" w:hint="default"/>
      </w:rPr>
    </w:lvl>
    <w:lvl w:ilvl="1" w:tplc="1FE01718">
      <w:start w:val="1"/>
      <w:numFmt w:val="bullet"/>
      <w:lvlText w:val="–"/>
      <w:lvlJc w:val="left"/>
      <w:pPr>
        <w:tabs>
          <w:tab w:val="num" w:pos="1440"/>
        </w:tabs>
        <w:ind w:left="1440" w:hanging="360"/>
      </w:pPr>
      <w:rPr>
        <w:rFonts w:ascii="Arial" w:hAnsi="Arial" w:hint="default"/>
      </w:rPr>
    </w:lvl>
    <w:lvl w:ilvl="2" w:tplc="6AC22DE4" w:tentative="1">
      <w:start w:val="1"/>
      <w:numFmt w:val="bullet"/>
      <w:lvlText w:val="–"/>
      <w:lvlJc w:val="left"/>
      <w:pPr>
        <w:tabs>
          <w:tab w:val="num" w:pos="2160"/>
        </w:tabs>
        <w:ind w:left="2160" w:hanging="360"/>
      </w:pPr>
      <w:rPr>
        <w:rFonts w:ascii="Arial" w:hAnsi="Arial" w:hint="default"/>
      </w:rPr>
    </w:lvl>
    <w:lvl w:ilvl="3" w:tplc="EC3AF02E" w:tentative="1">
      <w:start w:val="1"/>
      <w:numFmt w:val="bullet"/>
      <w:lvlText w:val="–"/>
      <w:lvlJc w:val="left"/>
      <w:pPr>
        <w:tabs>
          <w:tab w:val="num" w:pos="2880"/>
        </w:tabs>
        <w:ind w:left="2880" w:hanging="360"/>
      </w:pPr>
      <w:rPr>
        <w:rFonts w:ascii="Arial" w:hAnsi="Arial" w:hint="default"/>
      </w:rPr>
    </w:lvl>
    <w:lvl w:ilvl="4" w:tplc="B7F24D0C" w:tentative="1">
      <w:start w:val="1"/>
      <w:numFmt w:val="bullet"/>
      <w:lvlText w:val="–"/>
      <w:lvlJc w:val="left"/>
      <w:pPr>
        <w:tabs>
          <w:tab w:val="num" w:pos="3600"/>
        </w:tabs>
        <w:ind w:left="3600" w:hanging="360"/>
      </w:pPr>
      <w:rPr>
        <w:rFonts w:ascii="Arial" w:hAnsi="Arial" w:hint="default"/>
      </w:rPr>
    </w:lvl>
    <w:lvl w:ilvl="5" w:tplc="57D8576A" w:tentative="1">
      <w:start w:val="1"/>
      <w:numFmt w:val="bullet"/>
      <w:lvlText w:val="–"/>
      <w:lvlJc w:val="left"/>
      <w:pPr>
        <w:tabs>
          <w:tab w:val="num" w:pos="4320"/>
        </w:tabs>
        <w:ind w:left="4320" w:hanging="360"/>
      </w:pPr>
      <w:rPr>
        <w:rFonts w:ascii="Arial" w:hAnsi="Arial" w:hint="default"/>
      </w:rPr>
    </w:lvl>
    <w:lvl w:ilvl="6" w:tplc="FC3E8B6A" w:tentative="1">
      <w:start w:val="1"/>
      <w:numFmt w:val="bullet"/>
      <w:lvlText w:val="–"/>
      <w:lvlJc w:val="left"/>
      <w:pPr>
        <w:tabs>
          <w:tab w:val="num" w:pos="5040"/>
        </w:tabs>
        <w:ind w:left="5040" w:hanging="360"/>
      </w:pPr>
      <w:rPr>
        <w:rFonts w:ascii="Arial" w:hAnsi="Arial" w:hint="default"/>
      </w:rPr>
    </w:lvl>
    <w:lvl w:ilvl="7" w:tplc="E8B4F310" w:tentative="1">
      <w:start w:val="1"/>
      <w:numFmt w:val="bullet"/>
      <w:lvlText w:val="–"/>
      <w:lvlJc w:val="left"/>
      <w:pPr>
        <w:tabs>
          <w:tab w:val="num" w:pos="5760"/>
        </w:tabs>
        <w:ind w:left="5760" w:hanging="360"/>
      </w:pPr>
      <w:rPr>
        <w:rFonts w:ascii="Arial" w:hAnsi="Arial" w:hint="default"/>
      </w:rPr>
    </w:lvl>
    <w:lvl w:ilvl="8" w:tplc="561CF90C"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5E250EDA"/>
    <w:multiLevelType w:val="hybridMultilevel"/>
    <w:tmpl w:val="0420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E7216A3"/>
    <w:multiLevelType w:val="hybridMultilevel"/>
    <w:tmpl w:val="61264FBC"/>
    <w:lvl w:ilvl="0" w:tplc="3D3814D2">
      <w:start w:val="1"/>
      <w:numFmt w:val="bullet"/>
      <w:lvlText w:val="•"/>
      <w:lvlJc w:val="left"/>
      <w:pPr>
        <w:tabs>
          <w:tab w:val="num" w:pos="720"/>
        </w:tabs>
        <w:ind w:left="720" w:hanging="360"/>
      </w:pPr>
      <w:rPr>
        <w:rFonts w:ascii="Arial" w:hAnsi="Arial" w:hint="default"/>
      </w:rPr>
    </w:lvl>
    <w:lvl w:ilvl="1" w:tplc="0646F0BE">
      <w:start w:val="1"/>
      <w:numFmt w:val="bullet"/>
      <w:lvlText w:val="•"/>
      <w:lvlJc w:val="left"/>
      <w:pPr>
        <w:tabs>
          <w:tab w:val="num" w:pos="1440"/>
        </w:tabs>
        <w:ind w:left="1440" w:hanging="360"/>
      </w:pPr>
      <w:rPr>
        <w:rFonts w:ascii="Arial" w:hAnsi="Arial" w:hint="default"/>
      </w:rPr>
    </w:lvl>
    <w:lvl w:ilvl="2" w:tplc="3E1058B6" w:tentative="1">
      <w:start w:val="1"/>
      <w:numFmt w:val="bullet"/>
      <w:lvlText w:val="•"/>
      <w:lvlJc w:val="left"/>
      <w:pPr>
        <w:tabs>
          <w:tab w:val="num" w:pos="2160"/>
        </w:tabs>
        <w:ind w:left="2160" w:hanging="360"/>
      </w:pPr>
      <w:rPr>
        <w:rFonts w:ascii="Arial" w:hAnsi="Arial" w:hint="default"/>
      </w:rPr>
    </w:lvl>
    <w:lvl w:ilvl="3" w:tplc="9E6C40E2" w:tentative="1">
      <w:start w:val="1"/>
      <w:numFmt w:val="bullet"/>
      <w:lvlText w:val="•"/>
      <w:lvlJc w:val="left"/>
      <w:pPr>
        <w:tabs>
          <w:tab w:val="num" w:pos="2880"/>
        </w:tabs>
        <w:ind w:left="2880" w:hanging="360"/>
      </w:pPr>
      <w:rPr>
        <w:rFonts w:ascii="Arial" w:hAnsi="Arial" w:hint="default"/>
      </w:rPr>
    </w:lvl>
    <w:lvl w:ilvl="4" w:tplc="8F0892C6" w:tentative="1">
      <w:start w:val="1"/>
      <w:numFmt w:val="bullet"/>
      <w:lvlText w:val="•"/>
      <w:lvlJc w:val="left"/>
      <w:pPr>
        <w:tabs>
          <w:tab w:val="num" w:pos="3600"/>
        </w:tabs>
        <w:ind w:left="3600" w:hanging="360"/>
      </w:pPr>
      <w:rPr>
        <w:rFonts w:ascii="Arial" w:hAnsi="Arial" w:hint="default"/>
      </w:rPr>
    </w:lvl>
    <w:lvl w:ilvl="5" w:tplc="399809D8" w:tentative="1">
      <w:start w:val="1"/>
      <w:numFmt w:val="bullet"/>
      <w:lvlText w:val="•"/>
      <w:lvlJc w:val="left"/>
      <w:pPr>
        <w:tabs>
          <w:tab w:val="num" w:pos="4320"/>
        </w:tabs>
        <w:ind w:left="4320" w:hanging="360"/>
      </w:pPr>
      <w:rPr>
        <w:rFonts w:ascii="Arial" w:hAnsi="Arial" w:hint="default"/>
      </w:rPr>
    </w:lvl>
    <w:lvl w:ilvl="6" w:tplc="E0467DE4" w:tentative="1">
      <w:start w:val="1"/>
      <w:numFmt w:val="bullet"/>
      <w:lvlText w:val="•"/>
      <w:lvlJc w:val="left"/>
      <w:pPr>
        <w:tabs>
          <w:tab w:val="num" w:pos="5040"/>
        </w:tabs>
        <w:ind w:left="5040" w:hanging="360"/>
      </w:pPr>
      <w:rPr>
        <w:rFonts w:ascii="Arial" w:hAnsi="Arial" w:hint="default"/>
      </w:rPr>
    </w:lvl>
    <w:lvl w:ilvl="7" w:tplc="2550E5EA" w:tentative="1">
      <w:start w:val="1"/>
      <w:numFmt w:val="bullet"/>
      <w:lvlText w:val="•"/>
      <w:lvlJc w:val="left"/>
      <w:pPr>
        <w:tabs>
          <w:tab w:val="num" w:pos="5760"/>
        </w:tabs>
        <w:ind w:left="5760" w:hanging="360"/>
      </w:pPr>
      <w:rPr>
        <w:rFonts w:ascii="Arial" w:hAnsi="Arial" w:hint="default"/>
      </w:rPr>
    </w:lvl>
    <w:lvl w:ilvl="8" w:tplc="F7F2C5A8"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5F564024"/>
    <w:multiLevelType w:val="hybridMultilevel"/>
    <w:tmpl w:val="B9D82214"/>
    <w:lvl w:ilvl="0" w:tplc="CD8639D0">
      <w:start w:val="1"/>
      <w:numFmt w:val="decimal"/>
      <w:lvlText w:val="%1."/>
      <w:lvlJc w:val="left"/>
      <w:pPr>
        <w:tabs>
          <w:tab w:val="num" w:pos="720"/>
        </w:tabs>
        <w:ind w:left="720" w:hanging="360"/>
      </w:pPr>
    </w:lvl>
    <w:lvl w:ilvl="1" w:tplc="71DEDC0C">
      <w:start w:val="1"/>
      <w:numFmt w:val="decimal"/>
      <w:lvlText w:val="%2."/>
      <w:lvlJc w:val="left"/>
      <w:pPr>
        <w:tabs>
          <w:tab w:val="num" w:pos="1440"/>
        </w:tabs>
        <w:ind w:left="1440" w:hanging="360"/>
      </w:pPr>
    </w:lvl>
    <w:lvl w:ilvl="2" w:tplc="5D7AA764" w:tentative="1">
      <w:start w:val="1"/>
      <w:numFmt w:val="decimal"/>
      <w:lvlText w:val="%3."/>
      <w:lvlJc w:val="left"/>
      <w:pPr>
        <w:tabs>
          <w:tab w:val="num" w:pos="2160"/>
        </w:tabs>
        <w:ind w:left="2160" w:hanging="360"/>
      </w:pPr>
    </w:lvl>
    <w:lvl w:ilvl="3" w:tplc="1BA265D0" w:tentative="1">
      <w:start w:val="1"/>
      <w:numFmt w:val="decimal"/>
      <w:lvlText w:val="%4."/>
      <w:lvlJc w:val="left"/>
      <w:pPr>
        <w:tabs>
          <w:tab w:val="num" w:pos="2880"/>
        </w:tabs>
        <w:ind w:left="2880" w:hanging="360"/>
      </w:pPr>
    </w:lvl>
    <w:lvl w:ilvl="4" w:tplc="3B6E5306" w:tentative="1">
      <w:start w:val="1"/>
      <w:numFmt w:val="decimal"/>
      <w:lvlText w:val="%5."/>
      <w:lvlJc w:val="left"/>
      <w:pPr>
        <w:tabs>
          <w:tab w:val="num" w:pos="3600"/>
        </w:tabs>
        <w:ind w:left="3600" w:hanging="360"/>
      </w:pPr>
    </w:lvl>
    <w:lvl w:ilvl="5" w:tplc="860C0672" w:tentative="1">
      <w:start w:val="1"/>
      <w:numFmt w:val="decimal"/>
      <w:lvlText w:val="%6."/>
      <w:lvlJc w:val="left"/>
      <w:pPr>
        <w:tabs>
          <w:tab w:val="num" w:pos="4320"/>
        </w:tabs>
        <w:ind w:left="4320" w:hanging="360"/>
      </w:pPr>
    </w:lvl>
    <w:lvl w:ilvl="6" w:tplc="AF062A62" w:tentative="1">
      <w:start w:val="1"/>
      <w:numFmt w:val="decimal"/>
      <w:lvlText w:val="%7."/>
      <w:lvlJc w:val="left"/>
      <w:pPr>
        <w:tabs>
          <w:tab w:val="num" w:pos="5040"/>
        </w:tabs>
        <w:ind w:left="5040" w:hanging="360"/>
      </w:pPr>
    </w:lvl>
    <w:lvl w:ilvl="7" w:tplc="57C8E598" w:tentative="1">
      <w:start w:val="1"/>
      <w:numFmt w:val="decimal"/>
      <w:lvlText w:val="%8."/>
      <w:lvlJc w:val="left"/>
      <w:pPr>
        <w:tabs>
          <w:tab w:val="num" w:pos="5760"/>
        </w:tabs>
        <w:ind w:left="5760" w:hanging="360"/>
      </w:pPr>
    </w:lvl>
    <w:lvl w:ilvl="8" w:tplc="B19C3554" w:tentative="1">
      <w:start w:val="1"/>
      <w:numFmt w:val="decimal"/>
      <w:lvlText w:val="%9."/>
      <w:lvlJc w:val="left"/>
      <w:pPr>
        <w:tabs>
          <w:tab w:val="num" w:pos="6480"/>
        </w:tabs>
        <w:ind w:left="6480" w:hanging="360"/>
      </w:pPr>
    </w:lvl>
  </w:abstractNum>
  <w:abstractNum w:abstractNumId="96" w15:restartNumberingAfterBreak="0">
    <w:nsid w:val="6022513E"/>
    <w:multiLevelType w:val="hybridMultilevel"/>
    <w:tmpl w:val="E9D8BCCC"/>
    <w:lvl w:ilvl="0" w:tplc="5FB2B240">
      <w:start w:val="1"/>
      <w:numFmt w:val="bullet"/>
      <w:lvlText w:val="•"/>
      <w:lvlJc w:val="left"/>
      <w:pPr>
        <w:tabs>
          <w:tab w:val="num" w:pos="720"/>
        </w:tabs>
        <w:ind w:left="720" w:hanging="360"/>
      </w:pPr>
      <w:rPr>
        <w:rFonts w:ascii="Arial" w:hAnsi="Arial" w:hint="default"/>
      </w:rPr>
    </w:lvl>
    <w:lvl w:ilvl="1" w:tplc="B6AEA624" w:tentative="1">
      <w:start w:val="1"/>
      <w:numFmt w:val="bullet"/>
      <w:lvlText w:val="•"/>
      <w:lvlJc w:val="left"/>
      <w:pPr>
        <w:tabs>
          <w:tab w:val="num" w:pos="1440"/>
        </w:tabs>
        <w:ind w:left="1440" w:hanging="360"/>
      </w:pPr>
      <w:rPr>
        <w:rFonts w:ascii="Arial" w:hAnsi="Arial" w:hint="default"/>
      </w:rPr>
    </w:lvl>
    <w:lvl w:ilvl="2" w:tplc="5EAAF3D2" w:tentative="1">
      <w:start w:val="1"/>
      <w:numFmt w:val="bullet"/>
      <w:lvlText w:val="•"/>
      <w:lvlJc w:val="left"/>
      <w:pPr>
        <w:tabs>
          <w:tab w:val="num" w:pos="2160"/>
        </w:tabs>
        <w:ind w:left="2160" w:hanging="360"/>
      </w:pPr>
      <w:rPr>
        <w:rFonts w:ascii="Arial" w:hAnsi="Arial" w:hint="default"/>
      </w:rPr>
    </w:lvl>
    <w:lvl w:ilvl="3" w:tplc="626C2CD6" w:tentative="1">
      <w:start w:val="1"/>
      <w:numFmt w:val="bullet"/>
      <w:lvlText w:val="•"/>
      <w:lvlJc w:val="left"/>
      <w:pPr>
        <w:tabs>
          <w:tab w:val="num" w:pos="2880"/>
        </w:tabs>
        <w:ind w:left="2880" w:hanging="360"/>
      </w:pPr>
      <w:rPr>
        <w:rFonts w:ascii="Arial" w:hAnsi="Arial" w:hint="default"/>
      </w:rPr>
    </w:lvl>
    <w:lvl w:ilvl="4" w:tplc="5E9C0E66" w:tentative="1">
      <w:start w:val="1"/>
      <w:numFmt w:val="bullet"/>
      <w:lvlText w:val="•"/>
      <w:lvlJc w:val="left"/>
      <w:pPr>
        <w:tabs>
          <w:tab w:val="num" w:pos="3600"/>
        </w:tabs>
        <w:ind w:left="3600" w:hanging="360"/>
      </w:pPr>
      <w:rPr>
        <w:rFonts w:ascii="Arial" w:hAnsi="Arial" w:hint="default"/>
      </w:rPr>
    </w:lvl>
    <w:lvl w:ilvl="5" w:tplc="B3344098" w:tentative="1">
      <w:start w:val="1"/>
      <w:numFmt w:val="bullet"/>
      <w:lvlText w:val="•"/>
      <w:lvlJc w:val="left"/>
      <w:pPr>
        <w:tabs>
          <w:tab w:val="num" w:pos="4320"/>
        </w:tabs>
        <w:ind w:left="4320" w:hanging="360"/>
      </w:pPr>
      <w:rPr>
        <w:rFonts w:ascii="Arial" w:hAnsi="Arial" w:hint="default"/>
      </w:rPr>
    </w:lvl>
    <w:lvl w:ilvl="6" w:tplc="79A8B1D8" w:tentative="1">
      <w:start w:val="1"/>
      <w:numFmt w:val="bullet"/>
      <w:lvlText w:val="•"/>
      <w:lvlJc w:val="left"/>
      <w:pPr>
        <w:tabs>
          <w:tab w:val="num" w:pos="5040"/>
        </w:tabs>
        <w:ind w:left="5040" w:hanging="360"/>
      </w:pPr>
      <w:rPr>
        <w:rFonts w:ascii="Arial" w:hAnsi="Arial" w:hint="default"/>
      </w:rPr>
    </w:lvl>
    <w:lvl w:ilvl="7" w:tplc="36909630" w:tentative="1">
      <w:start w:val="1"/>
      <w:numFmt w:val="bullet"/>
      <w:lvlText w:val="•"/>
      <w:lvlJc w:val="left"/>
      <w:pPr>
        <w:tabs>
          <w:tab w:val="num" w:pos="5760"/>
        </w:tabs>
        <w:ind w:left="5760" w:hanging="360"/>
      </w:pPr>
      <w:rPr>
        <w:rFonts w:ascii="Arial" w:hAnsi="Arial" w:hint="default"/>
      </w:rPr>
    </w:lvl>
    <w:lvl w:ilvl="8" w:tplc="13F60ABC"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60AC62A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61D72DC2"/>
    <w:multiLevelType w:val="hybridMultilevel"/>
    <w:tmpl w:val="FAC872E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62953ECB"/>
    <w:multiLevelType w:val="hybridMultilevel"/>
    <w:tmpl w:val="65EA4D48"/>
    <w:lvl w:ilvl="0" w:tplc="2542DD50">
      <w:start w:val="1"/>
      <w:numFmt w:val="bullet"/>
      <w:lvlText w:val="•"/>
      <w:lvlJc w:val="left"/>
      <w:pPr>
        <w:tabs>
          <w:tab w:val="num" w:pos="720"/>
        </w:tabs>
        <w:ind w:left="720" w:hanging="360"/>
      </w:pPr>
      <w:rPr>
        <w:rFonts w:ascii="Arial,Sans-Serif" w:hAnsi="Arial,Sans-Serif" w:hint="default"/>
      </w:rPr>
    </w:lvl>
    <w:lvl w:ilvl="1" w:tplc="08BA2D8C" w:tentative="1">
      <w:start w:val="1"/>
      <w:numFmt w:val="bullet"/>
      <w:lvlText w:val="•"/>
      <w:lvlJc w:val="left"/>
      <w:pPr>
        <w:tabs>
          <w:tab w:val="num" w:pos="1440"/>
        </w:tabs>
        <w:ind w:left="1440" w:hanging="360"/>
      </w:pPr>
      <w:rPr>
        <w:rFonts w:ascii="Arial,Sans-Serif" w:hAnsi="Arial,Sans-Serif" w:hint="default"/>
      </w:rPr>
    </w:lvl>
    <w:lvl w:ilvl="2" w:tplc="DACA1886" w:tentative="1">
      <w:start w:val="1"/>
      <w:numFmt w:val="bullet"/>
      <w:lvlText w:val="•"/>
      <w:lvlJc w:val="left"/>
      <w:pPr>
        <w:tabs>
          <w:tab w:val="num" w:pos="2160"/>
        </w:tabs>
        <w:ind w:left="2160" w:hanging="360"/>
      </w:pPr>
      <w:rPr>
        <w:rFonts w:ascii="Arial,Sans-Serif" w:hAnsi="Arial,Sans-Serif" w:hint="default"/>
      </w:rPr>
    </w:lvl>
    <w:lvl w:ilvl="3" w:tplc="10C6E6B2" w:tentative="1">
      <w:start w:val="1"/>
      <w:numFmt w:val="bullet"/>
      <w:lvlText w:val="•"/>
      <w:lvlJc w:val="left"/>
      <w:pPr>
        <w:tabs>
          <w:tab w:val="num" w:pos="2880"/>
        </w:tabs>
        <w:ind w:left="2880" w:hanging="360"/>
      </w:pPr>
      <w:rPr>
        <w:rFonts w:ascii="Arial,Sans-Serif" w:hAnsi="Arial,Sans-Serif" w:hint="default"/>
      </w:rPr>
    </w:lvl>
    <w:lvl w:ilvl="4" w:tplc="B760845C" w:tentative="1">
      <w:start w:val="1"/>
      <w:numFmt w:val="bullet"/>
      <w:lvlText w:val="•"/>
      <w:lvlJc w:val="left"/>
      <w:pPr>
        <w:tabs>
          <w:tab w:val="num" w:pos="3600"/>
        </w:tabs>
        <w:ind w:left="3600" w:hanging="360"/>
      </w:pPr>
      <w:rPr>
        <w:rFonts w:ascii="Arial,Sans-Serif" w:hAnsi="Arial,Sans-Serif" w:hint="default"/>
      </w:rPr>
    </w:lvl>
    <w:lvl w:ilvl="5" w:tplc="43428DF6" w:tentative="1">
      <w:start w:val="1"/>
      <w:numFmt w:val="bullet"/>
      <w:lvlText w:val="•"/>
      <w:lvlJc w:val="left"/>
      <w:pPr>
        <w:tabs>
          <w:tab w:val="num" w:pos="4320"/>
        </w:tabs>
        <w:ind w:left="4320" w:hanging="360"/>
      </w:pPr>
      <w:rPr>
        <w:rFonts w:ascii="Arial,Sans-Serif" w:hAnsi="Arial,Sans-Serif" w:hint="default"/>
      </w:rPr>
    </w:lvl>
    <w:lvl w:ilvl="6" w:tplc="9F4E1C1A" w:tentative="1">
      <w:start w:val="1"/>
      <w:numFmt w:val="bullet"/>
      <w:lvlText w:val="•"/>
      <w:lvlJc w:val="left"/>
      <w:pPr>
        <w:tabs>
          <w:tab w:val="num" w:pos="5040"/>
        </w:tabs>
        <w:ind w:left="5040" w:hanging="360"/>
      </w:pPr>
      <w:rPr>
        <w:rFonts w:ascii="Arial,Sans-Serif" w:hAnsi="Arial,Sans-Serif" w:hint="default"/>
      </w:rPr>
    </w:lvl>
    <w:lvl w:ilvl="7" w:tplc="7BB89EC2" w:tentative="1">
      <w:start w:val="1"/>
      <w:numFmt w:val="bullet"/>
      <w:lvlText w:val="•"/>
      <w:lvlJc w:val="left"/>
      <w:pPr>
        <w:tabs>
          <w:tab w:val="num" w:pos="5760"/>
        </w:tabs>
        <w:ind w:left="5760" w:hanging="360"/>
      </w:pPr>
      <w:rPr>
        <w:rFonts w:ascii="Arial,Sans-Serif" w:hAnsi="Arial,Sans-Serif" w:hint="default"/>
      </w:rPr>
    </w:lvl>
    <w:lvl w:ilvl="8" w:tplc="E1D2B572" w:tentative="1">
      <w:start w:val="1"/>
      <w:numFmt w:val="bullet"/>
      <w:lvlText w:val="•"/>
      <w:lvlJc w:val="left"/>
      <w:pPr>
        <w:tabs>
          <w:tab w:val="num" w:pos="6480"/>
        </w:tabs>
        <w:ind w:left="6480" w:hanging="360"/>
      </w:pPr>
      <w:rPr>
        <w:rFonts w:ascii="Arial,Sans-Serif" w:hAnsi="Arial,Sans-Serif" w:hint="default"/>
      </w:rPr>
    </w:lvl>
  </w:abstractNum>
  <w:abstractNum w:abstractNumId="100" w15:restartNumberingAfterBreak="0">
    <w:nsid w:val="636B3992"/>
    <w:multiLevelType w:val="hybridMultilevel"/>
    <w:tmpl w:val="A268F344"/>
    <w:lvl w:ilvl="0" w:tplc="0164B5B2">
      <w:start w:val="1"/>
      <w:numFmt w:val="decimal"/>
      <w:lvlText w:val="%1."/>
      <w:lvlJc w:val="left"/>
      <w:pPr>
        <w:tabs>
          <w:tab w:val="num" w:pos="720"/>
        </w:tabs>
        <w:ind w:left="720" w:hanging="360"/>
      </w:pPr>
    </w:lvl>
    <w:lvl w:ilvl="1" w:tplc="266C4668">
      <w:start w:val="1"/>
      <w:numFmt w:val="decimal"/>
      <w:lvlText w:val="%2."/>
      <w:lvlJc w:val="left"/>
      <w:pPr>
        <w:tabs>
          <w:tab w:val="num" w:pos="1440"/>
        </w:tabs>
        <w:ind w:left="1440" w:hanging="360"/>
      </w:pPr>
    </w:lvl>
    <w:lvl w:ilvl="2" w:tplc="77DCC43C" w:tentative="1">
      <w:start w:val="1"/>
      <w:numFmt w:val="decimal"/>
      <w:lvlText w:val="%3."/>
      <w:lvlJc w:val="left"/>
      <w:pPr>
        <w:tabs>
          <w:tab w:val="num" w:pos="2160"/>
        </w:tabs>
        <w:ind w:left="2160" w:hanging="360"/>
      </w:pPr>
    </w:lvl>
    <w:lvl w:ilvl="3" w:tplc="DA36C65E" w:tentative="1">
      <w:start w:val="1"/>
      <w:numFmt w:val="decimal"/>
      <w:lvlText w:val="%4."/>
      <w:lvlJc w:val="left"/>
      <w:pPr>
        <w:tabs>
          <w:tab w:val="num" w:pos="2880"/>
        </w:tabs>
        <w:ind w:left="2880" w:hanging="360"/>
      </w:pPr>
    </w:lvl>
    <w:lvl w:ilvl="4" w:tplc="9AEA7D40" w:tentative="1">
      <w:start w:val="1"/>
      <w:numFmt w:val="decimal"/>
      <w:lvlText w:val="%5."/>
      <w:lvlJc w:val="left"/>
      <w:pPr>
        <w:tabs>
          <w:tab w:val="num" w:pos="3600"/>
        </w:tabs>
        <w:ind w:left="3600" w:hanging="360"/>
      </w:pPr>
    </w:lvl>
    <w:lvl w:ilvl="5" w:tplc="76C8658A" w:tentative="1">
      <w:start w:val="1"/>
      <w:numFmt w:val="decimal"/>
      <w:lvlText w:val="%6."/>
      <w:lvlJc w:val="left"/>
      <w:pPr>
        <w:tabs>
          <w:tab w:val="num" w:pos="4320"/>
        </w:tabs>
        <w:ind w:left="4320" w:hanging="360"/>
      </w:pPr>
    </w:lvl>
    <w:lvl w:ilvl="6" w:tplc="C1E62C42" w:tentative="1">
      <w:start w:val="1"/>
      <w:numFmt w:val="decimal"/>
      <w:lvlText w:val="%7."/>
      <w:lvlJc w:val="left"/>
      <w:pPr>
        <w:tabs>
          <w:tab w:val="num" w:pos="5040"/>
        </w:tabs>
        <w:ind w:left="5040" w:hanging="360"/>
      </w:pPr>
    </w:lvl>
    <w:lvl w:ilvl="7" w:tplc="5B460192" w:tentative="1">
      <w:start w:val="1"/>
      <w:numFmt w:val="decimal"/>
      <w:lvlText w:val="%8."/>
      <w:lvlJc w:val="left"/>
      <w:pPr>
        <w:tabs>
          <w:tab w:val="num" w:pos="5760"/>
        </w:tabs>
        <w:ind w:left="5760" w:hanging="360"/>
      </w:pPr>
    </w:lvl>
    <w:lvl w:ilvl="8" w:tplc="B1D4BE8E" w:tentative="1">
      <w:start w:val="1"/>
      <w:numFmt w:val="decimal"/>
      <w:lvlText w:val="%9."/>
      <w:lvlJc w:val="left"/>
      <w:pPr>
        <w:tabs>
          <w:tab w:val="num" w:pos="6480"/>
        </w:tabs>
        <w:ind w:left="6480" w:hanging="360"/>
      </w:pPr>
    </w:lvl>
  </w:abstractNum>
  <w:abstractNum w:abstractNumId="101" w15:restartNumberingAfterBreak="0">
    <w:nsid w:val="6408A4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6536243E"/>
    <w:multiLevelType w:val="hybridMultilevel"/>
    <w:tmpl w:val="3D28AF1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15:restartNumberingAfterBreak="0">
    <w:nsid w:val="65DA16CF"/>
    <w:multiLevelType w:val="hybridMultilevel"/>
    <w:tmpl w:val="504033C2"/>
    <w:lvl w:ilvl="0" w:tplc="1A9AC8DA">
      <w:start w:val="1"/>
      <w:numFmt w:val="bullet"/>
      <w:lvlText w:val="•"/>
      <w:lvlJc w:val="left"/>
      <w:pPr>
        <w:tabs>
          <w:tab w:val="num" w:pos="720"/>
        </w:tabs>
        <w:ind w:left="720" w:hanging="360"/>
      </w:pPr>
      <w:rPr>
        <w:rFonts w:ascii="Arial" w:hAnsi="Arial" w:hint="default"/>
      </w:rPr>
    </w:lvl>
    <w:lvl w:ilvl="1" w:tplc="D374B540" w:tentative="1">
      <w:start w:val="1"/>
      <w:numFmt w:val="bullet"/>
      <w:lvlText w:val="•"/>
      <w:lvlJc w:val="left"/>
      <w:pPr>
        <w:tabs>
          <w:tab w:val="num" w:pos="1440"/>
        </w:tabs>
        <w:ind w:left="1440" w:hanging="360"/>
      </w:pPr>
      <w:rPr>
        <w:rFonts w:ascii="Arial" w:hAnsi="Arial" w:hint="default"/>
      </w:rPr>
    </w:lvl>
    <w:lvl w:ilvl="2" w:tplc="D6201344" w:tentative="1">
      <w:start w:val="1"/>
      <w:numFmt w:val="bullet"/>
      <w:lvlText w:val="•"/>
      <w:lvlJc w:val="left"/>
      <w:pPr>
        <w:tabs>
          <w:tab w:val="num" w:pos="2160"/>
        </w:tabs>
        <w:ind w:left="2160" w:hanging="360"/>
      </w:pPr>
      <w:rPr>
        <w:rFonts w:ascii="Arial" w:hAnsi="Arial" w:hint="default"/>
      </w:rPr>
    </w:lvl>
    <w:lvl w:ilvl="3" w:tplc="920C59F2" w:tentative="1">
      <w:start w:val="1"/>
      <w:numFmt w:val="bullet"/>
      <w:lvlText w:val="•"/>
      <w:lvlJc w:val="left"/>
      <w:pPr>
        <w:tabs>
          <w:tab w:val="num" w:pos="2880"/>
        </w:tabs>
        <w:ind w:left="2880" w:hanging="360"/>
      </w:pPr>
      <w:rPr>
        <w:rFonts w:ascii="Arial" w:hAnsi="Arial" w:hint="default"/>
      </w:rPr>
    </w:lvl>
    <w:lvl w:ilvl="4" w:tplc="0C70A27A" w:tentative="1">
      <w:start w:val="1"/>
      <w:numFmt w:val="bullet"/>
      <w:lvlText w:val="•"/>
      <w:lvlJc w:val="left"/>
      <w:pPr>
        <w:tabs>
          <w:tab w:val="num" w:pos="3600"/>
        </w:tabs>
        <w:ind w:left="3600" w:hanging="360"/>
      </w:pPr>
      <w:rPr>
        <w:rFonts w:ascii="Arial" w:hAnsi="Arial" w:hint="default"/>
      </w:rPr>
    </w:lvl>
    <w:lvl w:ilvl="5" w:tplc="C99278EC" w:tentative="1">
      <w:start w:val="1"/>
      <w:numFmt w:val="bullet"/>
      <w:lvlText w:val="•"/>
      <w:lvlJc w:val="left"/>
      <w:pPr>
        <w:tabs>
          <w:tab w:val="num" w:pos="4320"/>
        </w:tabs>
        <w:ind w:left="4320" w:hanging="360"/>
      </w:pPr>
      <w:rPr>
        <w:rFonts w:ascii="Arial" w:hAnsi="Arial" w:hint="default"/>
      </w:rPr>
    </w:lvl>
    <w:lvl w:ilvl="6" w:tplc="739A46FA" w:tentative="1">
      <w:start w:val="1"/>
      <w:numFmt w:val="bullet"/>
      <w:lvlText w:val="•"/>
      <w:lvlJc w:val="left"/>
      <w:pPr>
        <w:tabs>
          <w:tab w:val="num" w:pos="5040"/>
        </w:tabs>
        <w:ind w:left="5040" w:hanging="360"/>
      </w:pPr>
      <w:rPr>
        <w:rFonts w:ascii="Arial" w:hAnsi="Arial" w:hint="default"/>
      </w:rPr>
    </w:lvl>
    <w:lvl w:ilvl="7" w:tplc="73A64C5A" w:tentative="1">
      <w:start w:val="1"/>
      <w:numFmt w:val="bullet"/>
      <w:lvlText w:val="•"/>
      <w:lvlJc w:val="left"/>
      <w:pPr>
        <w:tabs>
          <w:tab w:val="num" w:pos="5760"/>
        </w:tabs>
        <w:ind w:left="5760" w:hanging="360"/>
      </w:pPr>
      <w:rPr>
        <w:rFonts w:ascii="Arial" w:hAnsi="Arial" w:hint="default"/>
      </w:rPr>
    </w:lvl>
    <w:lvl w:ilvl="8" w:tplc="744040D0"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66A46BFB"/>
    <w:multiLevelType w:val="hybridMultilevel"/>
    <w:tmpl w:val="9866EDFA"/>
    <w:lvl w:ilvl="0" w:tplc="24A4114E">
      <w:start w:val="1"/>
      <w:numFmt w:val="bullet"/>
      <w:lvlText w:val="•"/>
      <w:lvlJc w:val="left"/>
      <w:pPr>
        <w:tabs>
          <w:tab w:val="num" w:pos="720"/>
        </w:tabs>
        <w:ind w:left="720" w:hanging="360"/>
      </w:pPr>
      <w:rPr>
        <w:rFonts w:ascii="Arial" w:hAnsi="Arial" w:hint="default"/>
      </w:rPr>
    </w:lvl>
    <w:lvl w:ilvl="1" w:tplc="4238EF3A">
      <w:numFmt w:val="bullet"/>
      <w:lvlText w:val="•"/>
      <w:lvlJc w:val="left"/>
      <w:pPr>
        <w:tabs>
          <w:tab w:val="num" w:pos="1440"/>
        </w:tabs>
        <w:ind w:left="1440" w:hanging="360"/>
      </w:pPr>
      <w:rPr>
        <w:rFonts w:ascii="Arial" w:hAnsi="Arial" w:hint="default"/>
      </w:rPr>
    </w:lvl>
    <w:lvl w:ilvl="2" w:tplc="01F4581A" w:tentative="1">
      <w:start w:val="1"/>
      <w:numFmt w:val="bullet"/>
      <w:lvlText w:val="•"/>
      <w:lvlJc w:val="left"/>
      <w:pPr>
        <w:tabs>
          <w:tab w:val="num" w:pos="2160"/>
        </w:tabs>
        <w:ind w:left="2160" w:hanging="360"/>
      </w:pPr>
      <w:rPr>
        <w:rFonts w:ascii="Arial" w:hAnsi="Arial" w:hint="default"/>
      </w:rPr>
    </w:lvl>
    <w:lvl w:ilvl="3" w:tplc="2F8C861C" w:tentative="1">
      <w:start w:val="1"/>
      <w:numFmt w:val="bullet"/>
      <w:lvlText w:val="•"/>
      <w:lvlJc w:val="left"/>
      <w:pPr>
        <w:tabs>
          <w:tab w:val="num" w:pos="2880"/>
        </w:tabs>
        <w:ind w:left="2880" w:hanging="360"/>
      </w:pPr>
      <w:rPr>
        <w:rFonts w:ascii="Arial" w:hAnsi="Arial" w:hint="default"/>
      </w:rPr>
    </w:lvl>
    <w:lvl w:ilvl="4" w:tplc="7C1CB7F0" w:tentative="1">
      <w:start w:val="1"/>
      <w:numFmt w:val="bullet"/>
      <w:lvlText w:val="•"/>
      <w:lvlJc w:val="left"/>
      <w:pPr>
        <w:tabs>
          <w:tab w:val="num" w:pos="3600"/>
        </w:tabs>
        <w:ind w:left="3600" w:hanging="360"/>
      </w:pPr>
      <w:rPr>
        <w:rFonts w:ascii="Arial" w:hAnsi="Arial" w:hint="default"/>
      </w:rPr>
    </w:lvl>
    <w:lvl w:ilvl="5" w:tplc="291A1352" w:tentative="1">
      <w:start w:val="1"/>
      <w:numFmt w:val="bullet"/>
      <w:lvlText w:val="•"/>
      <w:lvlJc w:val="left"/>
      <w:pPr>
        <w:tabs>
          <w:tab w:val="num" w:pos="4320"/>
        </w:tabs>
        <w:ind w:left="4320" w:hanging="360"/>
      </w:pPr>
      <w:rPr>
        <w:rFonts w:ascii="Arial" w:hAnsi="Arial" w:hint="default"/>
      </w:rPr>
    </w:lvl>
    <w:lvl w:ilvl="6" w:tplc="8BB07C16" w:tentative="1">
      <w:start w:val="1"/>
      <w:numFmt w:val="bullet"/>
      <w:lvlText w:val="•"/>
      <w:lvlJc w:val="left"/>
      <w:pPr>
        <w:tabs>
          <w:tab w:val="num" w:pos="5040"/>
        </w:tabs>
        <w:ind w:left="5040" w:hanging="360"/>
      </w:pPr>
      <w:rPr>
        <w:rFonts w:ascii="Arial" w:hAnsi="Arial" w:hint="default"/>
      </w:rPr>
    </w:lvl>
    <w:lvl w:ilvl="7" w:tplc="E2FEE2C4" w:tentative="1">
      <w:start w:val="1"/>
      <w:numFmt w:val="bullet"/>
      <w:lvlText w:val="•"/>
      <w:lvlJc w:val="left"/>
      <w:pPr>
        <w:tabs>
          <w:tab w:val="num" w:pos="5760"/>
        </w:tabs>
        <w:ind w:left="5760" w:hanging="360"/>
      </w:pPr>
      <w:rPr>
        <w:rFonts w:ascii="Arial" w:hAnsi="Arial" w:hint="default"/>
      </w:rPr>
    </w:lvl>
    <w:lvl w:ilvl="8" w:tplc="1228CA5C"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68030D99"/>
    <w:multiLevelType w:val="hybridMultilevel"/>
    <w:tmpl w:val="A5287D76"/>
    <w:lvl w:ilvl="0" w:tplc="A5C2862E">
      <w:start w:val="1"/>
      <w:numFmt w:val="bullet"/>
      <w:lvlText w:val="•"/>
      <w:lvlJc w:val="left"/>
      <w:pPr>
        <w:tabs>
          <w:tab w:val="num" w:pos="720"/>
        </w:tabs>
        <w:ind w:left="720" w:hanging="360"/>
      </w:pPr>
      <w:rPr>
        <w:rFonts w:ascii="Arial,Sans-Serif" w:hAnsi="Arial,Sans-Serif" w:hint="default"/>
      </w:rPr>
    </w:lvl>
    <w:lvl w:ilvl="1" w:tplc="3C4A3638" w:tentative="1">
      <w:start w:val="1"/>
      <w:numFmt w:val="bullet"/>
      <w:lvlText w:val="•"/>
      <w:lvlJc w:val="left"/>
      <w:pPr>
        <w:tabs>
          <w:tab w:val="num" w:pos="1440"/>
        </w:tabs>
        <w:ind w:left="1440" w:hanging="360"/>
      </w:pPr>
      <w:rPr>
        <w:rFonts w:ascii="Arial,Sans-Serif" w:hAnsi="Arial,Sans-Serif" w:hint="default"/>
      </w:rPr>
    </w:lvl>
    <w:lvl w:ilvl="2" w:tplc="56A0A87C" w:tentative="1">
      <w:start w:val="1"/>
      <w:numFmt w:val="bullet"/>
      <w:lvlText w:val="•"/>
      <w:lvlJc w:val="left"/>
      <w:pPr>
        <w:tabs>
          <w:tab w:val="num" w:pos="2160"/>
        </w:tabs>
        <w:ind w:left="2160" w:hanging="360"/>
      </w:pPr>
      <w:rPr>
        <w:rFonts w:ascii="Arial,Sans-Serif" w:hAnsi="Arial,Sans-Serif" w:hint="default"/>
      </w:rPr>
    </w:lvl>
    <w:lvl w:ilvl="3" w:tplc="18C22AC2" w:tentative="1">
      <w:start w:val="1"/>
      <w:numFmt w:val="bullet"/>
      <w:lvlText w:val="•"/>
      <w:lvlJc w:val="left"/>
      <w:pPr>
        <w:tabs>
          <w:tab w:val="num" w:pos="2880"/>
        </w:tabs>
        <w:ind w:left="2880" w:hanging="360"/>
      </w:pPr>
      <w:rPr>
        <w:rFonts w:ascii="Arial,Sans-Serif" w:hAnsi="Arial,Sans-Serif" w:hint="default"/>
      </w:rPr>
    </w:lvl>
    <w:lvl w:ilvl="4" w:tplc="D1345780" w:tentative="1">
      <w:start w:val="1"/>
      <w:numFmt w:val="bullet"/>
      <w:lvlText w:val="•"/>
      <w:lvlJc w:val="left"/>
      <w:pPr>
        <w:tabs>
          <w:tab w:val="num" w:pos="3600"/>
        </w:tabs>
        <w:ind w:left="3600" w:hanging="360"/>
      </w:pPr>
      <w:rPr>
        <w:rFonts w:ascii="Arial,Sans-Serif" w:hAnsi="Arial,Sans-Serif" w:hint="default"/>
      </w:rPr>
    </w:lvl>
    <w:lvl w:ilvl="5" w:tplc="4218DFDA" w:tentative="1">
      <w:start w:val="1"/>
      <w:numFmt w:val="bullet"/>
      <w:lvlText w:val="•"/>
      <w:lvlJc w:val="left"/>
      <w:pPr>
        <w:tabs>
          <w:tab w:val="num" w:pos="4320"/>
        </w:tabs>
        <w:ind w:left="4320" w:hanging="360"/>
      </w:pPr>
      <w:rPr>
        <w:rFonts w:ascii="Arial,Sans-Serif" w:hAnsi="Arial,Sans-Serif" w:hint="default"/>
      </w:rPr>
    </w:lvl>
    <w:lvl w:ilvl="6" w:tplc="592C82F0" w:tentative="1">
      <w:start w:val="1"/>
      <w:numFmt w:val="bullet"/>
      <w:lvlText w:val="•"/>
      <w:lvlJc w:val="left"/>
      <w:pPr>
        <w:tabs>
          <w:tab w:val="num" w:pos="5040"/>
        </w:tabs>
        <w:ind w:left="5040" w:hanging="360"/>
      </w:pPr>
      <w:rPr>
        <w:rFonts w:ascii="Arial,Sans-Serif" w:hAnsi="Arial,Sans-Serif" w:hint="default"/>
      </w:rPr>
    </w:lvl>
    <w:lvl w:ilvl="7" w:tplc="9C643916" w:tentative="1">
      <w:start w:val="1"/>
      <w:numFmt w:val="bullet"/>
      <w:lvlText w:val="•"/>
      <w:lvlJc w:val="left"/>
      <w:pPr>
        <w:tabs>
          <w:tab w:val="num" w:pos="5760"/>
        </w:tabs>
        <w:ind w:left="5760" w:hanging="360"/>
      </w:pPr>
      <w:rPr>
        <w:rFonts w:ascii="Arial,Sans-Serif" w:hAnsi="Arial,Sans-Serif" w:hint="default"/>
      </w:rPr>
    </w:lvl>
    <w:lvl w:ilvl="8" w:tplc="65C23BD0" w:tentative="1">
      <w:start w:val="1"/>
      <w:numFmt w:val="bullet"/>
      <w:lvlText w:val="•"/>
      <w:lvlJc w:val="left"/>
      <w:pPr>
        <w:tabs>
          <w:tab w:val="num" w:pos="6480"/>
        </w:tabs>
        <w:ind w:left="6480" w:hanging="360"/>
      </w:pPr>
      <w:rPr>
        <w:rFonts w:ascii="Arial,Sans-Serif" w:hAnsi="Arial,Sans-Serif" w:hint="default"/>
      </w:rPr>
    </w:lvl>
  </w:abstractNum>
  <w:abstractNum w:abstractNumId="106" w15:restartNumberingAfterBreak="0">
    <w:nsid w:val="68566D91"/>
    <w:multiLevelType w:val="hybridMultilevel"/>
    <w:tmpl w:val="613EF67C"/>
    <w:lvl w:ilvl="0" w:tplc="9410CC5E">
      <w:start w:val="1"/>
      <w:numFmt w:val="decimal"/>
      <w:lvlText w:val="%1."/>
      <w:lvlJc w:val="left"/>
      <w:pPr>
        <w:tabs>
          <w:tab w:val="num" w:pos="720"/>
        </w:tabs>
        <w:ind w:left="720" w:hanging="360"/>
      </w:pPr>
    </w:lvl>
    <w:lvl w:ilvl="1" w:tplc="DF5EA8B6">
      <w:start w:val="1"/>
      <w:numFmt w:val="decimal"/>
      <w:lvlText w:val="%2."/>
      <w:lvlJc w:val="left"/>
      <w:pPr>
        <w:tabs>
          <w:tab w:val="num" w:pos="1440"/>
        </w:tabs>
        <w:ind w:left="1440" w:hanging="360"/>
      </w:pPr>
    </w:lvl>
    <w:lvl w:ilvl="2" w:tplc="F558FC58" w:tentative="1">
      <w:start w:val="1"/>
      <w:numFmt w:val="decimal"/>
      <w:lvlText w:val="%3."/>
      <w:lvlJc w:val="left"/>
      <w:pPr>
        <w:tabs>
          <w:tab w:val="num" w:pos="2160"/>
        </w:tabs>
        <w:ind w:left="2160" w:hanging="360"/>
      </w:pPr>
    </w:lvl>
    <w:lvl w:ilvl="3" w:tplc="6C403AF8" w:tentative="1">
      <w:start w:val="1"/>
      <w:numFmt w:val="decimal"/>
      <w:lvlText w:val="%4."/>
      <w:lvlJc w:val="left"/>
      <w:pPr>
        <w:tabs>
          <w:tab w:val="num" w:pos="2880"/>
        </w:tabs>
        <w:ind w:left="2880" w:hanging="360"/>
      </w:pPr>
    </w:lvl>
    <w:lvl w:ilvl="4" w:tplc="CAE401F0" w:tentative="1">
      <w:start w:val="1"/>
      <w:numFmt w:val="decimal"/>
      <w:lvlText w:val="%5."/>
      <w:lvlJc w:val="left"/>
      <w:pPr>
        <w:tabs>
          <w:tab w:val="num" w:pos="3600"/>
        </w:tabs>
        <w:ind w:left="3600" w:hanging="360"/>
      </w:pPr>
    </w:lvl>
    <w:lvl w:ilvl="5" w:tplc="B7FA82A8" w:tentative="1">
      <w:start w:val="1"/>
      <w:numFmt w:val="decimal"/>
      <w:lvlText w:val="%6."/>
      <w:lvlJc w:val="left"/>
      <w:pPr>
        <w:tabs>
          <w:tab w:val="num" w:pos="4320"/>
        </w:tabs>
        <w:ind w:left="4320" w:hanging="360"/>
      </w:pPr>
    </w:lvl>
    <w:lvl w:ilvl="6" w:tplc="02DE40FC" w:tentative="1">
      <w:start w:val="1"/>
      <w:numFmt w:val="decimal"/>
      <w:lvlText w:val="%7."/>
      <w:lvlJc w:val="left"/>
      <w:pPr>
        <w:tabs>
          <w:tab w:val="num" w:pos="5040"/>
        </w:tabs>
        <w:ind w:left="5040" w:hanging="360"/>
      </w:pPr>
    </w:lvl>
    <w:lvl w:ilvl="7" w:tplc="5A607876" w:tentative="1">
      <w:start w:val="1"/>
      <w:numFmt w:val="decimal"/>
      <w:lvlText w:val="%8."/>
      <w:lvlJc w:val="left"/>
      <w:pPr>
        <w:tabs>
          <w:tab w:val="num" w:pos="5760"/>
        </w:tabs>
        <w:ind w:left="5760" w:hanging="360"/>
      </w:pPr>
    </w:lvl>
    <w:lvl w:ilvl="8" w:tplc="D8445204" w:tentative="1">
      <w:start w:val="1"/>
      <w:numFmt w:val="decimal"/>
      <w:lvlText w:val="%9."/>
      <w:lvlJc w:val="left"/>
      <w:pPr>
        <w:tabs>
          <w:tab w:val="num" w:pos="6480"/>
        </w:tabs>
        <w:ind w:left="6480" w:hanging="360"/>
      </w:pPr>
    </w:lvl>
  </w:abstractNum>
  <w:abstractNum w:abstractNumId="107" w15:restartNumberingAfterBreak="0">
    <w:nsid w:val="6C735988"/>
    <w:multiLevelType w:val="hybridMultilevel"/>
    <w:tmpl w:val="142642F8"/>
    <w:lvl w:ilvl="0" w:tplc="951A8B24">
      <w:start w:val="1"/>
      <w:numFmt w:val="decimal"/>
      <w:lvlText w:val="%1."/>
      <w:lvlJc w:val="left"/>
      <w:pPr>
        <w:tabs>
          <w:tab w:val="num" w:pos="720"/>
        </w:tabs>
        <w:ind w:left="720" w:hanging="360"/>
      </w:pPr>
    </w:lvl>
    <w:lvl w:ilvl="1" w:tplc="5AA0440E">
      <w:start w:val="1"/>
      <w:numFmt w:val="lowerLetter"/>
      <w:lvlText w:val="%2)"/>
      <w:lvlJc w:val="left"/>
      <w:pPr>
        <w:tabs>
          <w:tab w:val="num" w:pos="1440"/>
        </w:tabs>
        <w:ind w:left="1440" w:hanging="360"/>
      </w:pPr>
    </w:lvl>
    <w:lvl w:ilvl="2" w:tplc="23EEB17C">
      <w:start w:val="1"/>
      <w:numFmt w:val="lowerLetter"/>
      <w:lvlText w:val="%3)"/>
      <w:lvlJc w:val="left"/>
      <w:pPr>
        <w:tabs>
          <w:tab w:val="num" w:pos="2160"/>
        </w:tabs>
        <w:ind w:left="2160" w:hanging="360"/>
      </w:pPr>
    </w:lvl>
    <w:lvl w:ilvl="3" w:tplc="5BEA71CC" w:tentative="1">
      <w:start w:val="1"/>
      <w:numFmt w:val="decimal"/>
      <w:lvlText w:val="%4."/>
      <w:lvlJc w:val="left"/>
      <w:pPr>
        <w:tabs>
          <w:tab w:val="num" w:pos="2880"/>
        </w:tabs>
        <w:ind w:left="2880" w:hanging="360"/>
      </w:pPr>
    </w:lvl>
    <w:lvl w:ilvl="4" w:tplc="1E98291A" w:tentative="1">
      <w:start w:val="1"/>
      <w:numFmt w:val="decimal"/>
      <w:lvlText w:val="%5."/>
      <w:lvlJc w:val="left"/>
      <w:pPr>
        <w:tabs>
          <w:tab w:val="num" w:pos="3600"/>
        </w:tabs>
        <w:ind w:left="3600" w:hanging="360"/>
      </w:pPr>
    </w:lvl>
    <w:lvl w:ilvl="5" w:tplc="3B8CB88A" w:tentative="1">
      <w:start w:val="1"/>
      <w:numFmt w:val="decimal"/>
      <w:lvlText w:val="%6."/>
      <w:lvlJc w:val="left"/>
      <w:pPr>
        <w:tabs>
          <w:tab w:val="num" w:pos="4320"/>
        </w:tabs>
        <w:ind w:left="4320" w:hanging="360"/>
      </w:pPr>
    </w:lvl>
    <w:lvl w:ilvl="6" w:tplc="101C4176" w:tentative="1">
      <w:start w:val="1"/>
      <w:numFmt w:val="decimal"/>
      <w:lvlText w:val="%7."/>
      <w:lvlJc w:val="left"/>
      <w:pPr>
        <w:tabs>
          <w:tab w:val="num" w:pos="5040"/>
        </w:tabs>
        <w:ind w:left="5040" w:hanging="360"/>
      </w:pPr>
    </w:lvl>
    <w:lvl w:ilvl="7" w:tplc="B1905C34" w:tentative="1">
      <w:start w:val="1"/>
      <w:numFmt w:val="decimal"/>
      <w:lvlText w:val="%8."/>
      <w:lvlJc w:val="left"/>
      <w:pPr>
        <w:tabs>
          <w:tab w:val="num" w:pos="5760"/>
        </w:tabs>
        <w:ind w:left="5760" w:hanging="360"/>
      </w:pPr>
    </w:lvl>
    <w:lvl w:ilvl="8" w:tplc="9754FF94" w:tentative="1">
      <w:start w:val="1"/>
      <w:numFmt w:val="decimal"/>
      <w:lvlText w:val="%9."/>
      <w:lvlJc w:val="left"/>
      <w:pPr>
        <w:tabs>
          <w:tab w:val="num" w:pos="6480"/>
        </w:tabs>
        <w:ind w:left="6480" w:hanging="360"/>
      </w:pPr>
    </w:lvl>
  </w:abstractNum>
  <w:abstractNum w:abstractNumId="108" w15:restartNumberingAfterBreak="0">
    <w:nsid w:val="6E8D55F3"/>
    <w:multiLevelType w:val="hybridMultilevel"/>
    <w:tmpl w:val="3EA82ECC"/>
    <w:lvl w:ilvl="0" w:tplc="BD448C04">
      <w:start w:val="1"/>
      <w:numFmt w:val="bullet"/>
      <w:lvlText w:val="•"/>
      <w:lvlJc w:val="left"/>
      <w:pPr>
        <w:tabs>
          <w:tab w:val="num" w:pos="720"/>
        </w:tabs>
        <w:ind w:left="720" w:hanging="360"/>
      </w:pPr>
      <w:rPr>
        <w:rFonts w:ascii="Arial" w:hAnsi="Arial" w:hint="default"/>
      </w:rPr>
    </w:lvl>
    <w:lvl w:ilvl="1" w:tplc="D68C35A0" w:tentative="1">
      <w:start w:val="1"/>
      <w:numFmt w:val="bullet"/>
      <w:lvlText w:val="•"/>
      <w:lvlJc w:val="left"/>
      <w:pPr>
        <w:tabs>
          <w:tab w:val="num" w:pos="1440"/>
        </w:tabs>
        <w:ind w:left="1440" w:hanging="360"/>
      </w:pPr>
      <w:rPr>
        <w:rFonts w:ascii="Arial" w:hAnsi="Arial" w:hint="default"/>
      </w:rPr>
    </w:lvl>
    <w:lvl w:ilvl="2" w:tplc="B40A6EB8" w:tentative="1">
      <w:start w:val="1"/>
      <w:numFmt w:val="bullet"/>
      <w:lvlText w:val="•"/>
      <w:lvlJc w:val="left"/>
      <w:pPr>
        <w:tabs>
          <w:tab w:val="num" w:pos="2160"/>
        </w:tabs>
        <w:ind w:left="2160" w:hanging="360"/>
      </w:pPr>
      <w:rPr>
        <w:rFonts w:ascii="Arial" w:hAnsi="Arial" w:hint="default"/>
      </w:rPr>
    </w:lvl>
    <w:lvl w:ilvl="3" w:tplc="E4762D54" w:tentative="1">
      <w:start w:val="1"/>
      <w:numFmt w:val="bullet"/>
      <w:lvlText w:val="•"/>
      <w:lvlJc w:val="left"/>
      <w:pPr>
        <w:tabs>
          <w:tab w:val="num" w:pos="2880"/>
        </w:tabs>
        <w:ind w:left="2880" w:hanging="360"/>
      </w:pPr>
      <w:rPr>
        <w:rFonts w:ascii="Arial" w:hAnsi="Arial" w:hint="default"/>
      </w:rPr>
    </w:lvl>
    <w:lvl w:ilvl="4" w:tplc="738AE596" w:tentative="1">
      <w:start w:val="1"/>
      <w:numFmt w:val="bullet"/>
      <w:lvlText w:val="•"/>
      <w:lvlJc w:val="left"/>
      <w:pPr>
        <w:tabs>
          <w:tab w:val="num" w:pos="3600"/>
        </w:tabs>
        <w:ind w:left="3600" w:hanging="360"/>
      </w:pPr>
      <w:rPr>
        <w:rFonts w:ascii="Arial" w:hAnsi="Arial" w:hint="default"/>
      </w:rPr>
    </w:lvl>
    <w:lvl w:ilvl="5" w:tplc="3F68E228" w:tentative="1">
      <w:start w:val="1"/>
      <w:numFmt w:val="bullet"/>
      <w:lvlText w:val="•"/>
      <w:lvlJc w:val="left"/>
      <w:pPr>
        <w:tabs>
          <w:tab w:val="num" w:pos="4320"/>
        </w:tabs>
        <w:ind w:left="4320" w:hanging="360"/>
      </w:pPr>
      <w:rPr>
        <w:rFonts w:ascii="Arial" w:hAnsi="Arial" w:hint="default"/>
      </w:rPr>
    </w:lvl>
    <w:lvl w:ilvl="6" w:tplc="BE78B57C" w:tentative="1">
      <w:start w:val="1"/>
      <w:numFmt w:val="bullet"/>
      <w:lvlText w:val="•"/>
      <w:lvlJc w:val="left"/>
      <w:pPr>
        <w:tabs>
          <w:tab w:val="num" w:pos="5040"/>
        </w:tabs>
        <w:ind w:left="5040" w:hanging="360"/>
      </w:pPr>
      <w:rPr>
        <w:rFonts w:ascii="Arial" w:hAnsi="Arial" w:hint="default"/>
      </w:rPr>
    </w:lvl>
    <w:lvl w:ilvl="7" w:tplc="DB8E8594" w:tentative="1">
      <w:start w:val="1"/>
      <w:numFmt w:val="bullet"/>
      <w:lvlText w:val="•"/>
      <w:lvlJc w:val="left"/>
      <w:pPr>
        <w:tabs>
          <w:tab w:val="num" w:pos="5760"/>
        </w:tabs>
        <w:ind w:left="5760" w:hanging="360"/>
      </w:pPr>
      <w:rPr>
        <w:rFonts w:ascii="Arial" w:hAnsi="Arial" w:hint="default"/>
      </w:rPr>
    </w:lvl>
    <w:lvl w:ilvl="8" w:tplc="2816414E"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710F0FF5"/>
    <w:multiLevelType w:val="hybridMultilevel"/>
    <w:tmpl w:val="BD1ECDCE"/>
    <w:lvl w:ilvl="0" w:tplc="E05845CE">
      <w:start w:val="1"/>
      <w:numFmt w:val="bullet"/>
      <w:lvlText w:val="•"/>
      <w:lvlJc w:val="left"/>
      <w:pPr>
        <w:tabs>
          <w:tab w:val="num" w:pos="720"/>
        </w:tabs>
        <w:ind w:left="720" w:hanging="360"/>
      </w:pPr>
      <w:rPr>
        <w:rFonts w:ascii="Arial" w:hAnsi="Arial" w:hint="default"/>
      </w:rPr>
    </w:lvl>
    <w:lvl w:ilvl="1" w:tplc="5AEECDCE">
      <w:start w:val="1"/>
      <w:numFmt w:val="bullet"/>
      <w:lvlText w:val="•"/>
      <w:lvlJc w:val="left"/>
      <w:pPr>
        <w:tabs>
          <w:tab w:val="num" w:pos="1440"/>
        </w:tabs>
        <w:ind w:left="1440" w:hanging="360"/>
      </w:pPr>
      <w:rPr>
        <w:rFonts w:ascii="Arial" w:hAnsi="Arial" w:hint="default"/>
      </w:rPr>
    </w:lvl>
    <w:lvl w:ilvl="2" w:tplc="F5CC23A8" w:tentative="1">
      <w:start w:val="1"/>
      <w:numFmt w:val="bullet"/>
      <w:lvlText w:val="•"/>
      <w:lvlJc w:val="left"/>
      <w:pPr>
        <w:tabs>
          <w:tab w:val="num" w:pos="2160"/>
        </w:tabs>
        <w:ind w:left="2160" w:hanging="360"/>
      </w:pPr>
      <w:rPr>
        <w:rFonts w:ascii="Arial" w:hAnsi="Arial" w:hint="default"/>
      </w:rPr>
    </w:lvl>
    <w:lvl w:ilvl="3" w:tplc="3C62F468" w:tentative="1">
      <w:start w:val="1"/>
      <w:numFmt w:val="bullet"/>
      <w:lvlText w:val="•"/>
      <w:lvlJc w:val="left"/>
      <w:pPr>
        <w:tabs>
          <w:tab w:val="num" w:pos="2880"/>
        </w:tabs>
        <w:ind w:left="2880" w:hanging="360"/>
      </w:pPr>
      <w:rPr>
        <w:rFonts w:ascii="Arial" w:hAnsi="Arial" w:hint="default"/>
      </w:rPr>
    </w:lvl>
    <w:lvl w:ilvl="4" w:tplc="D75A364C" w:tentative="1">
      <w:start w:val="1"/>
      <w:numFmt w:val="bullet"/>
      <w:lvlText w:val="•"/>
      <w:lvlJc w:val="left"/>
      <w:pPr>
        <w:tabs>
          <w:tab w:val="num" w:pos="3600"/>
        </w:tabs>
        <w:ind w:left="3600" w:hanging="360"/>
      </w:pPr>
      <w:rPr>
        <w:rFonts w:ascii="Arial" w:hAnsi="Arial" w:hint="default"/>
      </w:rPr>
    </w:lvl>
    <w:lvl w:ilvl="5" w:tplc="7F14BF7E" w:tentative="1">
      <w:start w:val="1"/>
      <w:numFmt w:val="bullet"/>
      <w:lvlText w:val="•"/>
      <w:lvlJc w:val="left"/>
      <w:pPr>
        <w:tabs>
          <w:tab w:val="num" w:pos="4320"/>
        </w:tabs>
        <w:ind w:left="4320" w:hanging="360"/>
      </w:pPr>
      <w:rPr>
        <w:rFonts w:ascii="Arial" w:hAnsi="Arial" w:hint="default"/>
      </w:rPr>
    </w:lvl>
    <w:lvl w:ilvl="6" w:tplc="CD66445A" w:tentative="1">
      <w:start w:val="1"/>
      <w:numFmt w:val="bullet"/>
      <w:lvlText w:val="•"/>
      <w:lvlJc w:val="left"/>
      <w:pPr>
        <w:tabs>
          <w:tab w:val="num" w:pos="5040"/>
        </w:tabs>
        <w:ind w:left="5040" w:hanging="360"/>
      </w:pPr>
      <w:rPr>
        <w:rFonts w:ascii="Arial" w:hAnsi="Arial" w:hint="default"/>
      </w:rPr>
    </w:lvl>
    <w:lvl w:ilvl="7" w:tplc="9D484CC0" w:tentative="1">
      <w:start w:val="1"/>
      <w:numFmt w:val="bullet"/>
      <w:lvlText w:val="•"/>
      <w:lvlJc w:val="left"/>
      <w:pPr>
        <w:tabs>
          <w:tab w:val="num" w:pos="5760"/>
        </w:tabs>
        <w:ind w:left="5760" w:hanging="360"/>
      </w:pPr>
      <w:rPr>
        <w:rFonts w:ascii="Arial" w:hAnsi="Arial" w:hint="default"/>
      </w:rPr>
    </w:lvl>
    <w:lvl w:ilvl="8" w:tplc="F7FC2404"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71ED6BBC"/>
    <w:multiLevelType w:val="hybridMultilevel"/>
    <w:tmpl w:val="94FCEC6E"/>
    <w:lvl w:ilvl="0" w:tplc="DB76B862">
      <w:start w:val="1"/>
      <w:numFmt w:val="bullet"/>
      <w:lvlText w:val="•"/>
      <w:lvlJc w:val="left"/>
      <w:pPr>
        <w:tabs>
          <w:tab w:val="num" w:pos="720"/>
        </w:tabs>
        <w:ind w:left="720" w:hanging="360"/>
      </w:pPr>
      <w:rPr>
        <w:rFonts w:ascii="Arial" w:hAnsi="Arial" w:hint="default"/>
      </w:rPr>
    </w:lvl>
    <w:lvl w:ilvl="1" w:tplc="37728674">
      <w:numFmt w:val="bullet"/>
      <w:lvlText w:val="•"/>
      <w:lvlJc w:val="left"/>
      <w:pPr>
        <w:tabs>
          <w:tab w:val="num" w:pos="1440"/>
        </w:tabs>
        <w:ind w:left="1440" w:hanging="360"/>
      </w:pPr>
      <w:rPr>
        <w:rFonts w:ascii="Arial" w:hAnsi="Arial" w:hint="default"/>
      </w:rPr>
    </w:lvl>
    <w:lvl w:ilvl="2" w:tplc="92263D70" w:tentative="1">
      <w:start w:val="1"/>
      <w:numFmt w:val="bullet"/>
      <w:lvlText w:val="•"/>
      <w:lvlJc w:val="left"/>
      <w:pPr>
        <w:tabs>
          <w:tab w:val="num" w:pos="2160"/>
        </w:tabs>
        <w:ind w:left="2160" w:hanging="360"/>
      </w:pPr>
      <w:rPr>
        <w:rFonts w:ascii="Arial" w:hAnsi="Arial" w:hint="default"/>
      </w:rPr>
    </w:lvl>
    <w:lvl w:ilvl="3" w:tplc="6C509754" w:tentative="1">
      <w:start w:val="1"/>
      <w:numFmt w:val="bullet"/>
      <w:lvlText w:val="•"/>
      <w:lvlJc w:val="left"/>
      <w:pPr>
        <w:tabs>
          <w:tab w:val="num" w:pos="2880"/>
        </w:tabs>
        <w:ind w:left="2880" w:hanging="360"/>
      </w:pPr>
      <w:rPr>
        <w:rFonts w:ascii="Arial" w:hAnsi="Arial" w:hint="default"/>
      </w:rPr>
    </w:lvl>
    <w:lvl w:ilvl="4" w:tplc="1B0628A2" w:tentative="1">
      <w:start w:val="1"/>
      <w:numFmt w:val="bullet"/>
      <w:lvlText w:val="•"/>
      <w:lvlJc w:val="left"/>
      <w:pPr>
        <w:tabs>
          <w:tab w:val="num" w:pos="3600"/>
        </w:tabs>
        <w:ind w:left="3600" w:hanging="360"/>
      </w:pPr>
      <w:rPr>
        <w:rFonts w:ascii="Arial" w:hAnsi="Arial" w:hint="default"/>
      </w:rPr>
    </w:lvl>
    <w:lvl w:ilvl="5" w:tplc="57CC8096" w:tentative="1">
      <w:start w:val="1"/>
      <w:numFmt w:val="bullet"/>
      <w:lvlText w:val="•"/>
      <w:lvlJc w:val="left"/>
      <w:pPr>
        <w:tabs>
          <w:tab w:val="num" w:pos="4320"/>
        </w:tabs>
        <w:ind w:left="4320" w:hanging="360"/>
      </w:pPr>
      <w:rPr>
        <w:rFonts w:ascii="Arial" w:hAnsi="Arial" w:hint="default"/>
      </w:rPr>
    </w:lvl>
    <w:lvl w:ilvl="6" w:tplc="A37C4808" w:tentative="1">
      <w:start w:val="1"/>
      <w:numFmt w:val="bullet"/>
      <w:lvlText w:val="•"/>
      <w:lvlJc w:val="left"/>
      <w:pPr>
        <w:tabs>
          <w:tab w:val="num" w:pos="5040"/>
        </w:tabs>
        <w:ind w:left="5040" w:hanging="360"/>
      </w:pPr>
      <w:rPr>
        <w:rFonts w:ascii="Arial" w:hAnsi="Arial" w:hint="default"/>
      </w:rPr>
    </w:lvl>
    <w:lvl w:ilvl="7" w:tplc="A84C0FDC" w:tentative="1">
      <w:start w:val="1"/>
      <w:numFmt w:val="bullet"/>
      <w:lvlText w:val="•"/>
      <w:lvlJc w:val="left"/>
      <w:pPr>
        <w:tabs>
          <w:tab w:val="num" w:pos="5760"/>
        </w:tabs>
        <w:ind w:left="5760" w:hanging="360"/>
      </w:pPr>
      <w:rPr>
        <w:rFonts w:ascii="Arial" w:hAnsi="Arial" w:hint="default"/>
      </w:rPr>
    </w:lvl>
    <w:lvl w:ilvl="8" w:tplc="C3006684"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74693607"/>
    <w:multiLevelType w:val="hybridMultilevel"/>
    <w:tmpl w:val="E0A0DB12"/>
    <w:lvl w:ilvl="0" w:tplc="E670100A">
      <w:start w:val="1"/>
      <w:numFmt w:val="bullet"/>
      <w:lvlText w:val="•"/>
      <w:lvlJc w:val="left"/>
      <w:pPr>
        <w:tabs>
          <w:tab w:val="num" w:pos="720"/>
        </w:tabs>
        <w:ind w:left="720" w:hanging="360"/>
      </w:pPr>
      <w:rPr>
        <w:rFonts w:ascii="Arial" w:hAnsi="Arial" w:hint="default"/>
      </w:rPr>
    </w:lvl>
    <w:lvl w:ilvl="1" w:tplc="8D068D1C" w:tentative="1">
      <w:start w:val="1"/>
      <w:numFmt w:val="bullet"/>
      <w:lvlText w:val="•"/>
      <w:lvlJc w:val="left"/>
      <w:pPr>
        <w:tabs>
          <w:tab w:val="num" w:pos="1440"/>
        </w:tabs>
        <w:ind w:left="1440" w:hanging="360"/>
      </w:pPr>
      <w:rPr>
        <w:rFonts w:ascii="Arial" w:hAnsi="Arial" w:hint="default"/>
      </w:rPr>
    </w:lvl>
    <w:lvl w:ilvl="2" w:tplc="149A9BEC" w:tentative="1">
      <w:start w:val="1"/>
      <w:numFmt w:val="bullet"/>
      <w:lvlText w:val="•"/>
      <w:lvlJc w:val="left"/>
      <w:pPr>
        <w:tabs>
          <w:tab w:val="num" w:pos="2160"/>
        </w:tabs>
        <w:ind w:left="2160" w:hanging="360"/>
      </w:pPr>
      <w:rPr>
        <w:rFonts w:ascii="Arial" w:hAnsi="Arial" w:hint="default"/>
      </w:rPr>
    </w:lvl>
    <w:lvl w:ilvl="3" w:tplc="4ED6D2D2" w:tentative="1">
      <w:start w:val="1"/>
      <w:numFmt w:val="bullet"/>
      <w:lvlText w:val="•"/>
      <w:lvlJc w:val="left"/>
      <w:pPr>
        <w:tabs>
          <w:tab w:val="num" w:pos="2880"/>
        </w:tabs>
        <w:ind w:left="2880" w:hanging="360"/>
      </w:pPr>
      <w:rPr>
        <w:rFonts w:ascii="Arial" w:hAnsi="Arial" w:hint="default"/>
      </w:rPr>
    </w:lvl>
    <w:lvl w:ilvl="4" w:tplc="59300FDC" w:tentative="1">
      <w:start w:val="1"/>
      <w:numFmt w:val="bullet"/>
      <w:lvlText w:val="•"/>
      <w:lvlJc w:val="left"/>
      <w:pPr>
        <w:tabs>
          <w:tab w:val="num" w:pos="3600"/>
        </w:tabs>
        <w:ind w:left="3600" w:hanging="360"/>
      </w:pPr>
      <w:rPr>
        <w:rFonts w:ascii="Arial" w:hAnsi="Arial" w:hint="default"/>
      </w:rPr>
    </w:lvl>
    <w:lvl w:ilvl="5" w:tplc="C034379E" w:tentative="1">
      <w:start w:val="1"/>
      <w:numFmt w:val="bullet"/>
      <w:lvlText w:val="•"/>
      <w:lvlJc w:val="left"/>
      <w:pPr>
        <w:tabs>
          <w:tab w:val="num" w:pos="4320"/>
        </w:tabs>
        <w:ind w:left="4320" w:hanging="360"/>
      </w:pPr>
      <w:rPr>
        <w:rFonts w:ascii="Arial" w:hAnsi="Arial" w:hint="default"/>
      </w:rPr>
    </w:lvl>
    <w:lvl w:ilvl="6" w:tplc="2AFC6258" w:tentative="1">
      <w:start w:val="1"/>
      <w:numFmt w:val="bullet"/>
      <w:lvlText w:val="•"/>
      <w:lvlJc w:val="left"/>
      <w:pPr>
        <w:tabs>
          <w:tab w:val="num" w:pos="5040"/>
        </w:tabs>
        <w:ind w:left="5040" w:hanging="360"/>
      </w:pPr>
      <w:rPr>
        <w:rFonts w:ascii="Arial" w:hAnsi="Arial" w:hint="default"/>
      </w:rPr>
    </w:lvl>
    <w:lvl w:ilvl="7" w:tplc="264A564E" w:tentative="1">
      <w:start w:val="1"/>
      <w:numFmt w:val="bullet"/>
      <w:lvlText w:val="•"/>
      <w:lvlJc w:val="left"/>
      <w:pPr>
        <w:tabs>
          <w:tab w:val="num" w:pos="5760"/>
        </w:tabs>
        <w:ind w:left="5760" w:hanging="360"/>
      </w:pPr>
      <w:rPr>
        <w:rFonts w:ascii="Arial" w:hAnsi="Arial" w:hint="default"/>
      </w:rPr>
    </w:lvl>
    <w:lvl w:ilvl="8" w:tplc="5ADABC0E"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753AE446"/>
    <w:multiLevelType w:val="hybridMultilevel"/>
    <w:tmpl w:val="8A64BCCA"/>
    <w:lvl w:ilvl="0" w:tplc="04090001">
      <w:start w:val="1"/>
      <w:numFmt w:val="bullet"/>
      <w:lvlText w:val=""/>
      <w:lvlJc w:val="left"/>
      <w:rPr>
        <w:rFonts w:ascii="Symbol" w:hAnsi="Symbol" w:hint="default"/>
      </w:rPr>
    </w:lvl>
    <w:lvl w:ilvl="1" w:tplc="FFFFFFFF">
      <w:numFmt w:val="decimal"/>
      <w:lvlText w:val=""/>
      <w:lvlJc w:val="left"/>
    </w:lvl>
    <w:lvl w:ilvl="2" w:tplc="04090003">
      <w:start w:val="1"/>
      <w:numFmt w:val="bullet"/>
      <w:lvlText w:val="o"/>
      <w:lvlJc w:val="left"/>
      <w:pPr>
        <w:ind w:left="1440" w:hanging="360"/>
      </w:pPr>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15:restartNumberingAfterBreak="0">
    <w:nsid w:val="763A606F"/>
    <w:multiLevelType w:val="hybridMultilevel"/>
    <w:tmpl w:val="B78CEA9E"/>
    <w:lvl w:ilvl="0" w:tplc="7792AFB0">
      <w:start w:val="1"/>
      <w:numFmt w:val="bullet"/>
      <w:lvlText w:val="•"/>
      <w:lvlJc w:val="left"/>
      <w:pPr>
        <w:tabs>
          <w:tab w:val="num" w:pos="720"/>
        </w:tabs>
        <w:ind w:left="720" w:hanging="360"/>
      </w:pPr>
      <w:rPr>
        <w:rFonts w:ascii="Arial" w:hAnsi="Arial" w:hint="default"/>
      </w:rPr>
    </w:lvl>
    <w:lvl w:ilvl="1" w:tplc="7B747C40" w:tentative="1">
      <w:start w:val="1"/>
      <w:numFmt w:val="bullet"/>
      <w:lvlText w:val="•"/>
      <w:lvlJc w:val="left"/>
      <w:pPr>
        <w:tabs>
          <w:tab w:val="num" w:pos="1440"/>
        </w:tabs>
        <w:ind w:left="1440" w:hanging="360"/>
      </w:pPr>
      <w:rPr>
        <w:rFonts w:ascii="Arial" w:hAnsi="Arial" w:hint="default"/>
      </w:rPr>
    </w:lvl>
    <w:lvl w:ilvl="2" w:tplc="014E7060" w:tentative="1">
      <w:start w:val="1"/>
      <w:numFmt w:val="bullet"/>
      <w:lvlText w:val="•"/>
      <w:lvlJc w:val="left"/>
      <w:pPr>
        <w:tabs>
          <w:tab w:val="num" w:pos="2160"/>
        </w:tabs>
        <w:ind w:left="2160" w:hanging="360"/>
      </w:pPr>
      <w:rPr>
        <w:rFonts w:ascii="Arial" w:hAnsi="Arial" w:hint="default"/>
      </w:rPr>
    </w:lvl>
    <w:lvl w:ilvl="3" w:tplc="A7DC29D4" w:tentative="1">
      <w:start w:val="1"/>
      <w:numFmt w:val="bullet"/>
      <w:lvlText w:val="•"/>
      <w:lvlJc w:val="left"/>
      <w:pPr>
        <w:tabs>
          <w:tab w:val="num" w:pos="2880"/>
        </w:tabs>
        <w:ind w:left="2880" w:hanging="360"/>
      </w:pPr>
      <w:rPr>
        <w:rFonts w:ascii="Arial" w:hAnsi="Arial" w:hint="default"/>
      </w:rPr>
    </w:lvl>
    <w:lvl w:ilvl="4" w:tplc="19CAB49C" w:tentative="1">
      <w:start w:val="1"/>
      <w:numFmt w:val="bullet"/>
      <w:lvlText w:val="•"/>
      <w:lvlJc w:val="left"/>
      <w:pPr>
        <w:tabs>
          <w:tab w:val="num" w:pos="3600"/>
        </w:tabs>
        <w:ind w:left="3600" w:hanging="360"/>
      </w:pPr>
      <w:rPr>
        <w:rFonts w:ascii="Arial" w:hAnsi="Arial" w:hint="default"/>
      </w:rPr>
    </w:lvl>
    <w:lvl w:ilvl="5" w:tplc="34843D14" w:tentative="1">
      <w:start w:val="1"/>
      <w:numFmt w:val="bullet"/>
      <w:lvlText w:val="•"/>
      <w:lvlJc w:val="left"/>
      <w:pPr>
        <w:tabs>
          <w:tab w:val="num" w:pos="4320"/>
        </w:tabs>
        <w:ind w:left="4320" w:hanging="360"/>
      </w:pPr>
      <w:rPr>
        <w:rFonts w:ascii="Arial" w:hAnsi="Arial" w:hint="default"/>
      </w:rPr>
    </w:lvl>
    <w:lvl w:ilvl="6" w:tplc="96A84C8A" w:tentative="1">
      <w:start w:val="1"/>
      <w:numFmt w:val="bullet"/>
      <w:lvlText w:val="•"/>
      <w:lvlJc w:val="left"/>
      <w:pPr>
        <w:tabs>
          <w:tab w:val="num" w:pos="5040"/>
        </w:tabs>
        <w:ind w:left="5040" w:hanging="360"/>
      </w:pPr>
      <w:rPr>
        <w:rFonts w:ascii="Arial" w:hAnsi="Arial" w:hint="default"/>
      </w:rPr>
    </w:lvl>
    <w:lvl w:ilvl="7" w:tplc="D87C9150" w:tentative="1">
      <w:start w:val="1"/>
      <w:numFmt w:val="bullet"/>
      <w:lvlText w:val="•"/>
      <w:lvlJc w:val="left"/>
      <w:pPr>
        <w:tabs>
          <w:tab w:val="num" w:pos="5760"/>
        </w:tabs>
        <w:ind w:left="5760" w:hanging="360"/>
      </w:pPr>
      <w:rPr>
        <w:rFonts w:ascii="Arial" w:hAnsi="Arial" w:hint="default"/>
      </w:rPr>
    </w:lvl>
    <w:lvl w:ilvl="8" w:tplc="541C163E"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7641699C"/>
    <w:multiLevelType w:val="hybridMultilevel"/>
    <w:tmpl w:val="D332BF7E"/>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15:restartNumberingAfterBreak="0">
    <w:nsid w:val="7A9275A1"/>
    <w:multiLevelType w:val="hybridMultilevel"/>
    <w:tmpl w:val="0AB03CDE"/>
    <w:lvl w:ilvl="0" w:tplc="9F4239A6">
      <w:start w:val="1"/>
      <w:numFmt w:val="bullet"/>
      <w:lvlText w:val="•"/>
      <w:lvlJc w:val="left"/>
      <w:pPr>
        <w:tabs>
          <w:tab w:val="num" w:pos="720"/>
        </w:tabs>
        <w:ind w:left="720" w:hanging="360"/>
      </w:pPr>
      <w:rPr>
        <w:rFonts w:ascii="Arial" w:hAnsi="Arial" w:hint="default"/>
      </w:rPr>
    </w:lvl>
    <w:lvl w:ilvl="1" w:tplc="F9C6B704" w:tentative="1">
      <w:start w:val="1"/>
      <w:numFmt w:val="bullet"/>
      <w:lvlText w:val="•"/>
      <w:lvlJc w:val="left"/>
      <w:pPr>
        <w:tabs>
          <w:tab w:val="num" w:pos="1440"/>
        </w:tabs>
        <w:ind w:left="1440" w:hanging="360"/>
      </w:pPr>
      <w:rPr>
        <w:rFonts w:ascii="Arial" w:hAnsi="Arial" w:hint="default"/>
      </w:rPr>
    </w:lvl>
    <w:lvl w:ilvl="2" w:tplc="AE00E2D2" w:tentative="1">
      <w:start w:val="1"/>
      <w:numFmt w:val="bullet"/>
      <w:lvlText w:val="•"/>
      <w:lvlJc w:val="left"/>
      <w:pPr>
        <w:tabs>
          <w:tab w:val="num" w:pos="2160"/>
        </w:tabs>
        <w:ind w:left="2160" w:hanging="360"/>
      </w:pPr>
      <w:rPr>
        <w:rFonts w:ascii="Arial" w:hAnsi="Arial" w:hint="default"/>
      </w:rPr>
    </w:lvl>
    <w:lvl w:ilvl="3" w:tplc="14F09ACA" w:tentative="1">
      <w:start w:val="1"/>
      <w:numFmt w:val="bullet"/>
      <w:lvlText w:val="•"/>
      <w:lvlJc w:val="left"/>
      <w:pPr>
        <w:tabs>
          <w:tab w:val="num" w:pos="2880"/>
        </w:tabs>
        <w:ind w:left="2880" w:hanging="360"/>
      </w:pPr>
      <w:rPr>
        <w:rFonts w:ascii="Arial" w:hAnsi="Arial" w:hint="default"/>
      </w:rPr>
    </w:lvl>
    <w:lvl w:ilvl="4" w:tplc="D72662B4" w:tentative="1">
      <w:start w:val="1"/>
      <w:numFmt w:val="bullet"/>
      <w:lvlText w:val="•"/>
      <w:lvlJc w:val="left"/>
      <w:pPr>
        <w:tabs>
          <w:tab w:val="num" w:pos="3600"/>
        </w:tabs>
        <w:ind w:left="3600" w:hanging="360"/>
      </w:pPr>
      <w:rPr>
        <w:rFonts w:ascii="Arial" w:hAnsi="Arial" w:hint="default"/>
      </w:rPr>
    </w:lvl>
    <w:lvl w:ilvl="5" w:tplc="EF8C9212" w:tentative="1">
      <w:start w:val="1"/>
      <w:numFmt w:val="bullet"/>
      <w:lvlText w:val="•"/>
      <w:lvlJc w:val="left"/>
      <w:pPr>
        <w:tabs>
          <w:tab w:val="num" w:pos="4320"/>
        </w:tabs>
        <w:ind w:left="4320" w:hanging="360"/>
      </w:pPr>
      <w:rPr>
        <w:rFonts w:ascii="Arial" w:hAnsi="Arial" w:hint="default"/>
      </w:rPr>
    </w:lvl>
    <w:lvl w:ilvl="6" w:tplc="334C54C4" w:tentative="1">
      <w:start w:val="1"/>
      <w:numFmt w:val="bullet"/>
      <w:lvlText w:val="•"/>
      <w:lvlJc w:val="left"/>
      <w:pPr>
        <w:tabs>
          <w:tab w:val="num" w:pos="5040"/>
        </w:tabs>
        <w:ind w:left="5040" w:hanging="360"/>
      </w:pPr>
      <w:rPr>
        <w:rFonts w:ascii="Arial" w:hAnsi="Arial" w:hint="default"/>
      </w:rPr>
    </w:lvl>
    <w:lvl w:ilvl="7" w:tplc="47B07EC6" w:tentative="1">
      <w:start w:val="1"/>
      <w:numFmt w:val="bullet"/>
      <w:lvlText w:val="•"/>
      <w:lvlJc w:val="left"/>
      <w:pPr>
        <w:tabs>
          <w:tab w:val="num" w:pos="5760"/>
        </w:tabs>
        <w:ind w:left="5760" w:hanging="360"/>
      </w:pPr>
      <w:rPr>
        <w:rFonts w:ascii="Arial" w:hAnsi="Arial" w:hint="default"/>
      </w:rPr>
    </w:lvl>
    <w:lvl w:ilvl="8" w:tplc="F1A62554"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7AE90261"/>
    <w:multiLevelType w:val="hybridMultilevel"/>
    <w:tmpl w:val="D70A2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B31575F"/>
    <w:multiLevelType w:val="hybridMultilevel"/>
    <w:tmpl w:val="42D6998A"/>
    <w:lvl w:ilvl="0" w:tplc="DEF884EA">
      <w:start w:val="1"/>
      <w:numFmt w:val="bullet"/>
      <w:lvlText w:val="•"/>
      <w:lvlJc w:val="left"/>
      <w:pPr>
        <w:tabs>
          <w:tab w:val="num" w:pos="720"/>
        </w:tabs>
        <w:ind w:left="720" w:hanging="360"/>
      </w:pPr>
      <w:rPr>
        <w:rFonts w:ascii="Arial" w:hAnsi="Arial" w:hint="default"/>
      </w:rPr>
    </w:lvl>
    <w:lvl w:ilvl="1" w:tplc="693A7062" w:tentative="1">
      <w:start w:val="1"/>
      <w:numFmt w:val="bullet"/>
      <w:lvlText w:val="•"/>
      <w:lvlJc w:val="left"/>
      <w:pPr>
        <w:tabs>
          <w:tab w:val="num" w:pos="1440"/>
        </w:tabs>
        <w:ind w:left="1440" w:hanging="360"/>
      </w:pPr>
      <w:rPr>
        <w:rFonts w:ascii="Arial" w:hAnsi="Arial" w:hint="default"/>
      </w:rPr>
    </w:lvl>
    <w:lvl w:ilvl="2" w:tplc="FA0E7886" w:tentative="1">
      <w:start w:val="1"/>
      <w:numFmt w:val="bullet"/>
      <w:lvlText w:val="•"/>
      <w:lvlJc w:val="left"/>
      <w:pPr>
        <w:tabs>
          <w:tab w:val="num" w:pos="2160"/>
        </w:tabs>
        <w:ind w:left="2160" w:hanging="360"/>
      </w:pPr>
      <w:rPr>
        <w:rFonts w:ascii="Arial" w:hAnsi="Arial" w:hint="default"/>
      </w:rPr>
    </w:lvl>
    <w:lvl w:ilvl="3" w:tplc="083EA1A8" w:tentative="1">
      <w:start w:val="1"/>
      <w:numFmt w:val="bullet"/>
      <w:lvlText w:val="•"/>
      <w:lvlJc w:val="left"/>
      <w:pPr>
        <w:tabs>
          <w:tab w:val="num" w:pos="2880"/>
        </w:tabs>
        <w:ind w:left="2880" w:hanging="360"/>
      </w:pPr>
      <w:rPr>
        <w:rFonts w:ascii="Arial" w:hAnsi="Arial" w:hint="default"/>
      </w:rPr>
    </w:lvl>
    <w:lvl w:ilvl="4" w:tplc="3AD67AF4" w:tentative="1">
      <w:start w:val="1"/>
      <w:numFmt w:val="bullet"/>
      <w:lvlText w:val="•"/>
      <w:lvlJc w:val="left"/>
      <w:pPr>
        <w:tabs>
          <w:tab w:val="num" w:pos="3600"/>
        </w:tabs>
        <w:ind w:left="3600" w:hanging="360"/>
      </w:pPr>
      <w:rPr>
        <w:rFonts w:ascii="Arial" w:hAnsi="Arial" w:hint="default"/>
      </w:rPr>
    </w:lvl>
    <w:lvl w:ilvl="5" w:tplc="571075A4" w:tentative="1">
      <w:start w:val="1"/>
      <w:numFmt w:val="bullet"/>
      <w:lvlText w:val="•"/>
      <w:lvlJc w:val="left"/>
      <w:pPr>
        <w:tabs>
          <w:tab w:val="num" w:pos="4320"/>
        </w:tabs>
        <w:ind w:left="4320" w:hanging="360"/>
      </w:pPr>
      <w:rPr>
        <w:rFonts w:ascii="Arial" w:hAnsi="Arial" w:hint="default"/>
      </w:rPr>
    </w:lvl>
    <w:lvl w:ilvl="6" w:tplc="B8ECCB12" w:tentative="1">
      <w:start w:val="1"/>
      <w:numFmt w:val="bullet"/>
      <w:lvlText w:val="•"/>
      <w:lvlJc w:val="left"/>
      <w:pPr>
        <w:tabs>
          <w:tab w:val="num" w:pos="5040"/>
        </w:tabs>
        <w:ind w:left="5040" w:hanging="360"/>
      </w:pPr>
      <w:rPr>
        <w:rFonts w:ascii="Arial" w:hAnsi="Arial" w:hint="default"/>
      </w:rPr>
    </w:lvl>
    <w:lvl w:ilvl="7" w:tplc="03BEEF04" w:tentative="1">
      <w:start w:val="1"/>
      <w:numFmt w:val="bullet"/>
      <w:lvlText w:val="•"/>
      <w:lvlJc w:val="left"/>
      <w:pPr>
        <w:tabs>
          <w:tab w:val="num" w:pos="5760"/>
        </w:tabs>
        <w:ind w:left="5760" w:hanging="360"/>
      </w:pPr>
      <w:rPr>
        <w:rFonts w:ascii="Arial" w:hAnsi="Arial" w:hint="default"/>
      </w:rPr>
    </w:lvl>
    <w:lvl w:ilvl="8" w:tplc="EA36D738"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7C0A5CD9"/>
    <w:multiLevelType w:val="hybridMultilevel"/>
    <w:tmpl w:val="2910B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E320E29"/>
    <w:multiLevelType w:val="hybridMultilevel"/>
    <w:tmpl w:val="B6D0CAEA"/>
    <w:lvl w:ilvl="0" w:tplc="1A8A74DC">
      <w:start w:val="1"/>
      <w:numFmt w:val="bullet"/>
      <w:lvlText w:val="•"/>
      <w:lvlJc w:val="left"/>
      <w:pPr>
        <w:tabs>
          <w:tab w:val="num" w:pos="720"/>
        </w:tabs>
        <w:ind w:left="720" w:hanging="360"/>
      </w:pPr>
      <w:rPr>
        <w:rFonts w:ascii="Arial" w:hAnsi="Arial" w:hint="default"/>
      </w:rPr>
    </w:lvl>
    <w:lvl w:ilvl="1" w:tplc="C1183F42" w:tentative="1">
      <w:start w:val="1"/>
      <w:numFmt w:val="bullet"/>
      <w:lvlText w:val="•"/>
      <w:lvlJc w:val="left"/>
      <w:pPr>
        <w:tabs>
          <w:tab w:val="num" w:pos="1440"/>
        </w:tabs>
        <w:ind w:left="1440" w:hanging="360"/>
      </w:pPr>
      <w:rPr>
        <w:rFonts w:ascii="Arial" w:hAnsi="Arial" w:hint="default"/>
      </w:rPr>
    </w:lvl>
    <w:lvl w:ilvl="2" w:tplc="1110D50E" w:tentative="1">
      <w:start w:val="1"/>
      <w:numFmt w:val="bullet"/>
      <w:lvlText w:val="•"/>
      <w:lvlJc w:val="left"/>
      <w:pPr>
        <w:tabs>
          <w:tab w:val="num" w:pos="2160"/>
        </w:tabs>
        <w:ind w:left="2160" w:hanging="360"/>
      </w:pPr>
      <w:rPr>
        <w:rFonts w:ascii="Arial" w:hAnsi="Arial" w:hint="default"/>
      </w:rPr>
    </w:lvl>
    <w:lvl w:ilvl="3" w:tplc="FC6AF72C" w:tentative="1">
      <w:start w:val="1"/>
      <w:numFmt w:val="bullet"/>
      <w:lvlText w:val="•"/>
      <w:lvlJc w:val="left"/>
      <w:pPr>
        <w:tabs>
          <w:tab w:val="num" w:pos="2880"/>
        </w:tabs>
        <w:ind w:left="2880" w:hanging="360"/>
      </w:pPr>
      <w:rPr>
        <w:rFonts w:ascii="Arial" w:hAnsi="Arial" w:hint="default"/>
      </w:rPr>
    </w:lvl>
    <w:lvl w:ilvl="4" w:tplc="0CFA2BAC" w:tentative="1">
      <w:start w:val="1"/>
      <w:numFmt w:val="bullet"/>
      <w:lvlText w:val="•"/>
      <w:lvlJc w:val="left"/>
      <w:pPr>
        <w:tabs>
          <w:tab w:val="num" w:pos="3600"/>
        </w:tabs>
        <w:ind w:left="3600" w:hanging="360"/>
      </w:pPr>
      <w:rPr>
        <w:rFonts w:ascii="Arial" w:hAnsi="Arial" w:hint="default"/>
      </w:rPr>
    </w:lvl>
    <w:lvl w:ilvl="5" w:tplc="C7F6A28A" w:tentative="1">
      <w:start w:val="1"/>
      <w:numFmt w:val="bullet"/>
      <w:lvlText w:val="•"/>
      <w:lvlJc w:val="left"/>
      <w:pPr>
        <w:tabs>
          <w:tab w:val="num" w:pos="4320"/>
        </w:tabs>
        <w:ind w:left="4320" w:hanging="360"/>
      </w:pPr>
      <w:rPr>
        <w:rFonts w:ascii="Arial" w:hAnsi="Arial" w:hint="default"/>
      </w:rPr>
    </w:lvl>
    <w:lvl w:ilvl="6" w:tplc="3562539A" w:tentative="1">
      <w:start w:val="1"/>
      <w:numFmt w:val="bullet"/>
      <w:lvlText w:val="•"/>
      <w:lvlJc w:val="left"/>
      <w:pPr>
        <w:tabs>
          <w:tab w:val="num" w:pos="5040"/>
        </w:tabs>
        <w:ind w:left="5040" w:hanging="360"/>
      </w:pPr>
      <w:rPr>
        <w:rFonts w:ascii="Arial" w:hAnsi="Arial" w:hint="default"/>
      </w:rPr>
    </w:lvl>
    <w:lvl w:ilvl="7" w:tplc="D68E8B08" w:tentative="1">
      <w:start w:val="1"/>
      <w:numFmt w:val="bullet"/>
      <w:lvlText w:val="•"/>
      <w:lvlJc w:val="left"/>
      <w:pPr>
        <w:tabs>
          <w:tab w:val="num" w:pos="5760"/>
        </w:tabs>
        <w:ind w:left="5760" w:hanging="360"/>
      </w:pPr>
      <w:rPr>
        <w:rFonts w:ascii="Arial" w:hAnsi="Arial" w:hint="default"/>
      </w:rPr>
    </w:lvl>
    <w:lvl w:ilvl="8" w:tplc="15B873A4"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7E636078"/>
    <w:multiLevelType w:val="hybridMultilevel"/>
    <w:tmpl w:val="41F6D438"/>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15:restartNumberingAfterBreak="0">
    <w:nsid w:val="7F287EF6"/>
    <w:multiLevelType w:val="hybridMultilevel"/>
    <w:tmpl w:val="F44C9ABC"/>
    <w:lvl w:ilvl="0" w:tplc="BA20FF02">
      <w:start w:val="1"/>
      <w:numFmt w:val="bullet"/>
      <w:lvlText w:val="•"/>
      <w:lvlJc w:val="left"/>
      <w:pPr>
        <w:tabs>
          <w:tab w:val="num" w:pos="720"/>
        </w:tabs>
        <w:ind w:left="720" w:hanging="360"/>
      </w:pPr>
      <w:rPr>
        <w:rFonts w:ascii="Arial" w:hAnsi="Arial" w:hint="default"/>
      </w:rPr>
    </w:lvl>
    <w:lvl w:ilvl="1" w:tplc="73A6334A" w:tentative="1">
      <w:start w:val="1"/>
      <w:numFmt w:val="bullet"/>
      <w:lvlText w:val="•"/>
      <w:lvlJc w:val="left"/>
      <w:pPr>
        <w:tabs>
          <w:tab w:val="num" w:pos="1440"/>
        </w:tabs>
        <w:ind w:left="1440" w:hanging="360"/>
      </w:pPr>
      <w:rPr>
        <w:rFonts w:ascii="Arial" w:hAnsi="Arial" w:hint="default"/>
      </w:rPr>
    </w:lvl>
    <w:lvl w:ilvl="2" w:tplc="10BA15FE" w:tentative="1">
      <w:start w:val="1"/>
      <w:numFmt w:val="bullet"/>
      <w:lvlText w:val="•"/>
      <w:lvlJc w:val="left"/>
      <w:pPr>
        <w:tabs>
          <w:tab w:val="num" w:pos="2160"/>
        </w:tabs>
        <w:ind w:left="2160" w:hanging="360"/>
      </w:pPr>
      <w:rPr>
        <w:rFonts w:ascii="Arial" w:hAnsi="Arial" w:hint="default"/>
      </w:rPr>
    </w:lvl>
    <w:lvl w:ilvl="3" w:tplc="23C496F8" w:tentative="1">
      <w:start w:val="1"/>
      <w:numFmt w:val="bullet"/>
      <w:lvlText w:val="•"/>
      <w:lvlJc w:val="left"/>
      <w:pPr>
        <w:tabs>
          <w:tab w:val="num" w:pos="2880"/>
        </w:tabs>
        <w:ind w:left="2880" w:hanging="360"/>
      </w:pPr>
      <w:rPr>
        <w:rFonts w:ascii="Arial" w:hAnsi="Arial" w:hint="default"/>
      </w:rPr>
    </w:lvl>
    <w:lvl w:ilvl="4" w:tplc="0D54CFAA" w:tentative="1">
      <w:start w:val="1"/>
      <w:numFmt w:val="bullet"/>
      <w:lvlText w:val="•"/>
      <w:lvlJc w:val="left"/>
      <w:pPr>
        <w:tabs>
          <w:tab w:val="num" w:pos="3600"/>
        </w:tabs>
        <w:ind w:left="3600" w:hanging="360"/>
      </w:pPr>
      <w:rPr>
        <w:rFonts w:ascii="Arial" w:hAnsi="Arial" w:hint="default"/>
      </w:rPr>
    </w:lvl>
    <w:lvl w:ilvl="5" w:tplc="4DAC2D50" w:tentative="1">
      <w:start w:val="1"/>
      <w:numFmt w:val="bullet"/>
      <w:lvlText w:val="•"/>
      <w:lvlJc w:val="left"/>
      <w:pPr>
        <w:tabs>
          <w:tab w:val="num" w:pos="4320"/>
        </w:tabs>
        <w:ind w:left="4320" w:hanging="360"/>
      </w:pPr>
      <w:rPr>
        <w:rFonts w:ascii="Arial" w:hAnsi="Arial" w:hint="default"/>
      </w:rPr>
    </w:lvl>
    <w:lvl w:ilvl="6" w:tplc="C00ACF96" w:tentative="1">
      <w:start w:val="1"/>
      <w:numFmt w:val="bullet"/>
      <w:lvlText w:val="•"/>
      <w:lvlJc w:val="left"/>
      <w:pPr>
        <w:tabs>
          <w:tab w:val="num" w:pos="5040"/>
        </w:tabs>
        <w:ind w:left="5040" w:hanging="360"/>
      </w:pPr>
      <w:rPr>
        <w:rFonts w:ascii="Arial" w:hAnsi="Arial" w:hint="default"/>
      </w:rPr>
    </w:lvl>
    <w:lvl w:ilvl="7" w:tplc="2564C6C2" w:tentative="1">
      <w:start w:val="1"/>
      <w:numFmt w:val="bullet"/>
      <w:lvlText w:val="•"/>
      <w:lvlJc w:val="left"/>
      <w:pPr>
        <w:tabs>
          <w:tab w:val="num" w:pos="5760"/>
        </w:tabs>
        <w:ind w:left="5760" w:hanging="360"/>
      </w:pPr>
      <w:rPr>
        <w:rFonts w:ascii="Arial" w:hAnsi="Arial" w:hint="default"/>
      </w:rPr>
    </w:lvl>
    <w:lvl w:ilvl="8" w:tplc="8BC4870A" w:tentative="1">
      <w:start w:val="1"/>
      <w:numFmt w:val="bullet"/>
      <w:lvlText w:val="•"/>
      <w:lvlJc w:val="left"/>
      <w:pPr>
        <w:tabs>
          <w:tab w:val="num" w:pos="6480"/>
        </w:tabs>
        <w:ind w:left="6480" w:hanging="360"/>
      </w:pPr>
      <w:rPr>
        <w:rFonts w:ascii="Arial" w:hAnsi="Arial" w:hint="default"/>
      </w:rPr>
    </w:lvl>
  </w:abstractNum>
  <w:num w:numId="1" w16cid:durableId="1429933249">
    <w:abstractNumId w:val="17"/>
  </w:num>
  <w:num w:numId="2" w16cid:durableId="190150936">
    <w:abstractNumId w:val="15"/>
  </w:num>
  <w:num w:numId="3" w16cid:durableId="1730180316">
    <w:abstractNumId w:val="14"/>
  </w:num>
  <w:num w:numId="4" w16cid:durableId="191113245">
    <w:abstractNumId w:val="13"/>
  </w:num>
  <w:num w:numId="5" w16cid:durableId="1460759836">
    <w:abstractNumId w:val="16"/>
  </w:num>
  <w:num w:numId="6" w16cid:durableId="417213738">
    <w:abstractNumId w:val="12"/>
  </w:num>
  <w:num w:numId="7" w16cid:durableId="1298874023">
    <w:abstractNumId w:val="11"/>
  </w:num>
  <w:num w:numId="8" w16cid:durableId="341319535">
    <w:abstractNumId w:val="10"/>
  </w:num>
  <w:num w:numId="9" w16cid:durableId="1612275897">
    <w:abstractNumId w:val="9"/>
  </w:num>
  <w:num w:numId="10" w16cid:durableId="208952878">
    <w:abstractNumId w:val="93"/>
  </w:num>
  <w:num w:numId="11" w16cid:durableId="550307768">
    <w:abstractNumId w:val="90"/>
  </w:num>
  <w:num w:numId="12" w16cid:durableId="1776825526">
    <w:abstractNumId w:val="103"/>
  </w:num>
  <w:num w:numId="13" w16cid:durableId="388529524">
    <w:abstractNumId w:val="117"/>
  </w:num>
  <w:num w:numId="14" w16cid:durableId="1173030325">
    <w:abstractNumId w:val="113"/>
  </w:num>
  <w:num w:numId="15" w16cid:durableId="202791887">
    <w:abstractNumId w:val="96"/>
  </w:num>
  <w:num w:numId="16" w16cid:durableId="707028166">
    <w:abstractNumId w:val="53"/>
  </w:num>
  <w:num w:numId="17" w16cid:durableId="103235695">
    <w:abstractNumId w:val="66"/>
  </w:num>
  <w:num w:numId="18" w16cid:durableId="878125800">
    <w:abstractNumId w:val="28"/>
  </w:num>
  <w:num w:numId="19" w16cid:durableId="436680894">
    <w:abstractNumId w:val="18"/>
  </w:num>
  <w:num w:numId="20" w16cid:durableId="1159273307">
    <w:abstractNumId w:val="41"/>
  </w:num>
  <w:num w:numId="21" w16cid:durableId="1594314224">
    <w:abstractNumId w:val="0"/>
  </w:num>
  <w:num w:numId="22" w16cid:durableId="714887870">
    <w:abstractNumId w:val="26"/>
  </w:num>
  <w:num w:numId="23" w16cid:durableId="1757557034">
    <w:abstractNumId w:val="71"/>
  </w:num>
  <w:num w:numId="24" w16cid:durableId="1428649758">
    <w:abstractNumId w:val="116"/>
  </w:num>
  <w:num w:numId="25" w16cid:durableId="52430801">
    <w:abstractNumId w:val="48"/>
  </w:num>
  <w:num w:numId="26" w16cid:durableId="530187773">
    <w:abstractNumId w:val="4"/>
  </w:num>
  <w:num w:numId="27" w16cid:durableId="484275213">
    <w:abstractNumId w:val="80"/>
  </w:num>
  <w:num w:numId="28" w16cid:durableId="234899868">
    <w:abstractNumId w:val="102"/>
  </w:num>
  <w:num w:numId="29" w16cid:durableId="1613516776">
    <w:abstractNumId w:val="2"/>
  </w:num>
  <w:num w:numId="30" w16cid:durableId="801652438">
    <w:abstractNumId w:val="98"/>
  </w:num>
  <w:num w:numId="31" w16cid:durableId="1875925765">
    <w:abstractNumId w:val="3"/>
  </w:num>
  <w:num w:numId="32" w16cid:durableId="379088894">
    <w:abstractNumId w:val="29"/>
  </w:num>
  <w:num w:numId="33" w16cid:durableId="1439445479">
    <w:abstractNumId w:val="101"/>
  </w:num>
  <w:num w:numId="34" w16cid:durableId="1508137951">
    <w:abstractNumId w:val="68"/>
  </w:num>
  <w:num w:numId="35" w16cid:durableId="1757700926">
    <w:abstractNumId w:val="112"/>
  </w:num>
  <w:num w:numId="36" w16cid:durableId="2115898857">
    <w:abstractNumId w:val="77"/>
  </w:num>
  <w:num w:numId="37" w16cid:durableId="1209609066">
    <w:abstractNumId w:val="17"/>
  </w:num>
  <w:num w:numId="38" w16cid:durableId="704912057">
    <w:abstractNumId w:val="5"/>
  </w:num>
  <w:num w:numId="39" w16cid:durableId="1760826672">
    <w:abstractNumId w:val="60"/>
  </w:num>
  <w:num w:numId="40" w16cid:durableId="1106733937">
    <w:abstractNumId w:val="17"/>
  </w:num>
  <w:num w:numId="41" w16cid:durableId="1059979673">
    <w:abstractNumId w:val="56"/>
  </w:num>
  <w:num w:numId="42" w16cid:durableId="1997413966">
    <w:abstractNumId w:val="24"/>
  </w:num>
  <w:num w:numId="43" w16cid:durableId="969673912">
    <w:abstractNumId w:val="35"/>
  </w:num>
  <w:num w:numId="44" w16cid:durableId="1771852876">
    <w:abstractNumId w:val="43"/>
  </w:num>
  <w:num w:numId="45" w16cid:durableId="109595182">
    <w:abstractNumId w:val="92"/>
  </w:num>
  <w:num w:numId="46" w16cid:durableId="1873641173">
    <w:abstractNumId w:val="111"/>
  </w:num>
  <w:num w:numId="47" w16cid:durableId="1329749608">
    <w:abstractNumId w:val="42"/>
  </w:num>
  <w:num w:numId="48" w16cid:durableId="926381102">
    <w:abstractNumId w:val="115"/>
  </w:num>
  <w:num w:numId="49" w16cid:durableId="1149202448">
    <w:abstractNumId w:val="39"/>
  </w:num>
  <w:num w:numId="50" w16cid:durableId="211885428">
    <w:abstractNumId w:val="121"/>
  </w:num>
  <w:num w:numId="51" w16cid:durableId="995259341">
    <w:abstractNumId w:val="46"/>
  </w:num>
  <w:num w:numId="52" w16cid:durableId="597299278">
    <w:abstractNumId w:val="65"/>
  </w:num>
  <w:num w:numId="53" w16cid:durableId="234515875">
    <w:abstractNumId w:val="109"/>
  </w:num>
  <w:num w:numId="54" w16cid:durableId="44762348">
    <w:abstractNumId w:val="32"/>
  </w:num>
  <w:num w:numId="55" w16cid:durableId="1422945102">
    <w:abstractNumId w:val="79"/>
  </w:num>
  <w:num w:numId="56" w16cid:durableId="1758164926">
    <w:abstractNumId w:val="119"/>
  </w:num>
  <w:num w:numId="57" w16cid:durableId="1515680828">
    <w:abstractNumId w:val="108"/>
  </w:num>
  <w:num w:numId="58" w16cid:durableId="1435903857">
    <w:abstractNumId w:val="22"/>
  </w:num>
  <w:num w:numId="59" w16cid:durableId="77868439">
    <w:abstractNumId w:val="57"/>
  </w:num>
  <w:num w:numId="60" w16cid:durableId="2146121768">
    <w:abstractNumId w:val="23"/>
  </w:num>
  <w:num w:numId="61" w16cid:durableId="1407150118">
    <w:abstractNumId w:val="38"/>
  </w:num>
  <w:num w:numId="62" w16cid:durableId="1662656698">
    <w:abstractNumId w:val="75"/>
  </w:num>
  <w:num w:numId="63" w16cid:durableId="2024042536">
    <w:abstractNumId w:val="70"/>
  </w:num>
  <w:num w:numId="64" w16cid:durableId="639261230">
    <w:abstractNumId w:val="94"/>
  </w:num>
  <w:num w:numId="65" w16cid:durableId="1593079029">
    <w:abstractNumId w:val="55"/>
  </w:num>
  <w:num w:numId="66" w16cid:durableId="1535731146">
    <w:abstractNumId w:val="7"/>
  </w:num>
  <w:num w:numId="67" w16cid:durableId="529419362">
    <w:abstractNumId w:val="120"/>
  </w:num>
  <w:num w:numId="68" w16cid:durableId="1985574332">
    <w:abstractNumId w:val="36"/>
  </w:num>
  <w:num w:numId="69" w16cid:durableId="1247880266">
    <w:abstractNumId w:val="89"/>
  </w:num>
  <w:num w:numId="70" w16cid:durableId="457798049">
    <w:abstractNumId w:val="6"/>
  </w:num>
  <w:num w:numId="71" w16cid:durableId="37173711">
    <w:abstractNumId w:val="118"/>
  </w:num>
  <w:num w:numId="72" w16cid:durableId="811675214">
    <w:abstractNumId w:val="97"/>
  </w:num>
  <w:num w:numId="73" w16cid:durableId="893780168">
    <w:abstractNumId w:val="40"/>
  </w:num>
  <w:num w:numId="74" w16cid:durableId="1132939658">
    <w:abstractNumId w:val="114"/>
  </w:num>
  <w:num w:numId="75" w16cid:durableId="300502642">
    <w:abstractNumId w:val="69"/>
  </w:num>
  <w:num w:numId="76" w16cid:durableId="1761415111">
    <w:abstractNumId w:val="1"/>
  </w:num>
  <w:num w:numId="77" w16cid:durableId="821116576">
    <w:abstractNumId w:val="78"/>
  </w:num>
  <w:num w:numId="78" w16cid:durableId="1550343037">
    <w:abstractNumId w:val="17"/>
  </w:num>
  <w:num w:numId="79" w16cid:durableId="1958372851">
    <w:abstractNumId w:val="17"/>
  </w:num>
  <w:num w:numId="80" w16cid:durableId="2066247139">
    <w:abstractNumId w:val="17"/>
  </w:num>
  <w:num w:numId="81" w16cid:durableId="113063741">
    <w:abstractNumId w:val="17"/>
  </w:num>
  <w:num w:numId="82" w16cid:durableId="25185011">
    <w:abstractNumId w:val="8"/>
  </w:num>
  <w:num w:numId="83" w16cid:durableId="22175892">
    <w:abstractNumId w:val="76"/>
  </w:num>
  <w:num w:numId="84" w16cid:durableId="2108228530">
    <w:abstractNumId w:val="17"/>
  </w:num>
  <w:num w:numId="85" w16cid:durableId="634915267">
    <w:abstractNumId w:val="34"/>
  </w:num>
  <w:num w:numId="86" w16cid:durableId="1832135699">
    <w:abstractNumId w:val="64"/>
  </w:num>
  <w:num w:numId="87" w16cid:durableId="18355130">
    <w:abstractNumId w:val="49"/>
  </w:num>
  <w:num w:numId="88" w16cid:durableId="7417778">
    <w:abstractNumId w:val="20"/>
  </w:num>
  <w:num w:numId="89" w16cid:durableId="1352536186">
    <w:abstractNumId w:val="104"/>
  </w:num>
  <w:num w:numId="90" w16cid:durableId="1886913845">
    <w:abstractNumId w:val="61"/>
  </w:num>
  <w:num w:numId="91" w16cid:durableId="1473520098">
    <w:abstractNumId w:val="27"/>
  </w:num>
  <w:num w:numId="92" w16cid:durableId="2105417168">
    <w:abstractNumId w:val="37"/>
  </w:num>
  <w:num w:numId="93" w16cid:durableId="151987480">
    <w:abstractNumId w:val="50"/>
  </w:num>
  <w:num w:numId="94" w16cid:durableId="1467891468">
    <w:abstractNumId w:val="73"/>
  </w:num>
  <w:num w:numId="95" w16cid:durableId="106393878">
    <w:abstractNumId w:val="21"/>
  </w:num>
  <w:num w:numId="96" w16cid:durableId="224606778">
    <w:abstractNumId w:val="47"/>
  </w:num>
  <w:num w:numId="97" w16cid:durableId="151608356">
    <w:abstractNumId w:val="88"/>
  </w:num>
  <w:num w:numId="98" w16cid:durableId="1942835443">
    <w:abstractNumId w:val="72"/>
  </w:num>
  <w:num w:numId="99" w16cid:durableId="442767664">
    <w:abstractNumId w:val="81"/>
  </w:num>
  <w:num w:numId="100" w16cid:durableId="1290209634">
    <w:abstractNumId w:val="67"/>
  </w:num>
  <w:num w:numId="101" w16cid:durableId="535119312">
    <w:abstractNumId w:val="86"/>
  </w:num>
  <w:num w:numId="102" w16cid:durableId="953633203">
    <w:abstractNumId w:val="44"/>
  </w:num>
  <w:num w:numId="103" w16cid:durableId="1675768110">
    <w:abstractNumId w:val="106"/>
  </w:num>
  <w:num w:numId="104" w16cid:durableId="1000693734">
    <w:abstractNumId w:val="107"/>
  </w:num>
  <w:num w:numId="105" w16cid:durableId="550071900">
    <w:abstractNumId w:val="95"/>
  </w:num>
  <w:num w:numId="106" w16cid:durableId="1741438459">
    <w:abstractNumId w:val="100"/>
  </w:num>
  <w:num w:numId="107" w16cid:durableId="127363251">
    <w:abstractNumId w:val="33"/>
  </w:num>
  <w:num w:numId="108" w16cid:durableId="285358601">
    <w:abstractNumId w:val="19"/>
  </w:num>
  <w:num w:numId="109" w16cid:durableId="1541044494">
    <w:abstractNumId w:val="25"/>
  </w:num>
  <w:num w:numId="110" w16cid:durableId="1362902409">
    <w:abstractNumId w:val="30"/>
  </w:num>
  <w:num w:numId="111" w16cid:durableId="328749082">
    <w:abstractNumId w:val="105"/>
  </w:num>
  <w:num w:numId="112" w16cid:durableId="1775900695">
    <w:abstractNumId w:val="51"/>
  </w:num>
  <w:num w:numId="113" w16cid:durableId="257566498">
    <w:abstractNumId w:val="62"/>
  </w:num>
  <w:num w:numId="114" w16cid:durableId="1283921994">
    <w:abstractNumId w:val="45"/>
  </w:num>
  <w:num w:numId="115" w16cid:durableId="760493699">
    <w:abstractNumId w:val="99"/>
  </w:num>
  <w:num w:numId="116" w16cid:durableId="1780491402">
    <w:abstractNumId w:val="52"/>
  </w:num>
  <w:num w:numId="117" w16cid:durableId="1249735334">
    <w:abstractNumId w:val="87"/>
  </w:num>
  <w:num w:numId="118" w16cid:durableId="1304384014">
    <w:abstractNumId w:val="74"/>
  </w:num>
  <w:num w:numId="119" w16cid:durableId="132139962">
    <w:abstractNumId w:val="54"/>
  </w:num>
  <w:num w:numId="120" w16cid:durableId="601034734">
    <w:abstractNumId w:val="85"/>
  </w:num>
  <w:num w:numId="121" w16cid:durableId="1027484305">
    <w:abstractNumId w:val="83"/>
  </w:num>
  <w:num w:numId="122" w16cid:durableId="421489869">
    <w:abstractNumId w:val="110"/>
  </w:num>
  <w:num w:numId="123" w16cid:durableId="640769915">
    <w:abstractNumId w:val="59"/>
  </w:num>
  <w:num w:numId="124" w16cid:durableId="1609852443">
    <w:abstractNumId w:val="84"/>
  </w:num>
  <w:num w:numId="125" w16cid:durableId="1165826451">
    <w:abstractNumId w:val="31"/>
  </w:num>
  <w:num w:numId="126" w16cid:durableId="1175995404">
    <w:abstractNumId w:val="91"/>
  </w:num>
  <w:num w:numId="127" w16cid:durableId="890648788">
    <w:abstractNumId w:val="82"/>
  </w:num>
  <w:num w:numId="128" w16cid:durableId="1287732637">
    <w:abstractNumId w:val="17"/>
  </w:num>
  <w:num w:numId="129" w16cid:durableId="2054646915">
    <w:abstractNumId w:val="17"/>
  </w:num>
  <w:num w:numId="130" w16cid:durableId="850070538">
    <w:abstractNumId w:val="17"/>
  </w:num>
  <w:num w:numId="131" w16cid:durableId="659238395">
    <w:abstractNumId w:val="17"/>
  </w:num>
  <w:num w:numId="132" w16cid:durableId="1372028336">
    <w:abstractNumId w:val="17"/>
  </w:num>
  <w:num w:numId="133" w16cid:durableId="1814593147">
    <w:abstractNumId w:val="17"/>
  </w:num>
  <w:num w:numId="134" w16cid:durableId="1931963751">
    <w:abstractNumId w:val="58"/>
  </w:num>
  <w:num w:numId="135" w16cid:durableId="1154566240">
    <w:abstractNumId w:val="63"/>
  </w:num>
  <w:num w:numId="136" w16cid:durableId="14383259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68A"/>
    <w:rsid w:val="00034616"/>
    <w:rsid w:val="00036FBD"/>
    <w:rsid w:val="0006063C"/>
    <w:rsid w:val="000619BF"/>
    <w:rsid w:val="00087D0E"/>
    <w:rsid w:val="00093B5C"/>
    <w:rsid w:val="0012082A"/>
    <w:rsid w:val="0015074B"/>
    <w:rsid w:val="0018437E"/>
    <w:rsid w:val="0019279A"/>
    <w:rsid w:val="001B0BE1"/>
    <w:rsid w:val="001C4F12"/>
    <w:rsid w:val="001D1234"/>
    <w:rsid w:val="001E3CDF"/>
    <w:rsid w:val="001F7276"/>
    <w:rsid w:val="00217BAC"/>
    <w:rsid w:val="002400C8"/>
    <w:rsid w:val="00241DE1"/>
    <w:rsid w:val="00264C48"/>
    <w:rsid w:val="00267B2F"/>
    <w:rsid w:val="00273A42"/>
    <w:rsid w:val="00284AAA"/>
    <w:rsid w:val="0029639D"/>
    <w:rsid w:val="002B15C3"/>
    <w:rsid w:val="002B45F1"/>
    <w:rsid w:val="002C21E5"/>
    <w:rsid w:val="002E41DC"/>
    <w:rsid w:val="002F456D"/>
    <w:rsid w:val="00326F90"/>
    <w:rsid w:val="00332666"/>
    <w:rsid w:val="00374F85"/>
    <w:rsid w:val="003B78F5"/>
    <w:rsid w:val="003E5D91"/>
    <w:rsid w:val="004243D3"/>
    <w:rsid w:val="004279A9"/>
    <w:rsid w:val="004704CA"/>
    <w:rsid w:val="00473F21"/>
    <w:rsid w:val="004B5F33"/>
    <w:rsid w:val="004C1FAD"/>
    <w:rsid w:val="004E5CD8"/>
    <w:rsid w:val="005107F0"/>
    <w:rsid w:val="00571FE7"/>
    <w:rsid w:val="00586471"/>
    <w:rsid w:val="005A1A2C"/>
    <w:rsid w:val="005A7AFC"/>
    <w:rsid w:val="0061251D"/>
    <w:rsid w:val="00645118"/>
    <w:rsid w:val="006B1256"/>
    <w:rsid w:val="00716906"/>
    <w:rsid w:val="00723A58"/>
    <w:rsid w:val="007424D5"/>
    <w:rsid w:val="00753905"/>
    <w:rsid w:val="00770C51"/>
    <w:rsid w:val="00782FD7"/>
    <w:rsid w:val="007D6214"/>
    <w:rsid w:val="007F2AB5"/>
    <w:rsid w:val="00827BAD"/>
    <w:rsid w:val="00860C5F"/>
    <w:rsid w:val="008853FC"/>
    <w:rsid w:val="008E2444"/>
    <w:rsid w:val="008E2F8A"/>
    <w:rsid w:val="008E76F2"/>
    <w:rsid w:val="008F0862"/>
    <w:rsid w:val="009320C4"/>
    <w:rsid w:val="009329FF"/>
    <w:rsid w:val="00960295"/>
    <w:rsid w:val="0096220F"/>
    <w:rsid w:val="009741DB"/>
    <w:rsid w:val="00983E0F"/>
    <w:rsid w:val="009A23A8"/>
    <w:rsid w:val="009D77B0"/>
    <w:rsid w:val="00A16D08"/>
    <w:rsid w:val="00A36F94"/>
    <w:rsid w:val="00A55F3B"/>
    <w:rsid w:val="00A77167"/>
    <w:rsid w:val="00A80B74"/>
    <w:rsid w:val="00A86901"/>
    <w:rsid w:val="00A97585"/>
    <w:rsid w:val="00AA1D8D"/>
    <w:rsid w:val="00AB7CF0"/>
    <w:rsid w:val="00AC7AE4"/>
    <w:rsid w:val="00AC7E18"/>
    <w:rsid w:val="00AE1EED"/>
    <w:rsid w:val="00AF50C2"/>
    <w:rsid w:val="00B069D3"/>
    <w:rsid w:val="00B47730"/>
    <w:rsid w:val="00B62835"/>
    <w:rsid w:val="00B969A9"/>
    <w:rsid w:val="00B97A84"/>
    <w:rsid w:val="00BA210C"/>
    <w:rsid w:val="00C03F4E"/>
    <w:rsid w:val="00C07C7E"/>
    <w:rsid w:val="00C32E75"/>
    <w:rsid w:val="00C57DC3"/>
    <w:rsid w:val="00CB0664"/>
    <w:rsid w:val="00CD4D78"/>
    <w:rsid w:val="00CE5E40"/>
    <w:rsid w:val="00D057AD"/>
    <w:rsid w:val="00D37C86"/>
    <w:rsid w:val="00D71A2D"/>
    <w:rsid w:val="00D73116"/>
    <w:rsid w:val="00D87E2C"/>
    <w:rsid w:val="00DB58A8"/>
    <w:rsid w:val="00DC5913"/>
    <w:rsid w:val="00DE5927"/>
    <w:rsid w:val="00E4019A"/>
    <w:rsid w:val="00E4692C"/>
    <w:rsid w:val="00E5359B"/>
    <w:rsid w:val="00E85A5E"/>
    <w:rsid w:val="00E97C2B"/>
    <w:rsid w:val="00EA58F5"/>
    <w:rsid w:val="00F51B20"/>
    <w:rsid w:val="00F6491E"/>
    <w:rsid w:val="00F80237"/>
    <w:rsid w:val="00FA717C"/>
    <w:rsid w:val="00FB75C4"/>
    <w:rsid w:val="00FC0FD1"/>
    <w:rsid w:val="00FC693F"/>
    <w:rsid w:val="00FD2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7AD1D"/>
  <w14:defaultImageDpi w14:val="300"/>
  <w15:docId w15:val="{60173BD2-0F57-4F23-B35F-ABE4185D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74F85"/>
    <w:rPr>
      <w:color w:val="0000FF" w:themeColor="hyperlink"/>
      <w:u w:val="single"/>
    </w:rPr>
  </w:style>
  <w:style w:type="character" w:styleId="UnresolvedMention">
    <w:name w:val="Unresolved Mention"/>
    <w:basedOn w:val="DefaultParagraphFont"/>
    <w:uiPriority w:val="99"/>
    <w:semiHidden/>
    <w:unhideWhenUsed/>
    <w:rsid w:val="00374F85"/>
    <w:rPr>
      <w:color w:val="605E5C"/>
      <w:shd w:val="clear" w:color="auto" w:fill="E1DFDD"/>
    </w:rPr>
  </w:style>
  <w:style w:type="paragraph" w:styleId="NormalWeb">
    <w:name w:val="Normal (Web)"/>
    <w:basedOn w:val="Normal"/>
    <w:uiPriority w:val="99"/>
    <w:semiHidden/>
    <w:unhideWhenUsed/>
    <w:rsid w:val="00087D0E"/>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89640">
      <w:bodyDiv w:val="1"/>
      <w:marLeft w:val="0"/>
      <w:marRight w:val="0"/>
      <w:marTop w:val="0"/>
      <w:marBottom w:val="0"/>
      <w:divBdr>
        <w:top w:val="none" w:sz="0" w:space="0" w:color="auto"/>
        <w:left w:val="none" w:sz="0" w:space="0" w:color="auto"/>
        <w:bottom w:val="none" w:sz="0" w:space="0" w:color="auto"/>
        <w:right w:val="none" w:sz="0" w:space="0" w:color="auto"/>
      </w:divBdr>
    </w:div>
    <w:div w:id="471295791">
      <w:bodyDiv w:val="1"/>
      <w:marLeft w:val="0"/>
      <w:marRight w:val="0"/>
      <w:marTop w:val="0"/>
      <w:marBottom w:val="0"/>
      <w:divBdr>
        <w:top w:val="none" w:sz="0" w:space="0" w:color="auto"/>
        <w:left w:val="none" w:sz="0" w:space="0" w:color="auto"/>
        <w:bottom w:val="none" w:sz="0" w:space="0" w:color="auto"/>
        <w:right w:val="none" w:sz="0" w:space="0" w:color="auto"/>
      </w:divBdr>
      <w:divsChild>
        <w:div w:id="1883860413">
          <w:marLeft w:val="547"/>
          <w:marRight w:val="0"/>
          <w:marTop w:val="125"/>
          <w:marBottom w:val="0"/>
          <w:divBdr>
            <w:top w:val="none" w:sz="0" w:space="0" w:color="auto"/>
            <w:left w:val="none" w:sz="0" w:space="0" w:color="auto"/>
            <w:bottom w:val="none" w:sz="0" w:space="0" w:color="auto"/>
            <w:right w:val="none" w:sz="0" w:space="0" w:color="auto"/>
          </w:divBdr>
        </w:div>
      </w:divsChild>
    </w:div>
    <w:div w:id="594437797">
      <w:bodyDiv w:val="1"/>
      <w:marLeft w:val="0"/>
      <w:marRight w:val="0"/>
      <w:marTop w:val="0"/>
      <w:marBottom w:val="0"/>
      <w:divBdr>
        <w:top w:val="none" w:sz="0" w:space="0" w:color="auto"/>
        <w:left w:val="none" w:sz="0" w:space="0" w:color="auto"/>
        <w:bottom w:val="none" w:sz="0" w:space="0" w:color="auto"/>
        <w:right w:val="none" w:sz="0" w:space="0" w:color="auto"/>
      </w:divBdr>
      <w:divsChild>
        <w:div w:id="274799889">
          <w:marLeft w:val="274"/>
          <w:marRight w:val="0"/>
          <w:marTop w:val="0"/>
          <w:marBottom w:val="0"/>
          <w:divBdr>
            <w:top w:val="none" w:sz="0" w:space="0" w:color="auto"/>
            <w:left w:val="none" w:sz="0" w:space="0" w:color="auto"/>
            <w:bottom w:val="none" w:sz="0" w:space="0" w:color="auto"/>
            <w:right w:val="none" w:sz="0" w:space="0" w:color="auto"/>
          </w:divBdr>
        </w:div>
        <w:div w:id="2120709820">
          <w:marLeft w:val="274"/>
          <w:marRight w:val="0"/>
          <w:marTop w:val="0"/>
          <w:marBottom w:val="0"/>
          <w:divBdr>
            <w:top w:val="none" w:sz="0" w:space="0" w:color="auto"/>
            <w:left w:val="none" w:sz="0" w:space="0" w:color="auto"/>
            <w:bottom w:val="none" w:sz="0" w:space="0" w:color="auto"/>
            <w:right w:val="none" w:sz="0" w:space="0" w:color="auto"/>
          </w:divBdr>
        </w:div>
        <w:div w:id="831019992">
          <w:marLeft w:val="274"/>
          <w:marRight w:val="0"/>
          <w:marTop w:val="0"/>
          <w:marBottom w:val="0"/>
          <w:divBdr>
            <w:top w:val="none" w:sz="0" w:space="0" w:color="auto"/>
            <w:left w:val="none" w:sz="0" w:space="0" w:color="auto"/>
            <w:bottom w:val="none" w:sz="0" w:space="0" w:color="auto"/>
            <w:right w:val="none" w:sz="0" w:space="0" w:color="auto"/>
          </w:divBdr>
        </w:div>
      </w:divsChild>
    </w:div>
    <w:div w:id="763108448">
      <w:bodyDiv w:val="1"/>
      <w:marLeft w:val="0"/>
      <w:marRight w:val="0"/>
      <w:marTop w:val="0"/>
      <w:marBottom w:val="0"/>
      <w:divBdr>
        <w:top w:val="none" w:sz="0" w:space="0" w:color="auto"/>
        <w:left w:val="none" w:sz="0" w:space="0" w:color="auto"/>
        <w:bottom w:val="none" w:sz="0" w:space="0" w:color="auto"/>
        <w:right w:val="none" w:sz="0" w:space="0" w:color="auto"/>
      </w:divBdr>
    </w:div>
    <w:div w:id="860317626">
      <w:bodyDiv w:val="1"/>
      <w:marLeft w:val="0"/>
      <w:marRight w:val="0"/>
      <w:marTop w:val="0"/>
      <w:marBottom w:val="0"/>
      <w:divBdr>
        <w:top w:val="none" w:sz="0" w:space="0" w:color="auto"/>
        <w:left w:val="none" w:sz="0" w:space="0" w:color="auto"/>
        <w:bottom w:val="none" w:sz="0" w:space="0" w:color="auto"/>
        <w:right w:val="none" w:sz="0" w:space="0" w:color="auto"/>
      </w:divBdr>
    </w:div>
    <w:div w:id="1001660200">
      <w:bodyDiv w:val="1"/>
      <w:marLeft w:val="0"/>
      <w:marRight w:val="0"/>
      <w:marTop w:val="0"/>
      <w:marBottom w:val="0"/>
      <w:divBdr>
        <w:top w:val="none" w:sz="0" w:space="0" w:color="auto"/>
        <w:left w:val="none" w:sz="0" w:space="0" w:color="auto"/>
        <w:bottom w:val="none" w:sz="0" w:space="0" w:color="auto"/>
        <w:right w:val="none" w:sz="0" w:space="0" w:color="auto"/>
      </w:divBdr>
    </w:div>
    <w:div w:id="1056049512">
      <w:bodyDiv w:val="1"/>
      <w:marLeft w:val="0"/>
      <w:marRight w:val="0"/>
      <w:marTop w:val="0"/>
      <w:marBottom w:val="0"/>
      <w:divBdr>
        <w:top w:val="none" w:sz="0" w:space="0" w:color="auto"/>
        <w:left w:val="none" w:sz="0" w:space="0" w:color="auto"/>
        <w:bottom w:val="none" w:sz="0" w:space="0" w:color="auto"/>
        <w:right w:val="none" w:sz="0" w:space="0" w:color="auto"/>
      </w:divBdr>
      <w:divsChild>
        <w:div w:id="195974251">
          <w:marLeft w:val="547"/>
          <w:marRight w:val="0"/>
          <w:marTop w:val="86"/>
          <w:marBottom w:val="0"/>
          <w:divBdr>
            <w:top w:val="none" w:sz="0" w:space="0" w:color="auto"/>
            <w:left w:val="none" w:sz="0" w:space="0" w:color="auto"/>
            <w:bottom w:val="none" w:sz="0" w:space="0" w:color="auto"/>
            <w:right w:val="none" w:sz="0" w:space="0" w:color="auto"/>
          </w:divBdr>
        </w:div>
      </w:divsChild>
    </w:div>
    <w:div w:id="1129125140">
      <w:bodyDiv w:val="1"/>
      <w:marLeft w:val="0"/>
      <w:marRight w:val="0"/>
      <w:marTop w:val="0"/>
      <w:marBottom w:val="0"/>
      <w:divBdr>
        <w:top w:val="none" w:sz="0" w:space="0" w:color="auto"/>
        <w:left w:val="none" w:sz="0" w:space="0" w:color="auto"/>
        <w:bottom w:val="none" w:sz="0" w:space="0" w:color="auto"/>
        <w:right w:val="none" w:sz="0" w:space="0" w:color="auto"/>
      </w:divBdr>
    </w:div>
    <w:div w:id="1655337423">
      <w:bodyDiv w:val="1"/>
      <w:marLeft w:val="0"/>
      <w:marRight w:val="0"/>
      <w:marTop w:val="0"/>
      <w:marBottom w:val="0"/>
      <w:divBdr>
        <w:top w:val="none" w:sz="0" w:space="0" w:color="auto"/>
        <w:left w:val="none" w:sz="0" w:space="0" w:color="auto"/>
        <w:bottom w:val="none" w:sz="0" w:space="0" w:color="auto"/>
        <w:right w:val="none" w:sz="0" w:space="0" w:color="auto"/>
      </w:divBdr>
    </w:div>
    <w:div w:id="1700813671">
      <w:bodyDiv w:val="1"/>
      <w:marLeft w:val="0"/>
      <w:marRight w:val="0"/>
      <w:marTop w:val="0"/>
      <w:marBottom w:val="0"/>
      <w:divBdr>
        <w:top w:val="none" w:sz="0" w:space="0" w:color="auto"/>
        <w:left w:val="none" w:sz="0" w:space="0" w:color="auto"/>
        <w:bottom w:val="none" w:sz="0" w:space="0" w:color="auto"/>
        <w:right w:val="none" w:sz="0" w:space="0" w:color="auto"/>
      </w:divBdr>
      <w:divsChild>
        <w:div w:id="1091779568">
          <w:marLeft w:val="547"/>
          <w:marRight w:val="0"/>
          <w:marTop w:val="86"/>
          <w:marBottom w:val="0"/>
          <w:divBdr>
            <w:top w:val="none" w:sz="0" w:space="0" w:color="auto"/>
            <w:left w:val="none" w:sz="0" w:space="0" w:color="auto"/>
            <w:bottom w:val="none" w:sz="0" w:space="0" w:color="auto"/>
            <w:right w:val="none" w:sz="0" w:space="0" w:color="auto"/>
          </w:divBdr>
        </w:div>
        <w:div w:id="1105998814">
          <w:marLeft w:val="547"/>
          <w:marRight w:val="0"/>
          <w:marTop w:val="86"/>
          <w:marBottom w:val="0"/>
          <w:divBdr>
            <w:top w:val="none" w:sz="0" w:space="0" w:color="auto"/>
            <w:left w:val="none" w:sz="0" w:space="0" w:color="auto"/>
            <w:bottom w:val="none" w:sz="0" w:space="0" w:color="auto"/>
            <w:right w:val="none" w:sz="0" w:space="0" w:color="auto"/>
          </w:divBdr>
        </w:div>
        <w:div w:id="1394890734">
          <w:marLeft w:val="547"/>
          <w:marRight w:val="0"/>
          <w:marTop w:val="86"/>
          <w:marBottom w:val="0"/>
          <w:divBdr>
            <w:top w:val="none" w:sz="0" w:space="0" w:color="auto"/>
            <w:left w:val="none" w:sz="0" w:space="0" w:color="auto"/>
            <w:bottom w:val="none" w:sz="0" w:space="0" w:color="auto"/>
            <w:right w:val="none" w:sz="0" w:space="0" w:color="auto"/>
          </w:divBdr>
        </w:div>
      </w:divsChild>
    </w:div>
    <w:div w:id="1730693568">
      <w:bodyDiv w:val="1"/>
      <w:marLeft w:val="0"/>
      <w:marRight w:val="0"/>
      <w:marTop w:val="0"/>
      <w:marBottom w:val="0"/>
      <w:divBdr>
        <w:top w:val="none" w:sz="0" w:space="0" w:color="auto"/>
        <w:left w:val="none" w:sz="0" w:space="0" w:color="auto"/>
        <w:bottom w:val="none" w:sz="0" w:space="0" w:color="auto"/>
        <w:right w:val="none" w:sz="0" w:space="0" w:color="auto"/>
      </w:divBdr>
      <w:divsChild>
        <w:div w:id="1540823679">
          <w:marLeft w:val="547"/>
          <w:marRight w:val="0"/>
          <w:marTop w:val="82"/>
          <w:marBottom w:val="0"/>
          <w:divBdr>
            <w:top w:val="none" w:sz="0" w:space="0" w:color="auto"/>
            <w:left w:val="none" w:sz="0" w:space="0" w:color="auto"/>
            <w:bottom w:val="none" w:sz="0" w:space="0" w:color="auto"/>
            <w:right w:val="none" w:sz="0" w:space="0" w:color="auto"/>
          </w:divBdr>
        </w:div>
        <w:div w:id="1150904903">
          <w:marLeft w:val="547"/>
          <w:marRight w:val="0"/>
          <w:marTop w:val="82"/>
          <w:marBottom w:val="0"/>
          <w:divBdr>
            <w:top w:val="none" w:sz="0" w:space="0" w:color="auto"/>
            <w:left w:val="none" w:sz="0" w:space="0" w:color="auto"/>
            <w:bottom w:val="none" w:sz="0" w:space="0" w:color="auto"/>
            <w:right w:val="none" w:sz="0" w:space="0" w:color="auto"/>
          </w:divBdr>
        </w:div>
        <w:div w:id="647979885">
          <w:marLeft w:val="547"/>
          <w:marRight w:val="0"/>
          <w:marTop w:val="82"/>
          <w:marBottom w:val="0"/>
          <w:divBdr>
            <w:top w:val="none" w:sz="0" w:space="0" w:color="auto"/>
            <w:left w:val="none" w:sz="0" w:space="0" w:color="auto"/>
            <w:bottom w:val="none" w:sz="0" w:space="0" w:color="auto"/>
            <w:right w:val="none" w:sz="0" w:space="0" w:color="auto"/>
          </w:divBdr>
        </w:div>
        <w:div w:id="634334197">
          <w:marLeft w:val="547"/>
          <w:marRight w:val="0"/>
          <w:marTop w:val="82"/>
          <w:marBottom w:val="0"/>
          <w:divBdr>
            <w:top w:val="none" w:sz="0" w:space="0" w:color="auto"/>
            <w:left w:val="none" w:sz="0" w:space="0" w:color="auto"/>
            <w:bottom w:val="none" w:sz="0" w:space="0" w:color="auto"/>
            <w:right w:val="none" w:sz="0" w:space="0" w:color="auto"/>
          </w:divBdr>
        </w:div>
      </w:divsChild>
    </w:div>
    <w:div w:id="1871412207">
      <w:bodyDiv w:val="1"/>
      <w:marLeft w:val="0"/>
      <w:marRight w:val="0"/>
      <w:marTop w:val="0"/>
      <w:marBottom w:val="0"/>
      <w:divBdr>
        <w:top w:val="none" w:sz="0" w:space="0" w:color="auto"/>
        <w:left w:val="none" w:sz="0" w:space="0" w:color="auto"/>
        <w:bottom w:val="none" w:sz="0" w:space="0" w:color="auto"/>
        <w:right w:val="none" w:sz="0" w:space="0" w:color="auto"/>
      </w:divBdr>
      <w:divsChild>
        <w:div w:id="1807776094">
          <w:marLeft w:val="547"/>
          <w:marRight w:val="0"/>
          <w:marTop w:val="72"/>
          <w:marBottom w:val="0"/>
          <w:divBdr>
            <w:top w:val="none" w:sz="0" w:space="0" w:color="auto"/>
            <w:left w:val="none" w:sz="0" w:space="0" w:color="auto"/>
            <w:bottom w:val="none" w:sz="0" w:space="0" w:color="auto"/>
            <w:right w:val="none" w:sz="0" w:space="0" w:color="auto"/>
          </w:divBdr>
        </w:div>
        <w:div w:id="1108963265">
          <w:marLeft w:val="547"/>
          <w:marRight w:val="0"/>
          <w:marTop w:val="72"/>
          <w:marBottom w:val="0"/>
          <w:divBdr>
            <w:top w:val="none" w:sz="0" w:space="0" w:color="auto"/>
            <w:left w:val="none" w:sz="0" w:space="0" w:color="auto"/>
            <w:bottom w:val="none" w:sz="0" w:space="0" w:color="auto"/>
            <w:right w:val="none" w:sz="0" w:space="0" w:color="auto"/>
          </w:divBdr>
        </w:div>
        <w:div w:id="905914248">
          <w:marLeft w:val="547"/>
          <w:marRight w:val="0"/>
          <w:marTop w:val="72"/>
          <w:marBottom w:val="0"/>
          <w:divBdr>
            <w:top w:val="none" w:sz="0" w:space="0" w:color="auto"/>
            <w:left w:val="none" w:sz="0" w:space="0" w:color="auto"/>
            <w:bottom w:val="none" w:sz="0" w:space="0" w:color="auto"/>
            <w:right w:val="none" w:sz="0" w:space="0" w:color="auto"/>
          </w:divBdr>
        </w:div>
        <w:div w:id="2010477172">
          <w:marLeft w:val="547"/>
          <w:marRight w:val="0"/>
          <w:marTop w:val="72"/>
          <w:marBottom w:val="0"/>
          <w:divBdr>
            <w:top w:val="none" w:sz="0" w:space="0" w:color="auto"/>
            <w:left w:val="none" w:sz="0" w:space="0" w:color="auto"/>
            <w:bottom w:val="none" w:sz="0" w:space="0" w:color="auto"/>
            <w:right w:val="none" w:sz="0" w:space="0" w:color="auto"/>
          </w:divBdr>
        </w:div>
      </w:divsChild>
    </w:div>
    <w:div w:id="1907453035">
      <w:bodyDiv w:val="1"/>
      <w:marLeft w:val="0"/>
      <w:marRight w:val="0"/>
      <w:marTop w:val="0"/>
      <w:marBottom w:val="0"/>
      <w:divBdr>
        <w:top w:val="none" w:sz="0" w:space="0" w:color="auto"/>
        <w:left w:val="none" w:sz="0" w:space="0" w:color="auto"/>
        <w:bottom w:val="none" w:sz="0" w:space="0" w:color="auto"/>
        <w:right w:val="none" w:sz="0" w:space="0" w:color="auto"/>
      </w:divBdr>
      <w:divsChild>
        <w:div w:id="1364676067">
          <w:marLeft w:val="547"/>
          <w:marRight w:val="0"/>
          <w:marTop w:val="120"/>
          <w:marBottom w:val="0"/>
          <w:divBdr>
            <w:top w:val="none" w:sz="0" w:space="0" w:color="auto"/>
            <w:left w:val="none" w:sz="0" w:space="0" w:color="auto"/>
            <w:bottom w:val="none" w:sz="0" w:space="0" w:color="auto"/>
            <w:right w:val="none" w:sz="0" w:space="0" w:color="auto"/>
          </w:divBdr>
        </w:div>
        <w:div w:id="1023243752">
          <w:marLeft w:val="547"/>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healthconnector.org/about/strategic-pl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ass.gov/doc/2026-30-eec-strategic-action-plan/download" TargetMode="External"/><Relationship Id="rId12" Type="http://schemas.openxmlformats.org/officeDocument/2006/relationships/hyperlink" Target="https://www.mass.gov/special-commission-on-access-to-behavioral-health-services-for-children-and-famil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ss.gov/doc/mova-2021-2024-full-strategic-plan/download" TargetMode="External"/><Relationship Id="rId11" Type="http://schemas.openxmlformats.org/officeDocument/2006/relationships/hyperlink" Target="https://malegislature.gov/Budget/FinalBudget" TargetMode="External"/><Relationship Id="rId5" Type="http://schemas.openxmlformats.org/officeDocument/2006/relationships/webSettings" Target="webSettings.xml"/><Relationship Id="rId10" Type="http://schemas.openxmlformats.org/officeDocument/2006/relationships/hyperlink" Target="https://malegislature.gov/Bills/194/SD3122.pdf" TargetMode="External"/><Relationship Id="rId4" Type="http://schemas.openxmlformats.org/officeDocument/2006/relationships/settings" Target="settings.xml"/><Relationship Id="rId9" Type="http://schemas.openxmlformats.org/officeDocument/2006/relationships/hyperlink" Target="https://www.mass.gov/doc/special-commission-on-state-institutions-overview-and-recommendations/downloa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1692</Words>
  <Characters>9646</Characters>
  <Application>Microsoft Office Word</Application>
  <DocSecurity>0</DocSecurity>
  <Lines>80</Lines>
  <Paragraphs>22</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Slide 1: Special Commission on Access to Behavioral Health Services for Children</vt:lpstr>
      <vt:lpstr>Slide 2: Agenda</vt:lpstr>
      <vt:lpstr>Slide 3: Overview of Working Groups Process</vt:lpstr>
      <vt:lpstr>Slide 4: Important Reminders</vt:lpstr>
      <vt:lpstr>Slide 5: Working Group Updates</vt:lpstr>
      <vt:lpstr>Slide 6: Workgroup 1: Landscape &amp; Funding Analysis</vt:lpstr>
      <vt:lpstr>Slide 7: Workgroup 3: Single Children’s Behavioral Health Agency</vt:lpstr>
      <vt:lpstr>Slide 8: Example Final Reports</vt:lpstr>
      <vt:lpstr>Slide 9: Example Documents for Review</vt:lpstr>
      <vt:lpstr>Slide 10: Upcoming Work &amp; Schedule</vt:lpstr>
      <vt:lpstr>Slide 11: Upcoming Work &amp; Schedule</vt:lpstr>
      <vt:lpstr>Slide 12: Disciplinary Process:  Complaints arising in MA</vt:lpstr>
      <vt:lpstr>Slide 13: Disciplinary Process:  Based on actions taken by other states</vt:lpstr>
      <vt:lpstr>Slide 14: Disciplinary Process:  Based on actions taken by other states</vt:lpstr>
      <vt:lpstr>Slide 15: Disciplinary Process:  Based on actions taken by other states</vt:lpstr>
      <vt:lpstr>Slide 16: Disciplinary Process:  Based on actions taken by other states</vt:lpstr>
      <vt:lpstr>Slide 17: Disciplinary Process:  Investigations conducted across state lines</vt:lpstr>
      <vt:lpstr>Slide 18: Disciplinary Process:  Investigations conducted across state lines</vt:lpstr>
      <vt:lpstr>Slide 19: Disciplinary Process:  Investigations conducted across state lines</vt:lpstr>
    </vt:vector>
  </TitlesOfParts>
  <Manager/>
  <Company/>
  <LinksUpToDate>false</LinksUpToDate>
  <CharactersWithSpaces>11316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Cohen, Gabriel R. (EHS)</cp:lastModifiedBy>
  <cp:revision>16</cp:revision>
  <dcterms:created xsi:type="dcterms:W3CDTF">2026-01-21T19:40:00Z</dcterms:created>
  <dcterms:modified xsi:type="dcterms:W3CDTF">2026-01-21T19:58:00Z</dcterms:modified>
  <cp:category/>
</cp:coreProperties>
</file>