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6FE91" w14:textId="0BBCD722" w:rsidR="00BA210C" w:rsidRDefault="0003368A" w:rsidP="00723A58">
      <w:pPr>
        <w:pStyle w:val="Heading1"/>
      </w:pPr>
      <w:r>
        <w:t xml:space="preserve">Slide 1: </w:t>
      </w:r>
      <w:r w:rsidR="005F26B3" w:rsidRPr="005F26B3">
        <w:t>Interagency Review Team (IRT) and Complex Case Overvie</w:t>
      </w:r>
      <w:r w:rsidR="005F26B3">
        <w:t>w</w:t>
      </w:r>
    </w:p>
    <w:p w14:paraId="356AD1A4" w14:textId="77777777" w:rsidR="004E5CD8" w:rsidRPr="007424D5" w:rsidRDefault="004E5CD8"/>
    <w:p w14:paraId="5C331EA7" w14:textId="77777777" w:rsidR="00770C51" w:rsidRPr="00770C51" w:rsidRDefault="00770C51" w:rsidP="00770C51">
      <w:r w:rsidRPr="00770C51">
        <w:t>Executive Office of Health and Human Services</w:t>
      </w:r>
    </w:p>
    <w:p w14:paraId="03B570CB" w14:textId="075C7186" w:rsidR="008E2444" w:rsidRPr="00770C51" w:rsidRDefault="005F26B3" w:rsidP="008E2444">
      <w:r>
        <w:t>March 18, 2026</w:t>
      </w:r>
    </w:p>
    <w:p w14:paraId="4C51B4EF" w14:textId="77777777" w:rsidR="007424D5" w:rsidRDefault="007424D5" w:rsidP="007424D5"/>
    <w:p w14:paraId="05E3A33E" w14:textId="3329B8F5" w:rsidR="00BA210C" w:rsidRDefault="0003368A">
      <w:pPr>
        <w:pStyle w:val="Heading1"/>
      </w:pPr>
      <w:r>
        <w:t xml:space="preserve">Slide 2: </w:t>
      </w:r>
      <w:r w:rsidR="00334B79">
        <w:t>How did IRT originate:</w:t>
      </w:r>
    </w:p>
    <w:p w14:paraId="7033A78B" w14:textId="77777777" w:rsidR="008E2444" w:rsidRPr="008E2444" w:rsidRDefault="008E2444" w:rsidP="008E2444">
      <w:pPr>
        <w:spacing w:before="80" w:after="80" w:line="264" w:lineRule="auto"/>
      </w:pPr>
      <w:r w:rsidRPr="008E2444">
        <w:t xml:space="preserve"> </w:t>
      </w:r>
    </w:p>
    <w:p w14:paraId="79253BF1" w14:textId="77777777" w:rsidR="00A26946" w:rsidRPr="00A26946" w:rsidRDefault="00A26946" w:rsidP="00A26946">
      <w:pPr>
        <w:numPr>
          <w:ilvl w:val="0"/>
          <w:numId w:val="171"/>
        </w:numPr>
        <w:tabs>
          <w:tab w:val="left" w:pos="720"/>
        </w:tabs>
        <w:spacing w:before="80" w:after="80" w:line="264" w:lineRule="auto"/>
      </w:pPr>
      <w:proofErr w:type="spellStart"/>
      <w:r w:rsidRPr="00A26946">
        <w:t>M.G.L</w:t>
      </w:r>
      <w:proofErr w:type="spellEnd"/>
      <w:r w:rsidRPr="00A26946">
        <w:t xml:space="preserve">. c. 6A, section 16R authorizes HHS, in partnership with the </w:t>
      </w:r>
      <w:proofErr w:type="gramStart"/>
      <w:r w:rsidRPr="00A26946">
        <w:t>DESE</w:t>
      </w:r>
      <w:proofErr w:type="gramEnd"/>
      <w:r w:rsidRPr="00A26946">
        <w:t xml:space="preserve"> to conduct interagency reviews of complex cases.</w:t>
      </w:r>
    </w:p>
    <w:p w14:paraId="24797B39" w14:textId="77777777" w:rsidR="00A26946" w:rsidRPr="00A26946" w:rsidRDefault="00A26946" w:rsidP="00A26946">
      <w:pPr>
        <w:numPr>
          <w:ilvl w:val="0"/>
          <w:numId w:val="171"/>
        </w:numPr>
        <w:tabs>
          <w:tab w:val="left" w:pos="720"/>
        </w:tabs>
        <w:spacing w:before="80" w:after="80" w:line="264" w:lineRule="auto"/>
      </w:pPr>
      <w:r w:rsidRPr="00A26946">
        <w:t>101 CMR 27.00 (</w:t>
      </w:r>
      <w:hyperlink r:id="rId6" w:history="1">
        <w:r w:rsidRPr="00A26946">
          <w:rPr>
            <w:rStyle w:val="Hyperlink"/>
          </w:rPr>
          <w:t xml:space="preserve">101 CMR 27.00: Interagency Review of Complex Cases | Mass.gov </w:t>
        </w:r>
      </w:hyperlink>
      <w:r w:rsidRPr="00A26946">
        <w:t>), sets forth the definition for a complex case and processes for referral to and review by the Interagency Review Team or IRT.</w:t>
      </w:r>
    </w:p>
    <w:p w14:paraId="6378F81F" w14:textId="77777777" w:rsidR="00A26946" w:rsidRPr="00A26946" w:rsidRDefault="00A26946" w:rsidP="00A26946">
      <w:pPr>
        <w:numPr>
          <w:ilvl w:val="0"/>
          <w:numId w:val="171"/>
        </w:numPr>
        <w:tabs>
          <w:tab w:val="left" w:pos="720"/>
        </w:tabs>
        <w:spacing w:before="80" w:after="80" w:line="264" w:lineRule="auto"/>
      </w:pPr>
      <w:r w:rsidRPr="00A26946">
        <w:t xml:space="preserve">The IRT replaces the United Planning Team.  </w:t>
      </w:r>
    </w:p>
    <w:p w14:paraId="22AFC539" w14:textId="7B855F51" w:rsidR="008E2F8A" w:rsidRPr="008E2F8A" w:rsidRDefault="008E2F8A" w:rsidP="008E2444">
      <w:pPr>
        <w:spacing w:before="80" w:after="80" w:line="264" w:lineRule="auto"/>
      </w:pPr>
    </w:p>
    <w:p w14:paraId="33402248" w14:textId="77777777" w:rsidR="00E97C2B" w:rsidRDefault="00E97C2B"/>
    <w:p w14:paraId="4AEECB6D" w14:textId="4EDF9669" w:rsidR="002B15C3" w:rsidRDefault="0003368A" w:rsidP="002B15C3">
      <w:pPr>
        <w:pStyle w:val="Heading1"/>
      </w:pPr>
      <w:r>
        <w:t xml:space="preserve">Slide 3: </w:t>
      </w:r>
      <w:r w:rsidR="00A26946">
        <w:t>What is an IRT:</w:t>
      </w:r>
    </w:p>
    <w:p w14:paraId="4D0D618D" w14:textId="5F99C422" w:rsidR="00A97585" w:rsidRDefault="00A97585" w:rsidP="00A97585"/>
    <w:p w14:paraId="7F231A16" w14:textId="77777777" w:rsidR="000758D5" w:rsidRPr="000758D5" w:rsidRDefault="000758D5" w:rsidP="000758D5">
      <w:pPr>
        <w:numPr>
          <w:ilvl w:val="0"/>
          <w:numId w:val="172"/>
        </w:numPr>
      </w:pPr>
      <w:r w:rsidRPr="000758D5">
        <w:t>A team that collaborates to review and issue determinations for complex cases for youth under 22 years of age and is comprised of decision makers from the following agencies.</w:t>
      </w:r>
    </w:p>
    <w:p w14:paraId="00ACBAFA" w14:textId="77777777" w:rsidR="000758D5" w:rsidRPr="000758D5" w:rsidRDefault="000758D5" w:rsidP="000758D5">
      <w:pPr>
        <w:numPr>
          <w:ilvl w:val="1"/>
          <w:numId w:val="172"/>
        </w:numPr>
      </w:pPr>
      <w:r w:rsidRPr="000758D5">
        <w:t xml:space="preserve">DCF, DMH, DDS, DYS, DPH, </w:t>
      </w:r>
      <w:proofErr w:type="gramStart"/>
      <w:r w:rsidRPr="000758D5">
        <w:t>MH,  EOE</w:t>
      </w:r>
      <w:proofErr w:type="gramEnd"/>
      <w:r w:rsidRPr="000758D5">
        <w:t>, and DESE</w:t>
      </w:r>
    </w:p>
    <w:p w14:paraId="7D8DBB65" w14:textId="77777777" w:rsidR="000758D5" w:rsidRPr="000758D5" w:rsidRDefault="000758D5" w:rsidP="000758D5">
      <w:pPr>
        <w:numPr>
          <w:ilvl w:val="0"/>
          <w:numId w:val="172"/>
        </w:numPr>
      </w:pPr>
      <w:r w:rsidRPr="000758D5">
        <w:t>A complex case involves a youth under the age of 22 as defined in 101 CMR 27.03 where there is a lack of consensus or resolution between state agencies as to the individual’s current service needs or placement, and the individual is waiting in a hospital emergency department, a medical bed, at home or other location and in urgent need of a disposition (placement or identifying entity responsible for payment).</w:t>
      </w:r>
    </w:p>
    <w:p w14:paraId="415B02D6" w14:textId="77777777" w:rsidR="000758D5" w:rsidRPr="000758D5" w:rsidRDefault="000758D5" w:rsidP="000758D5">
      <w:pPr>
        <w:numPr>
          <w:ilvl w:val="0"/>
          <w:numId w:val="172"/>
        </w:numPr>
      </w:pPr>
      <w:r w:rsidRPr="000758D5">
        <w:t>The IRT is required to conduct reviews of eligible cases and act within prescribed timeframes.  </w:t>
      </w:r>
    </w:p>
    <w:p w14:paraId="5B889565" w14:textId="77777777" w:rsidR="000758D5" w:rsidRPr="000758D5" w:rsidRDefault="000758D5" w:rsidP="000758D5">
      <w:pPr>
        <w:numPr>
          <w:ilvl w:val="0"/>
          <w:numId w:val="172"/>
        </w:numPr>
      </w:pPr>
      <w:r w:rsidRPr="000758D5">
        <w:lastRenderedPageBreak/>
        <w:t>In addition to conducting reviews, the IRT has access to funds to provide necessary interim services until HHS agency resources and services can be identified and employed.</w:t>
      </w:r>
    </w:p>
    <w:p w14:paraId="04405C64" w14:textId="77777777" w:rsidR="00A26946" w:rsidRPr="00A97585" w:rsidRDefault="00A26946" w:rsidP="00A97585"/>
    <w:p w14:paraId="59727032" w14:textId="70D92D65" w:rsidR="009320C4" w:rsidRPr="009320C4" w:rsidRDefault="007246BD" w:rsidP="009320C4">
      <w:pPr>
        <w:pStyle w:val="Heading1"/>
      </w:pPr>
      <w:r>
        <w:t>S</w:t>
      </w:r>
      <w:r w:rsidR="0003368A">
        <w:t xml:space="preserve">lide </w:t>
      </w:r>
      <w:r>
        <w:t>4</w:t>
      </w:r>
      <w:r w:rsidR="0003368A">
        <w:t xml:space="preserve">: </w:t>
      </w:r>
      <w:r w:rsidR="000758D5">
        <w:t>W</w:t>
      </w:r>
      <w:r>
        <w:t>h</w:t>
      </w:r>
      <w:r w:rsidR="000758D5">
        <w:t>o c</w:t>
      </w:r>
      <w:r>
        <w:t>a</w:t>
      </w:r>
      <w:r w:rsidR="000758D5">
        <w:t>n make a</w:t>
      </w:r>
      <w:r>
        <w:t xml:space="preserve"> </w:t>
      </w:r>
      <w:r w:rsidR="000758D5">
        <w:t>ref</w:t>
      </w:r>
      <w:r>
        <w:t>e</w:t>
      </w:r>
      <w:r w:rsidR="000758D5">
        <w:t>rral to IRT:</w:t>
      </w:r>
    </w:p>
    <w:p w14:paraId="6A08E8FE" w14:textId="085228F0" w:rsidR="009320C4" w:rsidRDefault="009320C4" w:rsidP="00AB7CF0"/>
    <w:p w14:paraId="3E24323A" w14:textId="77777777" w:rsidR="00CC202F" w:rsidRPr="00CC202F" w:rsidRDefault="00CC202F" w:rsidP="00CC202F">
      <w:pPr>
        <w:numPr>
          <w:ilvl w:val="0"/>
          <w:numId w:val="173"/>
        </w:numPr>
      </w:pPr>
      <w:r w:rsidRPr="00CC202F">
        <w:t>May self-refer if individual is 16 years of age or older.</w:t>
      </w:r>
    </w:p>
    <w:p w14:paraId="0DA7B36A" w14:textId="77777777" w:rsidR="00CC202F" w:rsidRPr="00CC202F" w:rsidRDefault="00CC202F" w:rsidP="00CC202F">
      <w:pPr>
        <w:numPr>
          <w:ilvl w:val="0"/>
          <w:numId w:val="173"/>
        </w:numPr>
      </w:pPr>
      <w:r w:rsidRPr="00CC202F">
        <w:t>A state agency or a representative of a state agency’s ombudsman’s office.</w:t>
      </w:r>
    </w:p>
    <w:p w14:paraId="759AA2E6" w14:textId="77777777" w:rsidR="00CC202F" w:rsidRPr="00CC202F" w:rsidRDefault="00CC202F" w:rsidP="00CC202F">
      <w:pPr>
        <w:numPr>
          <w:ilvl w:val="0"/>
          <w:numId w:val="173"/>
        </w:numPr>
      </w:pPr>
      <w:r w:rsidRPr="00CC202F">
        <w:t>A juvenile court in the Commonwealth of Massachusetts.</w:t>
      </w:r>
    </w:p>
    <w:p w14:paraId="48685700" w14:textId="77777777" w:rsidR="00CC202F" w:rsidRPr="00CC202F" w:rsidRDefault="00CC202F" w:rsidP="00CC202F">
      <w:pPr>
        <w:numPr>
          <w:ilvl w:val="0"/>
          <w:numId w:val="173"/>
        </w:numPr>
      </w:pPr>
      <w:r w:rsidRPr="00CC202F">
        <w:t>A hospital or emergency service provider.</w:t>
      </w:r>
    </w:p>
    <w:p w14:paraId="65DE882B" w14:textId="77777777" w:rsidR="00CC202F" w:rsidRPr="00CC202F" w:rsidRDefault="00CC202F" w:rsidP="00CC202F">
      <w:pPr>
        <w:numPr>
          <w:ilvl w:val="0"/>
          <w:numId w:val="173"/>
        </w:numPr>
      </w:pPr>
      <w:r w:rsidRPr="00CC202F">
        <w:t>A school district.</w:t>
      </w:r>
    </w:p>
    <w:p w14:paraId="251ACC6A" w14:textId="77777777" w:rsidR="00CC202F" w:rsidRPr="00CC202F" w:rsidRDefault="00CC202F" w:rsidP="00CC202F">
      <w:pPr>
        <w:numPr>
          <w:ilvl w:val="0"/>
          <w:numId w:val="173"/>
        </w:numPr>
      </w:pPr>
      <w:r w:rsidRPr="00CC202F">
        <w:t>An attorney representing the individual or the individual’s parent or guardian.</w:t>
      </w:r>
    </w:p>
    <w:p w14:paraId="1020BC7A" w14:textId="77777777" w:rsidR="00CC202F" w:rsidRPr="00CC202F" w:rsidRDefault="00CC202F" w:rsidP="00CC202F">
      <w:pPr>
        <w:numPr>
          <w:ilvl w:val="0"/>
          <w:numId w:val="173"/>
        </w:numPr>
      </w:pPr>
      <w:r w:rsidRPr="00CC202F">
        <w:t>The individual’s parent or guardian.</w:t>
      </w:r>
    </w:p>
    <w:p w14:paraId="52EB501D" w14:textId="77777777" w:rsidR="00CC202F" w:rsidRPr="00CC202F" w:rsidRDefault="00CC202F" w:rsidP="00CC202F">
      <w:pPr>
        <w:numPr>
          <w:ilvl w:val="0"/>
          <w:numId w:val="173"/>
        </w:numPr>
      </w:pPr>
      <w:r w:rsidRPr="00CC202F">
        <w:t xml:space="preserve">A physician or behavioral health care provider </w:t>
      </w:r>
      <w:proofErr w:type="gramStart"/>
      <w:r w:rsidRPr="00CC202F">
        <w:t>authorized</w:t>
      </w:r>
      <w:proofErr w:type="gramEnd"/>
      <w:r w:rsidRPr="00CC202F">
        <w:t xml:space="preserve"> to act on behalf of a parent or guardian who is seeking access to services for the individual or the individual’s parent or guardian.</w:t>
      </w:r>
    </w:p>
    <w:p w14:paraId="76E4D9BF" w14:textId="77777777" w:rsidR="008F0862" w:rsidRDefault="008F0862"/>
    <w:p w14:paraId="13A3E5C2" w14:textId="7C3CB7D8" w:rsidR="00C913AC" w:rsidRPr="009320C4" w:rsidRDefault="00C913AC" w:rsidP="00C913AC">
      <w:pPr>
        <w:pStyle w:val="Heading1"/>
      </w:pPr>
      <w:r>
        <w:t xml:space="preserve">Slide 5: </w:t>
      </w:r>
      <w:r w:rsidR="0083029D">
        <w:t>How to m</w:t>
      </w:r>
      <w:r>
        <w:t>a</w:t>
      </w:r>
      <w:r w:rsidR="0083029D">
        <w:t>ke a referral:</w:t>
      </w:r>
    </w:p>
    <w:p w14:paraId="11B21048" w14:textId="77777777" w:rsidR="00C913AC" w:rsidRDefault="00C913AC" w:rsidP="00C913AC"/>
    <w:p w14:paraId="28ACDD39" w14:textId="77777777" w:rsidR="0083029D" w:rsidRPr="0083029D" w:rsidRDefault="0083029D" w:rsidP="0083029D">
      <w:pPr>
        <w:numPr>
          <w:ilvl w:val="0"/>
          <w:numId w:val="174"/>
        </w:numPr>
      </w:pPr>
      <w:r w:rsidRPr="0083029D">
        <w:t>A </w:t>
      </w:r>
      <w:hyperlink r:id="rId7" w:history="1">
        <w:r w:rsidRPr="0083029D">
          <w:rPr>
            <w:rStyle w:val="Hyperlink"/>
            <w:b/>
            <w:bCs/>
          </w:rPr>
          <w:t>referral</w:t>
        </w:r>
      </w:hyperlink>
      <w:r w:rsidRPr="0083029D">
        <w:t xml:space="preserve"> must be submitted in conjunction with the documents and information required in 101 CMR 27.05 for the Interagency Review Team.  </w:t>
      </w:r>
    </w:p>
    <w:p w14:paraId="0AAF8F34" w14:textId="77777777" w:rsidR="0083029D" w:rsidRPr="0083029D" w:rsidRDefault="0083029D" w:rsidP="0083029D">
      <w:pPr>
        <w:numPr>
          <w:ilvl w:val="1"/>
          <w:numId w:val="174"/>
        </w:numPr>
      </w:pPr>
      <w:r w:rsidRPr="0083029D">
        <w:t>Examples of supporting clinical documents, but not limited to, neuropsychological testing, Individualized Educational Plan (IEP), clinical assessments, placement history.</w:t>
      </w:r>
    </w:p>
    <w:p w14:paraId="5F712BA3" w14:textId="4E18FCDA" w:rsidR="00C913AC" w:rsidRDefault="0083029D" w:rsidP="005E5D65">
      <w:pPr>
        <w:numPr>
          <w:ilvl w:val="1"/>
          <w:numId w:val="174"/>
        </w:numPr>
      </w:pPr>
      <w:r w:rsidRPr="0083029D">
        <w:t>Release of Information must also be completed by guardian or young adult if over 18 years of age.   </w:t>
      </w:r>
    </w:p>
    <w:p w14:paraId="6EBD6942" w14:textId="7193D670" w:rsidR="0090366F" w:rsidRPr="009320C4" w:rsidRDefault="0090366F" w:rsidP="0090366F">
      <w:pPr>
        <w:pStyle w:val="Heading1"/>
      </w:pPr>
      <w:r>
        <w:t xml:space="preserve">Slide </w:t>
      </w:r>
      <w:r w:rsidR="00145E71">
        <w:t>6</w:t>
      </w:r>
      <w:r>
        <w:t xml:space="preserve">: </w:t>
      </w:r>
      <w:r w:rsidR="005E5D65">
        <w:t xml:space="preserve">For </w:t>
      </w:r>
      <w:r>
        <w:t>a</w:t>
      </w:r>
      <w:r w:rsidR="005E5D65">
        <w:t>dditional information:</w:t>
      </w:r>
    </w:p>
    <w:p w14:paraId="2F92E990" w14:textId="77777777" w:rsidR="00795385" w:rsidRDefault="00795385" w:rsidP="00795385">
      <w:pPr>
        <w:rPr>
          <w:b/>
          <w:bCs/>
        </w:rPr>
      </w:pPr>
    </w:p>
    <w:p w14:paraId="04CDFDDE" w14:textId="77777777" w:rsidR="00692DB9" w:rsidRPr="00692DB9" w:rsidRDefault="00692DB9" w:rsidP="00692DB9">
      <w:pPr>
        <w:numPr>
          <w:ilvl w:val="0"/>
          <w:numId w:val="175"/>
        </w:numPr>
        <w:rPr>
          <w:b/>
          <w:bCs/>
        </w:rPr>
      </w:pPr>
      <w:hyperlink r:id="rId8" w:history="1">
        <w:r w:rsidRPr="00692DB9">
          <w:rPr>
            <w:rStyle w:val="Hyperlink"/>
            <w:b/>
            <w:bCs/>
          </w:rPr>
          <w:t>Interagency Review Team for Complex Cases | Mass.gov</w:t>
        </w:r>
      </w:hyperlink>
    </w:p>
    <w:p w14:paraId="6D90F14E" w14:textId="77777777" w:rsidR="00692DB9" w:rsidRPr="00692DB9" w:rsidRDefault="00692DB9" w:rsidP="00692DB9">
      <w:pPr>
        <w:numPr>
          <w:ilvl w:val="0"/>
          <w:numId w:val="175"/>
        </w:numPr>
        <w:rPr>
          <w:b/>
          <w:bCs/>
        </w:rPr>
      </w:pPr>
      <w:r w:rsidRPr="00692DB9">
        <w:rPr>
          <w:b/>
          <w:bCs/>
        </w:rPr>
        <w:t xml:space="preserve">Kim Irving, LICSW, Director of Complex Case Management, EHS </w:t>
      </w:r>
    </w:p>
    <w:p w14:paraId="6C863E5C" w14:textId="15CB4F42" w:rsidR="00692DB9" w:rsidRPr="00692DB9" w:rsidRDefault="00692DB9" w:rsidP="00692DB9">
      <w:pPr>
        <w:ind w:firstLine="720"/>
        <w:rPr>
          <w:b/>
          <w:bCs/>
        </w:rPr>
      </w:pPr>
      <w:hyperlink r:id="rId9" w:history="1">
        <w:r w:rsidRPr="00692DB9">
          <w:rPr>
            <w:rStyle w:val="Hyperlink"/>
            <w:b/>
            <w:bCs/>
          </w:rPr>
          <w:t>kimberly.a.irving@mass.gov</w:t>
        </w:r>
      </w:hyperlink>
      <w:r w:rsidRPr="00692DB9">
        <w:rPr>
          <w:b/>
          <w:bCs/>
        </w:rPr>
        <w:t xml:space="preserve"> </w:t>
      </w:r>
    </w:p>
    <w:p w14:paraId="75134787" w14:textId="77777777" w:rsidR="00692DB9" w:rsidRPr="00692DB9" w:rsidRDefault="00692DB9" w:rsidP="00692DB9">
      <w:pPr>
        <w:ind w:firstLine="720"/>
        <w:rPr>
          <w:b/>
          <w:bCs/>
        </w:rPr>
      </w:pPr>
      <w:r w:rsidRPr="00692DB9">
        <w:rPr>
          <w:b/>
          <w:bCs/>
        </w:rPr>
        <w:t>857-891-6812</w:t>
      </w:r>
    </w:p>
    <w:p w14:paraId="5CAE1EA4" w14:textId="77777777" w:rsidR="00692DB9" w:rsidRDefault="00692DB9" w:rsidP="00795385">
      <w:pPr>
        <w:rPr>
          <w:b/>
          <w:bCs/>
        </w:rPr>
      </w:pPr>
    </w:p>
    <w:sectPr w:rsidR="00692DB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22007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C6D438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3E163F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4D547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82B4BE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1F5100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D557507"/>
    <w:multiLevelType w:val="hybridMultilevel"/>
    <w:tmpl w:val="48E86972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0C0DE49"/>
    <w:multiLevelType w:val="hybridMultilevel"/>
    <w:tmpl w:val="829C350A"/>
    <w:lvl w:ilvl="0" w:tplc="FFFFFFFF">
      <w:start w:val="1"/>
      <w:numFmt w:val="decim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A89AD7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47E8AD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FFFFFF89"/>
    <w:multiLevelType w:val="singleLevel"/>
    <w:tmpl w:val="74B847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00056E30"/>
    <w:multiLevelType w:val="hybridMultilevel"/>
    <w:tmpl w:val="54F015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00A142D0"/>
    <w:multiLevelType w:val="hybridMultilevel"/>
    <w:tmpl w:val="E326B3CE"/>
    <w:lvl w:ilvl="0" w:tplc="7BA287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485A1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7FF43C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0E1A71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456CB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9C643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EFF421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5A361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BA526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21" w15:restartNumberingAfterBreak="0">
    <w:nsid w:val="00CD72B1"/>
    <w:multiLevelType w:val="hybridMultilevel"/>
    <w:tmpl w:val="993AC5D0"/>
    <w:lvl w:ilvl="0" w:tplc="5FCC6B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F88E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2EB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968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8A9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883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A2D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5C2A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3662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01386742"/>
    <w:multiLevelType w:val="hybridMultilevel"/>
    <w:tmpl w:val="367A7516"/>
    <w:lvl w:ilvl="0" w:tplc="4BE63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1A3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92B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CCC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665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C25D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18A0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50B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AEFA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02702BFB"/>
    <w:multiLevelType w:val="hybridMultilevel"/>
    <w:tmpl w:val="CF046E16"/>
    <w:lvl w:ilvl="0" w:tplc="BE1253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A678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FC8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5E83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9EF5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04E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DCF0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2CBC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861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03FE4951"/>
    <w:multiLevelType w:val="hybridMultilevel"/>
    <w:tmpl w:val="F9968F44"/>
    <w:lvl w:ilvl="0" w:tplc="8FFE9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26F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1CFC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261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A2A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B800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4C4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4CA1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9406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043F0736"/>
    <w:multiLevelType w:val="hybridMultilevel"/>
    <w:tmpl w:val="905EDC6A"/>
    <w:lvl w:ilvl="0" w:tplc="4ACE2B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66D5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A06F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0A48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CC1C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BC6B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4E9E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78B8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4478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502531A"/>
    <w:multiLevelType w:val="hybridMultilevel"/>
    <w:tmpl w:val="8F3C5B76"/>
    <w:lvl w:ilvl="0" w:tplc="4FB66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E023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548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FAA7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CCC3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EC6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8410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E48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AE4A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06494FB0"/>
    <w:multiLevelType w:val="hybridMultilevel"/>
    <w:tmpl w:val="9932AB16"/>
    <w:lvl w:ilvl="0" w:tplc="01FC86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3C97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E6A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004B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98A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6405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DCE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F40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E85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07237A3A"/>
    <w:multiLevelType w:val="hybridMultilevel"/>
    <w:tmpl w:val="AE1E6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78470B4"/>
    <w:multiLevelType w:val="hybridMultilevel"/>
    <w:tmpl w:val="0DF4B5F2"/>
    <w:lvl w:ilvl="0" w:tplc="7F508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1870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DC69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8CC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6CD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424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126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D01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6293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07E05E15"/>
    <w:multiLevelType w:val="hybridMultilevel"/>
    <w:tmpl w:val="2B1048BE"/>
    <w:lvl w:ilvl="0" w:tplc="21122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A272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C88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02FF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4E7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54BC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48FD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7AC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6CF6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07EAA0B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080A29E3"/>
    <w:multiLevelType w:val="hybridMultilevel"/>
    <w:tmpl w:val="5EF65D34"/>
    <w:lvl w:ilvl="0" w:tplc="F6FA7F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8210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0A83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94F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FA1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86FA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362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EE8D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0A3F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08A559C5"/>
    <w:multiLevelType w:val="hybridMultilevel"/>
    <w:tmpl w:val="24E0046C"/>
    <w:lvl w:ilvl="0" w:tplc="DD0A48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BEE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1635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10E2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00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ACD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98CA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D400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62D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0A632AE7"/>
    <w:multiLevelType w:val="hybridMultilevel"/>
    <w:tmpl w:val="164E1818"/>
    <w:lvl w:ilvl="0" w:tplc="AF421A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8F40F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2DDA78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7BB094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B5367D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DDA80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79202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982C6D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855EF9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35" w15:restartNumberingAfterBreak="0">
    <w:nsid w:val="0D0E0FE6"/>
    <w:multiLevelType w:val="hybridMultilevel"/>
    <w:tmpl w:val="5EC62C86"/>
    <w:lvl w:ilvl="0" w:tplc="970635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32815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AC84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AE1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1621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C474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1415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6C24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EAB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10832B08"/>
    <w:multiLevelType w:val="hybridMultilevel"/>
    <w:tmpl w:val="272E7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21C6675"/>
    <w:multiLevelType w:val="hybridMultilevel"/>
    <w:tmpl w:val="AFD874A8"/>
    <w:lvl w:ilvl="0" w:tplc="E926ED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4829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781A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528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D8C3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2AD6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DAD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BC9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0EFB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12736E86"/>
    <w:multiLevelType w:val="hybridMultilevel"/>
    <w:tmpl w:val="C33C5DAA"/>
    <w:lvl w:ilvl="0" w:tplc="AA227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4A862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F2E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4AC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60D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9433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888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703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8C39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12C425A2"/>
    <w:multiLevelType w:val="hybridMultilevel"/>
    <w:tmpl w:val="0616F85A"/>
    <w:lvl w:ilvl="0" w:tplc="1CF68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18C0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D438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A01D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BE5A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404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8E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E1B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BAD2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13EA1F5C"/>
    <w:multiLevelType w:val="hybridMultilevel"/>
    <w:tmpl w:val="9F68C9D6"/>
    <w:lvl w:ilvl="0" w:tplc="C0BEE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D28A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3EBC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C4D2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36C5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BCDA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242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DC0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C85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14830877"/>
    <w:multiLevelType w:val="hybridMultilevel"/>
    <w:tmpl w:val="F38CC974"/>
    <w:lvl w:ilvl="0" w:tplc="047C5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42E6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E029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826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3E92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2A44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7C17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2CFD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C400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616072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17096C60"/>
    <w:multiLevelType w:val="hybridMultilevel"/>
    <w:tmpl w:val="C3B478AA"/>
    <w:lvl w:ilvl="0" w:tplc="B3007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70E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B68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AC4E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2F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EAF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AA1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5EE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5A0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17392767"/>
    <w:multiLevelType w:val="hybridMultilevel"/>
    <w:tmpl w:val="9D266A9E"/>
    <w:lvl w:ilvl="0" w:tplc="D1203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6A31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5EC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968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748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D86B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02C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087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C6C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198C4991"/>
    <w:multiLevelType w:val="hybridMultilevel"/>
    <w:tmpl w:val="13DC4EC8"/>
    <w:lvl w:ilvl="0" w:tplc="A260D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9A496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5A3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049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FADA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F2A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66A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A8B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5A7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1AF5423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1BBC3027"/>
    <w:multiLevelType w:val="hybridMultilevel"/>
    <w:tmpl w:val="00088716"/>
    <w:lvl w:ilvl="0" w:tplc="01FC88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B0F9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D4E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18F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C467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B4F7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A68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E8CC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BC5C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1C1E659A"/>
    <w:multiLevelType w:val="hybridMultilevel"/>
    <w:tmpl w:val="22C68AB6"/>
    <w:lvl w:ilvl="0" w:tplc="E00A9C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9A80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2283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E7B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08F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02E0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544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583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60DB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1DA632A2"/>
    <w:multiLevelType w:val="hybridMultilevel"/>
    <w:tmpl w:val="67B60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E333565"/>
    <w:multiLevelType w:val="hybridMultilevel"/>
    <w:tmpl w:val="52F8647A"/>
    <w:lvl w:ilvl="0" w:tplc="2F52D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60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14D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605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1261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7C8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30D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D49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D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21D92C0F"/>
    <w:multiLevelType w:val="hybridMultilevel"/>
    <w:tmpl w:val="05B656D8"/>
    <w:lvl w:ilvl="0" w:tplc="ECFE69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38DB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D6F0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C1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FEBB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8820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B801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F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E64A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666A34"/>
    <w:multiLevelType w:val="hybridMultilevel"/>
    <w:tmpl w:val="25347FFC"/>
    <w:lvl w:ilvl="0" w:tplc="49022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D29F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CE8D00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EF6FF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CDA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A08B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C081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4AE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8E2B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1347E9"/>
    <w:multiLevelType w:val="hybridMultilevel"/>
    <w:tmpl w:val="D17296C2"/>
    <w:lvl w:ilvl="0" w:tplc="14E02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C20CD5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30C43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E08271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3424D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FC841C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50AEA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D4C1A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0DFA73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54" w15:restartNumberingAfterBreak="0">
    <w:nsid w:val="23727D27"/>
    <w:multiLevelType w:val="hybridMultilevel"/>
    <w:tmpl w:val="0AE2F234"/>
    <w:lvl w:ilvl="0" w:tplc="47C81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8CCB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882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C2B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62B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06C0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D04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8E08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C624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 w15:restartNumberingAfterBreak="0">
    <w:nsid w:val="23D85911"/>
    <w:multiLevelType w:val="hybridMultilevel"/>
    <w:tmpl w:val="5640520A"/>
    <w:lvl w:ilvl="0" w:tplc="AD9A5E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1601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1CB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D854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BEC2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708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D0B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04C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0271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 w15:restartNumberingAfterBreak="0">
    <w:nsid w:val="25B0083E"/>
    <w:multiLevelType w:val="hybridMultilevel"/>
    <w:tmpl w:val="A5B46D4E"/>
    <w:lvl w:ilvl="0" w:tplc="A134E6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2DC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68A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0C4F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A404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42CB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D8D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8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8EF1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7" w15:restartNumberingAfterBreak="0">
    <w:nsid w:val="26541D3B"/>
    <w:multiLevelType w:val="hybridMultilevel"/>
    <w:tmpl w:val="2E000276"/>
    <w:lvl w:ilvl="0" w:tplc="C166E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92C0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7A66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D0C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E0DB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8E3A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1890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62D3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364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265A04DB"/>
    <w:multiLevelType w:val="hybridMultilevel"/>
    <w:tmpl w:val="F65A8140"/>
    <w:lvl w:ilvl="0" w:tplc="D7881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0AB4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E68F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A4E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3623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0CCD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8449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883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CA4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 w15:restartNumberingAfterBreak="0">
    <w:nsid w:val="26D7C90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" w15:restartNumberingAfterBreak="0">
    <w:nsid w:val="278E36BD"/>
    <w:multiLevelType w:val="hybridMultilevel"/>
    <w:tmpl w:val="38CEC920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" w15:restartNumberingAfterBreak="0">
    <w:nsid w:val="28724BD4"/>
    <w:multiLevelType w:val="hybridMultilevel"/>
    <w:tmpl w:val="9AEA6A5A"/>
    <w:lvl w:ilvl="0" w:tplc="61A6B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6023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04D2D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3A58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64A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389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A5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844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D84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2" w15:restartNumberingAfterBreak="0">
    <w:nsid w:val="295F6B71"/>
    <w:multiLevelType w:val="hybridMultilevel"/>
    <w:tmpl w:val="3D3A3940"/>
    <w:lvl w:ilvl="0" w:tplc="C7BC0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72AF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F69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D0E8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C9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96A7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7645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8A5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408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3" w15:restartNumberingAfterBreak="0">
    <w:nsid w:val="296D78DD"/>
    <w:multiLevelType w:val="hybridMultilevel"/>
    <w:tmpl w:val="0E7A9B52"/>
    <w:lvl w:ilvl="0" w:tplc="0E0C49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1F4AD1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11401F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53929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01E8A2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EBD28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355C6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4F200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BC685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64" w15:restartNumberingAfterBreak="0">
    <w:nsid w:val="2B580521"/>
    <w:multiLevelType w:val="hybridMultilevel"/>
    <w:tmpl w:val="DA9E639E"/>
    <w:lvl w:ilvl="0" w:tplc="2C30A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CA6E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FA16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96F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126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F864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984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5CC4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4E39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2CE337C7"/>
    <w:multiLevelType w:val="hybridMultilevel"/>
    <w:tmpl w:val="B79A356E"/>
    <w:lvl w:ilvl="0" w:tplc="FFFFFFFF">
      <w:start w:val="1"/>
      <w:numFmt w:val="decimal"/>
      <w:lvlText w:val=""/>
      <w:lvlJc w:val="left"/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 w15:restartNumberingAfterBreak="0">
    <w:nsid w:val="2DA5578F"/>
    <w:multiLevelType w:val="hybridMultilevel"/>
    <w:tmpl w:val="BC64F598"/>
    <w:lvl w:ilvl="0" w:tplc="4F2CBF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5CB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904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A83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9CD2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C694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788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5AA7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4887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7" w15:restartNumberingAfterBreak="0">
    <w:nsid w:val="2E7322BE"/>
    <w:multiLevelType w:val="hybridMultilevel"/>
    <w:tmpl w:val="3B1CF568"/>
    <w:lvl w:ilvl="0" w:tplc="59CC58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7E8F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F87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0A8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ACE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F4B1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F04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0CC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8" w15:restartNumberingAfterBreak="0">
    <w:nsid w:val="2EC1563E"/>
    <w:multiLevelType w:val="hybridMultilevel"/>
    <w:tmpl w:val="B936BEB4"/>
    <w:lvl w:ilvl="0" w:tplc="A72A8B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BA78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8A1F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143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8CA9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56C6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746F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25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A01C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9" w15:restartNumberingAfterBreak="0">
    <w:nsid w:val="2F1627F1"/>
    <w:multiLevelType w:val="hybridMultilevel"/>
    <w:tmpl w:val="0F800ABC"/>
    <w:lvl w:ilvl="0" w:tplc="1F66D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32A86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F38846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7F183E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37C43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8EBC6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8683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2C16C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305224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70" w15:restartNumberingAfterBreak="0">
    <w:nsid w:val="2FA930D4"/>
    <w:multiLevelType w:val="hybridMultilevel"/>
    <w:tmpl w:val="07FA8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12F1004"/>
    <w:multiLevelType w:val="hybridMultilevel"/>
    <w:tmpl w:val="2C3A11E8"/>
    <w:lvl w:ilvl="0" w:tplc="59381C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DA75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F05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242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F25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80C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E0B4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42C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C2E3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2" w15:restartNumberingAfterBreak="0">
    <w:nsid w:val="33E5261F"/>
    <w:multiLevelType w:val="hybridMultilevel"/>
    <w:tmpl w:val="50E61B78"/>
    <w:lvl w:ilvl="0" w:tplc="43440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4231C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4E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D4C6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6269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50C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29E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245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10B5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3" w15:restartNumberingAfterBreak="0">
    <w:nsid w:val="34322393"/>
    <w:multiLevelType w:val="hybridMultilevel"/>
    <w:tmpl w:val="CB9A8842"/>
    <w:lvl w:ilvl="0" w:tplc="C5945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0AFE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46B5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762C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8661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F4C3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3CA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18AB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BA8D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4" w15:restartNumberingAfterBreak="0">
    <w:nsid w:val="34492261"/>
    <w:multiLevelType w:val="hybridMultilevel"/>
    <w:tmpl w:val="41CEF7B4"/>
    <w:lvl w:ilvl="0" w:tplc="37201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682F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9662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6C11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126F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10C9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2884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BED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5" w15:restartNumberingAfterBreak="0">
    <w:nsid w:val="34DC0A1E"/>
    <w:multiLevelType w:val="hybridMultilevel"/>
    <w:tmpl w:val="B5565736"/>
    <w:lvl w:ilvl="0" w:tplc="1E8C68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D4DF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5481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208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14ED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18DC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D0B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3446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C0D5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34F60168"/>
    <w:multiLevelType w:val="hybridMultilevel"/>
    <w:tmpl w:val="463CEB32"/>
    <w:lvl w:ilvl="0" w:tplc="7DEEBA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16C5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82AD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8A2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A04A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A2D7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ECFB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54D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BCD5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7" w15:restartNumberingAfterBreak="0">
    <w:nsid w:val="376F611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8" w15:restartNumberingAfterBreak="0">
    <w:nsid w:val="37DF2320"/>
    <w:multiLevelType w:val="hybridMultilevel"/>
    <w:tmpl w:val="6C9CFEEC"/>
    <w:lvl w:ilvl="0" w:tplc="54220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42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46A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AF9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2AC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0820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487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24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941E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384A2C8C"/>
    <w:multiLevelType w:val="hybridMultilevel"/>
    <w:tmpl w:val="872AC2B6"/>
    <w:lvl w:ilvl="0" w:tplc="4D30A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2662EB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63866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5E36D7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007258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D5D016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147077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12360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AF26C4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0" w15:restartNumberingAfterBreak="0">
    <w:nsid w:val="3B7D57BA"/>
    <w:multiLevelType w:val="hybridMultilevel"/>
    <w:tmpl w:val="926E3202"/>
    <w:lvl w:ilvl="0" w:tplc="DDCEA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24CA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28D7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2C8B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9CF7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4AA0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808C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68C4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1627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D022A64"/>
    <w:multiLevelType w:val="hybridMultilevel"/>
    <w:tmpl w:val="0BB0C322"/>
    <w:lvl w:ilvl="0" w:tplc="77A2DF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66D8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9601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84B6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6E98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E85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54F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1A5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B4D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2" w15:restartNumberingAfterBreak="0">
    <w:nsid w:val="422419E7"/>
    <w:multiLevelType w:val="hybridMultilevel"/>
    <w:tmpl w:val="C2409E0A"/>
    <w:lvl w:ilvl="0" w:tplc="728C0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92B2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BC8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22A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963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0E3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B878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221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CC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3" w15:restartNumberingAfterBreak="0">
    <w:nsid w:val="42DB01B9"/>
    <w:multiLevelType w:val="hybridMultilevel"/>
    <w:tmpl w:val="70CE1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4216E56"/>
    <w:multiLevelType w:val="hybridMultilevel"/>
    <w:tmpl w:val="69B0E686"/>
    <w:lvl w:ilvl="0" w:tplc="5A3E70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222E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565D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68C2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70A7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1810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92B1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DA33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86E7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5" w15:restartNumberingAfterBreak="0">
    <w:nsid w:val="44860A4A"/>
    <w:multiLevelType w:val="hybridMultilevel"/>
    <w:tmpl w:val="CBCE2102"/>
    <w:lvl w:ilvl="0" w:tplc="A07AF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C41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529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121B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32E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4E9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D4E1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761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E43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6" w15:restartNumberingAfterBreak="0">
    <w:nsid w:val="449B25A0"/>
    <w:multiLevelType w:val="hybridMultilevel"/>
    <w:tmpl w:val="3B1E37D8"/>
    <w:lvl w:ilvl="0" w:tplc="DB028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EA1FFE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38A9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3063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2AE6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A498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62D0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2AD9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385D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7" w15:restartNumberingAfterBreak="0">
    <w:nsid w:val="46892A08"/>
    <w:multiLevelType w:val="hybridMultilevel"/>
    <w:tmpl w:val="6F462D2E"/>
    <w:lvl w:ilvl="0" w:tplc="BD4CB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D816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E2DB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545C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465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78F1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AED3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98EB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0AC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8" w15:restartNumberingAfterBreak="0">
    <w:nsid w:val="478571C8"/>
    <w:multiLevelType w:val="hybridMultilevel"/>
    <w:tmpl w:val="9008F096"/>
    <w:lvl w:ilvl="0" w:tplc="4DAE76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D824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EA1D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3A71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AE97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D8D3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A2BA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FCC2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EA90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9" w15:restartNumberingAfterBreak="0">
    <w:nsid w:val="47960C69"/>
    <w:multiLevelType w:val="hybridMultilevel"/>
    <w:tmpl w:val="A4CCA21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0" w15:restartNumberingAfterBreak="0">
    <w:nsid w:val="48D60C0B"/>
    <w:multiLevelType w:val="hybridMultilevel"/>
    <w:tmpl w:val="490EF4AC"/>
    <w:lvl w:ilvl="0" w:tplc="083A19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2C5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7882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8A5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64F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6C8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8AC1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8C91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165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1" w15:restartNumberingAfterBreak="0">
    <w:nsid w:val="490C2479"/>
    <w:multiLevelType w:val="hybridMultilevel"/>
    <w:tmpl w:val="C07270AA"/>
    <w:lvl w:ilvl="0" w:tplc="8CCA92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CA83F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141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9461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FA1D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7A78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C013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9656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9060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2" w15:restartNumberingAfterBreak="0">
    <w:nsid w:val="49562A2F"/>
    <w:multiLevelType w:val="hybridMultilevel"/>
    <w:tmpl w:val="5AFAB618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3" w15:restartNumberingAfterBreak="0">
    <w:nsid w:val="499F2D13"/>
    <w:multiLevelType w:val="hybridMultilevel"/>
    <w:tmpl w:val="C938F40E"/>
    <w:lvl w:ilvl="0" w:tplc="3C98EA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3E6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D883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0650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C0F2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0C30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EAE9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AEF5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521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4" w15:restartNumberingAfterBreak="0">
    <w:nsid w:val="49EA4D10"/>
    <w:multiLevelType w:val="hybridMultilevel"/>
    <w:tmpl w:val="436AB566"/>
    <w:lvl w:ilvl="0" w:tplc="A13E79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E854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EEB2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90D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66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261E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CC09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2A9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0865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4A6189D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6" w15:restartNumberingAfterBreak="0">
    <w:nsid w:val="4A7232BC"/>
    <w:multiLevelType w:val="hybridMultilevel"/>
    <w:tmpl w:val="1DDE43C2"/>
    <w:lvl w:ilvl="0" w:tplc="F4AE5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66BE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92FF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F467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040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C4E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1E94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3825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367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7" w15:restartNumberingAfterBreak="0">
    <w:nsid w:val="4A9C75A9"/>
    <w:multiLevelType w:val="hybridMultilevel"/>
    <w:tmpl w:val="65E445D6"/>
    <w:lvl w:ilvl="0" w:tplc="9BB61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504F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328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4E5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683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506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742F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129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D0B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8" w15:restartNumberingAfterBreak="0">
    <w:nsid w:val="4BAE0A5E"/>
    <w:multiLevelType w:val="hybridMultilevel"/>
    <w:tmpl w:val="C6A07DDE"/>
    <w:lvl w:ilvl="0" w:tplc="38929A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40F2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1A28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821F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94E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AC9C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14A5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424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72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9" w15:restartNumberingAfterBreak="0">
    <w:nsid w:val="4BCE5CBC"/>
    <w:multiLevelType w:val="hybridMultilevel"/>
    <w:tmpl w:val="CECE32CE"/>
    <w:lvl w:ilvl="0" w:tplc="6F7682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92E277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900800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087017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E39450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971C76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80804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A776E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4B3A5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00" w15:restartNumberingAfterBreak="0">
    <w:nsid w:val="4CD97693"/>
    <w:multiLevelType w:val="hybridMultilevel"/>
    <w:tmpl w:val="53EA8E04"/>
    <w:lvl w:ilvl="0" w:tplc="91446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1093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84CB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E4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C8D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38B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E84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222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1E27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1" w15:restartNumberingAfterBreak="0">
    <w:nsid w:val="4CF0455D"/>
    <w:multiLevelType w:val="hybridMultilevel"/>
    <w:tmpl w:val="793668C8"/>
    <w:lvl w:ilvl="0" w:tplc="572ED4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D626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94CC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54A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36E2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9660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5601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9811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448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2" w15:restartNumberingAfterBreak="0">
    <w:nsid w:val="4F274DC2"/>
    <w:multiLevelType w:val="hybridMultilevel"/>
    <w:tmpl w:val="C6B21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174394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4" w15:restartNumberingAfterBreak="0">
    <w:nsid w:val="521C458F"/>
    <w:multiLevelType w:val="hybridMultilevel"/>
    <w:tmpl w:val="947002D4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5" w15:restartNumberingAfterBreak="0">
    <w:nsid w:val="539950C9"/>
    <w:multiLevelType w:val="hybridMultilevel"/>
    <w:tmpl w:val="068C70BE"/>
    <w:lvl w:ilvl="0" w:tplc="B476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72BC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60BE2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C07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360F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29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8A3D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223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9A4A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6" w15:restartNumberingAfterBreak="0">
    <w:nsid w:val="53E960B7"/>
    <w:multiLevelType w:val="hybridMultilevel"/>
    <w:tmpl w:val="EE86404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7" w15:restartNumberingAfterBreak="0">
    <w:nsid w:val="53EF38FB"/>
    <w:multiLevelType w:val="hybridMultilevel"/>
    <w:tmpl w:val="58588614"/>
    <w:lvl w:ilvl="0" w:tplc="44BE9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34D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26EA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4E23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A435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A41F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B292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1E7D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76F5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4E9468E"/>
    <w:multiLevelType w:val="hybridMultilevel"/>
    <w:tmpl w:val="0CD23F0E"/>
    <w:lvl w:ilvl="0" w:tplc="58AAF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DEBE5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AE26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F69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3253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96D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3824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D228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E3A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9" w15:restartNumberingAfterBreak="0">
    <w:nsid w:val="55252F9C"/>
    <w:multiLevelType w:val="hybridMultilevel"/>
    <w:tmpl w:val="47AE6FAA"/>
    <w:lvl w:ilvl="0" w:tplc="4BE645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31C8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295E78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6429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B1D4B4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3B56D8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5A2009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FAB22B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E8441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10" w15:restartNumberingAfterBreak="0">
    <w:nsid w:val="55A845A2"/>
    <w:multiLevelType w:val="hybridMultilevel"/>
    <w:tmpl w:val="526A3884"/>
    <w:lvl w:ilvl="0" w:tplc="91004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1C65C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74BE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40E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627A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4EFB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0A60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74D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684C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1" w15:restartNumberingAfterBreak="0">
    <w:nsid w:val="55C51C9B"/>
    <w:multiLevelType w:val="hybridMultilevel"/>
    <w:tmpl w:val="1B8C3B9E"/>
    <w:lvl w:ilvl="0" w:tplc="90767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C254A2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2FDEB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E1D07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D752F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DBE6C7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85A5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FEA481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B622E5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12" w15:restartNumberingAfterBreak="0">
    <w:nsid w:val="5629306D"/>
    <w:multiLevelType w:val="hybridMultilevel"/>
    <w:tmpl w:val="F88A6278"/>
    <w:lvl w:ilvl="0" w:tplc="EC4E0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A20F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1068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BA6D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CC2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5AF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D4EE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6C0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789E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3" w15:restartNumberingAfterBreak="0">
    <w:nsid w:val="582709E0"/>
    <w:multiLevelType w:val="hybridMultilevel"/>
    <w:tmpl w:val="109804C2"/>
    <w:lvl w:ilvl="0" w:tplc="BF8031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A086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1CA06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383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B6E8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88C7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AA04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605D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C4D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8E92872"/>
    <w:multiLevelType w:val="hybridMultilevel"/>
    <w:tmpl w:val="B99AD9F8"/>
    <w:lvl w:ilvl="0" w:tplc="A70AB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F2C8A3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46302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AE9AF9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3C8D6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74CC4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A56EF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DCBC9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0086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15" w15:restartNumberingAfterBreak="0">
    <w:nsid w:val="5A4D74EF"/>
    <w:multiLevelType w:val="hybridMultilevel"/>
    <w:tmpl w:val="910E51F0"/>
    <w:lvl w:ilvl="0" w:tplc="F64A1F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3C9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72E5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CEC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162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605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225D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708C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3A3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6" w15:restartNumberingAfterBreak="0">
    <w:nsid w:val="5AC20BE7"/>
    <w:multiLevelType w:val="hybridMultilevel"/>
    <w:tmpl w:val="9CD64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B3679BA"/>
    <w:multiLevelType w:val="hybridMultilevel"/>
    <w:tmpl w:val="681C9218"/>
    <w:lvl w:ilvl="0" w:tplc="182E1F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26ADD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866D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1C2C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26F1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D0BA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0A48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CEFC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BE9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8" w15:restartNumberingAfterBreak="0">
    <w:nsid w:val="5BC01903"/>
    <w:multiLevelType w:val="hybridMultilevel"/>
    <w:tmpl w:val="911429B0"/>
    <w:lvl w:ilvl="0" w:tplc="8AB6D0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FC5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809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642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FCB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CAC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F05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04F1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9A4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9" w15:restartNumberingAfterBreak="0">
    <w:nsid w:val="5BC7357F"/>
    <w:multiLevelType w:val="hybridMultilevel"/>
    <w:tmpl w:val="106A01EA"/>
    <w:lvl w:ilvl="0" w:tplc="AEE87C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FEDC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864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203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D063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F864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9C27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7AF7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3EB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0" w15:restartNumberingAfterBreak="0">
    <w:nsid w:val="5C5E3A90"/>
    <w:multiLevelType w:val="hybridMultilevel"/>
    <w:tmpl w:val="E9FE538E"/>
    <w:lvl w:ilvl="0" w:tplc="CFE2C3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422B1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A466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E34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64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96F8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4E2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EC3E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844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1" w15:restartNumberingAfterBreak="0">
    <w:nsid w:val="5E1A68CF"/>
    <w:multiLevelType w:val="hybridMultilevel"/>
    <w:tmpl w:val="2D0694BA"/>
    <w:lvl w:ilvl="0" w:tplc="485C7D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E0171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C22DE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3AF02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F24D0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D8576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3E8B6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B4F31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1CF9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2" w15:restartNumberingAfterBreak="0">
    <w:nsid w:val="5E250EDA"/>
    <w:multiLevelType w:val="hybridMultilevel"/>
    <w:tmpl w:val="04208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E7216A3"/>
    <w:multiLevelType w:val="hybridMultilevel"/>
    <w:tmpl w:val="61264FBC"/>
    <w:lvl w:ilvl="0" w:tplc="3D381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46F0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105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6C4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0892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9809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67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50E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2C5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4" w15:restartNumberingAfterBreak="0">
    <w:nsid w:val="5F564024"/>
    <w:multiLevelType w:val="hybridMultilevel"/>
    <w:tmpl w:val="B9D82214"/>
    <w:lvl w:ilvl="0" w:tplc="CD863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DEDC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7AA7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A265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6E53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0C06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062A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C8E5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9C35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022513E"/>
    <w:multiLevelType w:val="hybridMultilevel"/>
    <w:tmpl w:val="E9D8BCCC"/>
    <w:lvl w:ilvl="0" w:tplc="5FB2B2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AEA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AAF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6C2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9C0E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344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A8B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90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F60A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6" w15:restartNumberingAfterBreak="0">
    <w:nsid w:val="60AC62A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7" w15:restartNumberingAfterBreak="0">
    <w:nsid w:val="61D72DC2"/>
    <w:multiLevelType w:val="hybridMultilevel"/>
    <w:tmpl w:val="FAC872E4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8" w15:restartNumberingAfterBreak="0">
    <w:nsid w:val="62953ECB"/>
    <w:multiLevelType w:val="hybridMultilevel"/>
    <w:tmpl w:val="65EA4D48"/>
    <w:lvl w:ilvl="0" w:tplc="2542DD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BA2D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DACA1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10C6E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B76084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43428D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F4E1C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BB89E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E1D2B5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29" w15:restartNumberingAfterBreak="0">
    <w:nsid w:val="6343524E"/>
    <w:multiLevelType w:val="hybridMultilevel"/>
    <w:tmpl w:val="A31AC334"/>
    <w:lvl w:ilvl="0" w:tplc="586446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067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66A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2C2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241D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7C5B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5A0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A03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A82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0" w15:restartNumberingAfterBreak="0">
    <w:nsid w:val="636B3992"/>
    <w:multiLevelType w:val="hybridMultilevel"/>
    <w:tmpl w:val="A268F344"/>
    <w:lvl w:ilvl="0" w:tplc="0164B5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6C46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DCC4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36C6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EA7D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C865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E62C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4601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D4BE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63AD3AE1"/>
    <w:multiLevelType w:val="hybridMultilevel"/>
    <w:tmpl w:val="32DC8502"/>
    <w:lvl w:ilvl="0" w:tplc="0A862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22EB5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E630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0ADB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624B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96AC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9CE4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68B4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5E76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2" w15:restartNumberingAfterBreak="0">
    <w:nsid w:val="6408A47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3" w15:restartNumberingAfterBreak="0">
    <w:nsid w:val="644444A6"/>
    <w:multiLevelType w:val="hybridMultilevel"/>
    <w:tmpl w:val="9C56FB18"/>
    <w:lvl w:ilvl="0" w:tplc="8DDCA2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C651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6EF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4621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A4F6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C2E0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181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BAFF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68F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4" w15:restartNumberingAfterBreak="0">
    <w:nsid w:val="6536243E"/>
    <w:multiLevelType w:val="hybridMultilevel"/>
    <w:tmpl w:val="3D28AF1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5" w15:restartNumberingAfterBreak="0">
    <w:nsid w:val="65DA16CF"/>
    <w:multiLevelType w:val="hybridMultilevel"/>
    <w:tmpl w:val="504033C2"/>
    <w:lvl w:ilvl="0" w:tplc="1A9AC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74B5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2013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0C5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70A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7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9A4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A64C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404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6" w15:restartNumberingAfterBreak="0">
    <w:nsid w:val="65F53968"/>
    <w:multiLevelType w:val="hybridMultilevel"/>
    <w:tmpl w:val="35F66590"/>
    <w:lvl w:ilvl="0" w:tplc="9EC6C1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2E7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FA20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E0BD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D298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A01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78E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0B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7894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7" w15:restartNumberingAfterBreak="0">
    <w:nsid w:val="66A46BFB"/>
    <w:multiLevelType w:val="hybridMultilevel"/>
    <w:tmpl w:val="9866EDFA"/>
    <w:lvl w:ilvl="0" w:tplc="24A411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38EF3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F458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C8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1CB7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1A1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B07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FEE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28CA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8" w15:restartNumberingAfterBreak="0">
    <w:nsid w:val="68030D99"/>
    <w:multiLevelType w:val="hybridMultilevel"/>
    <w:tmpl w:val="A5287D76"/>
    <w:lvl w:ilvl="0" w:tplc="A5C28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3C4A36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56A0A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18C22A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D13457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4218D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592C8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9C6439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65C23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39" w15:restartNumberingAfterBreak="0">
    <w:nsid w:val="68566D91"/>
    <w:multiLevelType w:val="hybridMultilevel"/>
    <w:tmpl w:val="613EF67C"/>
    <w:lvl w:ilvl="0" w:tplc="9410C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5EA8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58FC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403A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E401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FA82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DE4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6078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4452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C391511"/>
    <w:multiLevelType w:val="hybridMultilevel"/>
    <w:tmpl w:val="C0AAAF8A"/>
    <w:lvl w:ilvl="0" w:tplc="B59EF0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0817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4A83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3C54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BACF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DC6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7C7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E0C8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FCA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1" w15:restartNumberingAfterBreak="0">
    <w:nsid w:val="6C735988"/>
    <w:multiLevelType w:val="hybridMultilevel"/>
    <w:tmpl w:val="142642F8"/>
    <w:lvl w:ilvl="0" w:tplc="951A8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A044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3EEB17C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5BEA71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9829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8CB8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1C41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905C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54FF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DEC5821"/>
    <w:multiLevelType w:val="hybridMultilevel"/>
    <w:tmpl w:val="7E4CC186"/>
    <w:lvl w:ilvl="0" w:tplc="B4F6ED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646C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788F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E6D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44D4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588F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3841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1E2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B4F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3" w15:restartNumberingAfterBreak="0">
    <w:nsid w:val="6E8D55F3"/>
    <w:multiLevelType w:val="hybridMultilevel"/>
    <w:tmpl w:val="3EA82ECC"/>
    <w:lvl w:ilvl="0" w:tplc="BD448C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8C3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0A6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762D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8AE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68E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78B5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E85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1641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4" w15:restartNumberingAfterBreak="0">
    <w:nsid w:val="710F0FF5"/>
    <w:multiLevelType w:val="hybridMultilevel"/>
    <w:tmpl w:val="BD1ECDCE"/>
    <w:lvl w:ilvl="0" w:tplc="E0584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EECD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CC2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62F4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5A3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14BF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6644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484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C24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5" w15:restartNumberingAfterBreak="0">
    <w:nsid w:val="71ED6BBC"/>
    <w:multiLevelType w:val="hybridMultilevel"/>
    <w:tmpl w:val="94FCEC6E"/>
    <w:lvl w:ilvl="0" w:tplc="DB76B8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72867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63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509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0628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CC8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7C48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4C0F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0066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6" w15:restartNumberingAfterBreak="0">
    <w:nsid w:val="74693607"/>
    <w:multiLevelType w:val="hybridMultilevel"/>
    <w:tmpl w:val="E0A0DB12"/>
    <w:lvl w:ilvl="0" w:tplc="E67010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068D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9A9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D6D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300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43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FC6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4A5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DAB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7" w15:restartNumberingAfterBreak="0">
    <w:nsid w:val="753AE446"/>
    <w:multiLevelType w:val="hybridMultilevel"/>
    <w:tmpl w:val="8A64BCC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8" w15:restartNumberingAfterBreak="0">
    <w:nsid w:val="763A606F"/>
    <w:multiLevelType w:val="hybridMultilevel"/>
    <w:tmpl w:val="B78CEA9E"/>
    <w:lvl w:ilvl="0" w:tplc="7792A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747C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4E7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DC2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CAB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843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A84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7C9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1C1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9" w15:restartNumberingAfterBreak="0">
    <w:nsid w:val="7641699C"/>
    <w:multiLevelType w:val="hybridMultilevel"/>
    <w:tmpl w:val="D332BF7E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0" w15:restartNumberingAfterBreak="0">
    <w:nsid w:val="775D0936"/>
    <w:multiLevelType w:val="hybridMultilevel"/>
    <w:tmpl w:val="149CF25A"/>
    <w:lvl w:ilvl="0" w:tplc="05087A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4AAD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B27E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6278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5430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0CA9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E01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0472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4C0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1" w15:restartNumberingAfterBreak="0">
    <w:nsid w:val="776249CA"/>
    <w:multiLevelType w:val="hybridMultilevel"/>
    <w:tmpl w:val="12129714"/>
    <w:lvl w:ilvl="0" w:tplc="88F22D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5AD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0EBB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946E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E2A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0085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6A28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C44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DEBB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2" w15:restartNumberingAfterBreak="0">
    <w:nsid w:val="78F23AEE"/>
    <w:multiLevelType w:val="hybridMultilevel"/>
    <w:tmpl w:val="1A5EF656"/>
    <w:lvl w:ilvl="0" w:tplc="D1844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0CA6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C15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D629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4C9C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28ED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92B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546C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BE1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3" w15:restartNumberingAfterBreak="0">
    <w:nsid w:val="7A9275A1"/>
    <w:multiLevelType w:val="hybridMultilevel"/>
    <w:tmpl w:val="0AB03CDE"/>
    <w:lvl w:ilvl="0" w:tplc="9F423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C6B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00E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F09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266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8C9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4C5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B07E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A62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4" w15:restartNumberingAfterBreak="0">
    <w:nsid w:val="7AE90261"/>
    <w:multiLevelType w:val="hybridMultilevel"/>
    <w:tmpl w:val="D70A2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7B31575F"/>
    <w:multiLevelType w:val="hybridMultilevel"/>
    <w:tmpl w:val="42D6998A"/>
    <w:lvl w:ilvl="0" w:tplc="DEF88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3A70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0E7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EA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D67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107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ECC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BEE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36D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6" w15:restartNumberingAfterBreak="0">
    <w:nsid w:val="7C0A5CD9"/>
    <w:multiLevelType w:val="hybridMultilevel"/>
    <w:tmpl w:val="2910B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7E320E29"/>
    <w:multiLevelType w:val="hybridMultilevel"/>
    <w:tmpl w:val="B6D0CAEA"/>
    <w:lvl w:ilvl="0" w:tplc="1A8A7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183F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10D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AF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FA2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F6A2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6253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8E8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B87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8" w15:restartNumberingAfterBreak="0">
    <w:nsid w:val="7E636078"/>
    <w:multiLevelType w:val="hybridMultilevel"/>
    <w:tmpl w:val="41F6D438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9" w15:restartNumberingAfterBreak="0">
    <w:nsid w:val="7ED337C5"/>
    <w:multiLevelType w:val="hybridMultilevel"/>
    <w:tmpl w:val="80F852C8"/>
    <w:lvl w:ilvl="0" w:tplc="12F23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2051E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20D5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DEC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427E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B691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964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28C1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166B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0" w15:restartNumberingAfterBreak="0">
    <w:nsid w:val="7F287EF6"/>
    <w:multiLevelType w:val="hybridMultilevel"/>
    <w:tmpl w:val="F44C9ABC"/>
    <w:lvl w:ilvl="0" w:tplc="BA20F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A63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BA15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C49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54C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AC2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0AC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64C6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C487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29933249">
    <w:abstractNumId w:val="18"/>
  </w:num>
  <w:num w:numId="2" w16cid:durableId="190150936">
    <w:abstractNumId w:val="16"/>
  </w:num>
  <w:num w:numId="3" w16cid:durableId="1730180316">
    <w:abstractNumId w:val="15"/>
  </w:num>
  <w:num w:numId="4" w16cid:durableId="191113245">
    <w:abstractNumId w:val="14"/>
  </w:num>
  <w:num w:numId="5" w16cid:durableId="1460759836">
    <w:abstractNumId w:val="17"/>
  </w:num>
  <w:num w:numId="6" w16cid:durableId="417213738">
    <w:abstractNumId w:val="13"/>
  </w:num>
  <w:num w:numId="7" w16cid:durableId="1298874023">
    <w:abstractNumId w:val="12"/>
  </w:num>
  <w:num w:numId="8" w16cid:durableId="341319535">
    <w:abstractNumId w:val="11"/>
  </w:num>
  <w:num w:numId="9" w16cid:durableId="1612275897">
    <w:abstractNumId w:val="10"/>
  </w:num>
  <w:num w:numId="10" w16cid:durableId="208952878">
    <w:abstractNumId w:val="122"/>
  </w:num>
  <w:num w:numId="11" w16cid:durableId="550307768">
    <w:abstractNumId w:val="118"/>
  </w:num>
  <w:num w:numId="12" w16cid:durableId="1776825526">
    <w:abstractNumId w:val="135"/>
  </w:num>
  <w:num w:numId="13" w16cid:durableId="388529524">
    <w:abstractNumId w:val="155"/>
  </w:num>
  <w:num w:numId="14" w16cid:durableId="1173030325">
    <w:abstractNumId w:val="148"/>
  </w:num>
  <w:num w:numId="15" w16cid:durableId="202791887">
    <w:abstractNumId w:val="125"/>
  </w:num>
  <w:num w:numId="16" w16cid:durableId="707028166">
    <w:abstractNumId w:val="67"/>
  </w:num>
  <w:num w:numId="17" w16cid:durableId="103235695">
    <w:abstractNumId w:val="85"/>
  </w:num>
  <w:num w:numId="18" w16cid:durableId="878125800">
    <w:abstractNumId w:val="30"/>
  </w:num>
  <w:num w:numId="19" w16cid:durableId="436680894">
    <w:abstractNumId w:val="19"/>
  </w:num>
  <w:num w:numId="20" w16cid:durableId="1159273307">
    <w:abstractNumId w:val="49"/>
  </w:num>
  <w:num w:numId="21" w16cid:durableId="1594314224">
    <w:abstractNumId w:val="0"/>
  </w:num>
  <w:num w:numId="22" w16cid:durableId="714887870">
    <w:abstractNumId w:val="28"/>
  </w:num>
  <w:num w:numId="23" w16cid:durableId="1757557034">
    <w:abstractNumId w:val="95"/>
  </w:num>
  <w:num w:numId="24" w16cid:durableId="1428649758">
    <w:abstractNumId w:val="154"/>
  </w:num>
  <w:num w:numId="25" w16cid:durableId="52430801">
    <w:abstractNumId w:val="59"/>
  </w:num>
  <w:num w:numId="26" w16cid:durableId="530187773">
    <w:abstractNumId w:val="5"/>
  </w:num>
  <w:num w:numId="27" w16cid:durableId="484275213">
    <w:abstractNumId w:val="106"/>
  </w:num>
  <w:num w:numId="28" w16cid:durableId="234899868">
    <w:abstractNumId w:val="134"/>
  </w:num>
  <w:num w:numId="29" w16cid:durableId="1613516776">
    <w:abstractNumId w:val="3"/>
  </w:num>
  <w:num w:numId="30" w16cid:durableId="801652438">
    <w:abstractNumId w:val="127"/>
  </w:num>
  <w:num w:numId="31" w16cid:durableId="1875925765">
    <w:abstractNumId w:val="4"/>
  </w:num>
  <w:num w:numId="32" w16cid:durableId="379088894">
    <w:abstractNumId w:val="31"/>
  </w:num>
  <w:num w:numId="33" w16cid:durableId="1439445479">
    <w:abstractNumId w:val="132"/>
  </w:num>
  <w:num w:numId="34" w16cid:durableId="1508137951">
    <w:abstractNumId w:val="89"/>
  </w:num>
  <w:num w:numId="35" w16cid:durableId="1757700926">
    <w:abstractNumId w:val="147"/>
  </w:num>
  <w:num w:numId="36" w16cid:durableId="2115898857">
    <w:abstractNumId w:val="103"/>
  </w:num>
  <w:num w:numId="37" w16cid:durableId="1209609066">
    <w:abstractNumId w:val="18"/>
  </w:num>
  <w:num w:numId="38" w16cid:durableId="704912057">
    <w:abstractNumId w:val="6"/>
  </w:num>
  <w:num w:numId="39" w16cid:durableId="1760826672">
    <w:abstractNumId w:val="77"/>
  </w:num>
  <w:num w:numId="40" w16cid:durableId="1106733937">
    <w:abstractNumId w:val="18"/>
  </w:num>
  <w:num w:numId="41" w16cid:durableId="1059979673">
    <w:abstractNumId w:val="71"/>
  </w:num>
  <w:num w:numId="42" w16cid:durableId="1997413966">
    <w:abstractNumId w:val="25"/>
  </w:num>
  <w:num w:numId="43" w16cid:durableId="969673912">
    <w:abstractNumId w:val="41"/>
  </w:num>
  <w:num w:numId="44" w16cid:durableId="1771852876">
    <w:abstractNumId w:val="51"/>
  </w:num>
  <w:num w:numId="45" w16cid:durableId="109595182">
    <w:abstractNumId w:val="121"/>
  </w:num>
  <w:num w:numId="46" w16cid:durableId="1873641173">
    <w:abstractNumId w:val="146"/>
  </w:num>
  <w:num w:numId="47" w16cid:durableId="1329749608">
    <w:abstractNumId w:val="50"/>
  </w:num>
  <w:num w:numId="48" w16cid:durableId="926381102">
    <w:abstractNumId w:val="153"/>
  </w:num>
  <w:num w:numId="49" w16cid:durableId="1149202448">
    <w:abstractNumId w:val="45"/>
  </w:num>
  <w:num w:numId="50" w16cid:durableId="211885428">
    <w:abstractNumId w:val="160"/>
  </w:num>
  <w:num w:numId="51" w16cid:durableId="995259341">
    <w:abstractNumId w:val="54"/>
  </w:num>
  <w:num w:numId="52" w16cid:durableId="597299278">
    <w:abstractNumId w:val="83"/>
  </w:num>
  <w:num w:numId="53" w16cid:durableId="234515875">
    <w:abstractNumId w:val="144"/>
  </w:num>
  <w:num w:numId="54" w16cid:durableId="44762348">
    <w:abstractNumId w:val="36"/>
  </w:num>
  <w:num w:numId="55" w16cid:durableId="1422945102">
    <w:abstractNumId w:val="105"/>
  </w:num>
  <w:num w:numId="56" w16cid:durableId="1758164926">
    <w:abstractNumId w:val="157"/>
  </w:num>
  <w:num w:numId="57" w16cid:durableId="1515680828">
    <w:abstractNumId w:val="143"/>
  </w:num>
  <w:num w:numId="58" w16cid:durableId="1435903857">
    <w:abstractNumId w:val="23"/>
  </w:num>
  <w:num w:numId="59" w16cid:durableId="77868439">
    <w:abstractNumId w:val="72"/>
  </w:num>
  <w:num w:numId="60" w16cid:durableId="2146121768">
    <w:abstractNumId w:val="24"/>
  </w:num>
  <w:num w:numId="61" w16cid:durableId="1407150118">
    <w:abstractNumId w:val="44"/>
  </w:num>
  <w:num w:numId="62" w16cid:durableId="1662656698">
    <w:abstractNumId w:val="100"/>
  </w:num>
  <w:num w:numId="63" w16cid:durableId="2024042536">
    <w:abstractNumId w:val="94"/>
  </w:num>
  <w:num w:numId="64" w16cid:durableId="639261230">
    <w:abstractNumId w:val="123"/>
  </w:num>
  <w:num w:numId="65" w16cid:durableId="1593079029">
    <w:abstractNumId w:val="70"/>
  </w:num>
  <w:num w:numId="66" w16cid:durableId="1535731146">
    <w:abstractNumId w:val="8"/>
  </w:num>
  <w:num w:numId="67" w16cid:durableId="529419362">
    <w:abstractNumId w:val="158"/>
  </w:num>
  <w:num w:numId="68" w16cid:durableId="1985574332">
    <w:abstractNumId w:val="42"/>
  </w:num>
  <w:num w:numId="69" w16cid:durableId="1247880266">
    <w:abstractNumId w:val="116"/>
  </w:num>
  <w:num w:numId="70" w16cid:durableId="457798049">
    <w:abstractNumId w:val="7"/>
  </w:num>
  <w:num w:numId="71" w16cid:durableId="37173711">
    <w:abstractNumId w:val="156"/>
  </w:num>
  <w:num w:numId="72" w16cid:durableId="811675214">
    <w:abstractNumId w:val="126"/>
  </w:num>
  <w:num w:numId="73" w16cid:durableId="893780168">
    <w:abstractNumId w:val="46"/>
  </w:num>
  <w:num w:numId="74" w16cid:durableId="1132939658">
    <w:abstractNumId w:val="149"/>
  </w:num>
  <w:num w:numId="75" w16cid:durableId="300502642">
    <w:abstractNumId w:val="92"/>
  </w:num>
  <w:num w:numId="76" w16cid:durableId="1761415111">
    <w:abstractNumId w:val="2"/>
  </w:num>
  <w:num w:numId="77" w16cid:durableId="821116576">
    <w:abstractNumId w:val="104"/>
  </w:num>
  <w:num w:numId="78" w16cid:durableId="1550343037">
    <w:abstractNumId w:val="18"/>
  </w:num>
  <w:num w:numId="79" w16cid:durableId="1958372851">
    <w:abstractNumId w:val="18"/>
  </w:num>
  <w:num w:numId="80" w16cid:durableId="2066247139">
    <w:abstractNumId w:val="18"/>
  </w:num>
  <w:num w:numId="81" w16cid:durableId="113063741">
    <w:abstractNumId w:val="18"/>
  </w:num>
  <w:num w:numId="82" w16cid:durableId="25185011">
    <w:abstractNumId w:val="9"/>
  </w:num>
  <w:num w:numId="83" w16cid:durableId="22175892">
    <w:abstractNumId w:val="102"/>
  </w:num>
  <w:num w:numId="84" w16cid:durableId="2108228530">
    <w:abstractNumId w:val="18"/>
  </w:num>
  <w:num w:numId="85" w16cid:durableId="634915267">
    <w:abstractNumId w:val="38"/>
  </w:num>
  <w:num w:numId="86" w16cid:durableId="1832135699">
    <w:abstractNumId w:val="82"/>
  </w:num>
  <w:num w:numId="87" w16cid:durableId="18355130">
    <w:abstractNumId w:val="61"/>
  </w:num>
  <w:num w:numId="88" w16cid:durableId="7417778">
    <w:abstractNumId w:val="21"/>
  </w:num>
  <w:num w:numId="89" w16cid:durableId="1352536186">
    <w:abstractNumId w:val="137"/>
  </w:num>
  <w:num w:numId="90" w16cid:durableId="1886913845">
    <w:abstractNumId w:val="78"/>
  </w:num>
  <w:num w:numId="91" w16cid:durableId="1473520098">
    <w:abstractNumId w:val="29"/>
  </w:num>
  <w:num w:numId="92" w16cid:durableId="2105417168">
    <w:abstractNumId w:val="43"/>
  </w:num>
  <w:num w:numId="93" w16cid:durableId="151987480">
    <w:abstractNumId w:val="62"/>
  </w:num>
  <w:num w:numId="94" w16cid:durableId="1467891468">
    <w:abstractNumId w:val="98"/>
  </w:num>
  <w:num w:numId="95" w16cid:durableId="106393878">
    <w:abstractNumId w:val="22"/>
  </w:num>
  <w:num w:numId="96" w16cid:durableId="224606778">
    <w:abstractNumId w:val="57"/>
  </w:num>
  <w:num w:numId="97" w16cid:durableId="151608356">
    <w:abstractNumId w:val="115"/>
  </w:num>
  <w:num w:numId="98" w16cid:durableId="1942835443">
    <w:abstractNumId w:val="97"/>
  </w:num>
  <w:num w:numId="99" w16cid:durableId="442767664">
    <w:abstractNumId w:val="107"/>
  </w:num>
  <w:num w:numId="100" w16cid:durableId="1290209634">
    <w:abstractNumId w:val="86"/>
  </w:num>
  <w:num w:numId="101" w16cid:durableId="535119312">
    <w:abstractNumId w:val="113"/>
  </w:num>
  <w:num w:numId="102" w16cid:durableId="953633203">
    <w:abstractNumId w:val="52"/>
  </w:num>
  <w:num w:numId="103" w16cid:durableId="1675768110">
    <w:abstractNumId w:val="139"/>
  </w:num>
  <w:num w:numId="104" w16cid:durableId="1000693734">
    <w:abstractNumId w:val="141"/>
  </w:num>
  <w:num w:numId="105" w16cid:durableId="550071900">
    <w:abstractNumId w:val="124"/>
  </w:num>
  <w:num w:numId="106" w16cid:durableId="1741438459">
    <w:abstractNumId w:val="130"/>
  </w:num>
  <w:num w:numId="107" w16cid:durableId="127363251">
    <w:abstractNumId w:val="37"/>
  </w:num>
  <w:num w:numId="108" w16cid:durableId="285358601">
    <w:abstractNumId w:val="20"/>
  </w:num>
  <w:num w:numId="109" w16cid:durableId="1541044494">
    <w:abstractNumId w:val="27"/>
  </w:num>
  <w:num w:numId="110" w16cid:durableId="1362902409">
    <w:abstractNumId w:val="34"/>
  </w:num>
  <w:num w:numId="111" w16cid:durableId="328749082">
    <w:abstractNumId w:val="138"/>
  </w:num>
  <w:num w:numId="112" w16cid:durableId="1775900695">
    <w:abstractNumId w:val="63"/>
  </w:num>
  <w:num w:numId="113" w16cid:durableId="257566498">
    <w:abstractNumId w:val="79"/>
  </w:num>
  <w:num w:numId="114" w16cid:durableId="1283921994">
    <w:abstractNumId w:val="53"/>
  </w:num>
  <w:num w:numId="115" w16cid:durableId="760493699">
    <w:abstractNumId w:val="128"/>
  </w:num>
  <w:num w:numId="116" w16cid:durableId="1780491402">
    <w:abstractNumId w:val="66"/>
  </w:num>
  <w:num w:numId="117" w16cid:durableId="1249735334">
    <w:abstractNumId w:val="114"/>
  </w:num>
  <w:num w:numId="118" w16cid:durableId="1304384014">
    <w:abstractNumId w:val="99"/>
  </w:num>
  <w:num w:numId="119" w16cid:durableId="132139962">
    <w:abstractNumId w:val="69"/>
  </w:num>
  <w:num w:numId="120" w16cid:durableId="601034734">
    <w:abstractNumId w:val="111"/>
  </w:num>
  <w:num w:numId="121" w16cid:durableId="1027484305">
    <w:abstractNumId w:val="109"/>
  </w:num>
  <w:num w:numId="122" w16cid:durableId="421489869">
    <w:abstractNumId w:val="145"/>
  </w:num>
  <w:num w:numId="123" w16cid:durableId="640769915">
    <w:abstractNumId w:val="76"/>
  </w:num>
  <w:num w:numId="124" w16cid:durableId="1609852443">
    <w:abstractNumId w:val="110"/>
  </w:num>
  <w:num w:numId="125" w16cid:durableId="1165826451">
    <w:abstractNumId w:val="35"/>
  </w:num>
  <w:num w:numId="126" w16cid:durableId="1175995404">
    <w:abstractNumId w:val="120"/>
  </w:num>
  <w:num w:numId="127" w16cid:durableId="890648788">
    <w:abstractNumId w:val="108"/>
  </w:num>
  <w:num w:numId="128" w16cid:durableId="1287732637">
    <w:abstractNumId w:val="18"/>
  </w:num>
  <w:num w:numId="129" w16cid:durableId="2054646915">
    <w:abstractNumId w:val="18"/>
  </w:num>
  <w:num w:numId="130" w16cid:durableId="850070538">
    <w:abstractNumId w:val="18"/>
  </w:num>
  <w:num w:numId="131" w16cid:durableId="659238395">
    <w:abstractNumId w:val="18"/>
  </w:num>
  <w:num w:numId="132" w16cid:durableId="1372028336">
    <w:abstractNumId w:val="18"/>
  </w:num>
  <w:num w:numId="133" w16cid:durableId="1814593147">
    <w:abstractNumId w:val="18"/>
  </w:num>
  <w:num w:numId="134" w16cid:durableId="1931963751">
    <w:abstractNumId w:val="75"/>
  </w:num>
  <w:num w:numId="135" w16cid:durableId="1154566240">
    <w:abstractNumId w:val="80"/>
  </w:num>
  <w:num w:numId="136" w16cid:durableId="1438325940">
    <w:abstractNumId w:val="18"/>
  </w:num>
  <w:num w:numId="137" w16cid:durableId="1915777882">
    <w:abstractNumId w:val="60"/>
  </w:num>
  <w:num w:numId="138" w16cid:durableId="2014646431">
    <w:abstractNumId w:val="1"/>
  </w:num>
  <w:num w:numId="139" w16cid:durableId="270938080">
    <w:abstractNumId w:val="65"/>
  </w:num>
  <w:num w:numId="140" w16cid:durableId="487136845">
    <w:abstractNumId w:val="142"/>
  </w:num>
  <w:num w:numId="141" w16cid:durableId="117068268">
    <w:abstractNumId w:val="96"/>
  </w:num>
  <w:num w:numId="142" w16cid:durableId="381095084">
    <w:abstractNumId w:val="112"/>
  </w:num>
  <w:num w:numId="143" w16cid:durableId="1608542927">
    <w:abstractNumId w:val="40"/>
  </w:num>
  <w:num w:numId="144" w16cid:durableId="69230578">
    <w:abstractNumId w:val="87"/>
  </w:num>
  <w:num w:numId="145" w16cid:durableId="1373769287">
    <w:abstractNumId w:val="39"/>
  </w:num>
  <w:num w:numId="146" w16cid:durableId="2048682513">
    <w:abstractNumId w:val="131"/>
  </w:num>
  <w:num w:numId="147" w16cid:durableId="2035572259">
    <w:abstractNumId w:val="90"/>
  </w:num>
  <w:num w:numId="148" w16cid:durableId="539628050">
    <w:abstractNumId w:val="26"/>
  </w:num>
  <w:num w:numId="149" w16cid:durableId="1745452054">
    <w:abstractNumId w:val="68"/>
  </w:num>
  <w:num w:numId="150" w16cid:durableId="1776290698">
    <w:abstractNumId w:val="84"/>
  </w:num>
  <w:num w:numId="151" w16cid:durableId="80225597">
    <w:abstractNumId w:val="151"/>
  </w:num>
  <w:num w:numId="152" w16cid:durableId="409499154">
    <w:abstractNumId w:val="119"/>
  </w:num>
  <w:num w:numId="153" w16cid:durableId="167447593">
    <w:abstractNumId w:val="56"/>
  </w:num>
  <w:num w:numId="154" w16cid:durableId="734864732">
    <w:abstractNumId w:val="101"/>
  </w:num>
  <w:num w:numId="155" w16cid:durableId="1551267057">
    <w:abstractNumId w:val="33"/>
  </w:num>
  <w:num w:numId="156" w16cid:durableId="520357570">
    <w:abstractNumId w:val="81"/>
  </w:num>
  <w:num w:numId="157" w16cid:durableId="739140379">
    <w:abstractNumId w:val="55"/>
  </w:num>
  <w:num w:numId="158" w16cid:durableId="1488472226">
    <w:abstractNumId w:val="48"/>
  </w:num>
  <w:num w:numId="159" w16cid:durableId="89667422">
    <w:abstractNumId w:val="140"/>
  </w:num>
  <w:num w:numId="160" w16cid:durableId="768308712">
    <w:abstractNumId w:val="47"/>
  </w:num>
  <w:num w:numId="161" w16cid:durableId="1188451344">
    <w:abstractNumId w:val="32"/>
  </w:num>
  <w:num w:numId="162" w16cid:durableId="897011633">
    <w:abstractNumId w:val="136"/>
  </w:num>
  <w:num w:numId="163" w16cid:durableId="1695688372">
    <w:abstractNumId w:val="150"/>
  </w:num>
  <w:num w:numId="164" w16cid:durableId="1599867489">
    <w:abstractNumId w:val="93"/>
  </w:num>
  <w:num w:numId="165" w16cid:durableId="1238590937">
    <w:abstractNumId w:val="117"/>
  </w:num>
  <w:num w:numId="166" w16cid:durableId="809372050">
    <w:abstractNumId w:val="152"/>
  </w:num>
  <w:num w:numId="167" w16cid:durableId="1821967247">
    <w:abstractNumId w:val="64"/>
  </w:num>
  <w:num w:numId="168" w16cid:durableId="1407723271">
    <w:abstractNumId w:val="129"/>
  </w:num>
  <w:num w:numId="169" w16cid:durableId="773402125">
    <w:abstractNumId w:val="73"/>
  </w:num>
  <w:num w:numId="170" w16cid:durableId="1988782085">
    <w:abstractNumId w:val="133"/>
  </w:num>
  <w:num w:numId="171" w16cid:durableId="1518303104">
    <w:abstractNumId w:val="88"/>
  </w:num>
  <w:num w:numId="172" w16cid:durableId="1513909452">
    <w:abstractNumId w:val="159"/>
  </w:num>
  <w:num w:numId="173" w16cid:durableId="254943854">
    <w:abstractNumId w:val="74"/>
  </w:num>
  <w:num w:numId="174" w16cid:durableId="721561221">
    <w:abstractNumId w:val="91"/>
  </w:num>
  <w:num w:numId="175" w16cid:durableId="1971129169">
    <w:abstractNumId w:val="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68A"/>
    <w:rsid w:val="00034616"/>
    <w:rsid w:val="00036FBD"/>
    <w:rsid w:val="0006063C"/>
    <w:rsid w:val="000619BF"/>
    <w:rsid w:val="0006225B"/>
    <w:rsid w:val="000758D5"/>
    <w:rsid w:val="00087D0E"/>
    <w:rsid w:val="00093B5C"/>
    <w:rsid w:val="000E70BC"/>
    <w:rsid w:val="0012082A"/>
    <w:rsid w:val="00145E71"/>
    <w:rsid w:val="0015074B"/>
    <w:rsid w:val="00173BEC"/>
    <w:rsid w:val="0018437E"/>
    <w:rsid w:val="0019279A"/>
    <w:rsid w:val="001B0BE1"/>
    <w:rsid w:val="001C4F12"/>
    <w:rsid w:val="001D1234"/>
    <w:rsid w:val="001E3CDF"/>
    <w:rsid w:val="001F7276"/>
    <w:rsid w:val="00217BAC"/>
    <w:rsid w:val="002400C8"/>
    <w:rsid w:val="00241DE1"/>
    <w:rsid w:val="00264C48"/>
    <w:rsid w:val="00267B2F"/>
    <w:rsid w:val="00273A42"/>
    <w:rsid w:val="00284AAA"/>
    <w:rsid w:val="0029639D"/>
    <w:rsid w:val="002B10D2"/>
    <w:rsid w:val="002B15C3"/>
    <w:rsid w:val="002B45F1"/>
    <w:rsid w:val="002C21E5"/>
    <w:rsid w:val="002E41DC"/>
    <w:rsid w:val="002F456D"/>
    <w:rsid w:val="00326F90"/>
    <w:rsid w:val="00332666"/>
    <w:rsid w:val="00334B79"/>
    <w:rsid w:val="00374F85"/>
    <w:rsid w:val="00385B36"/>
    <w:rsid w:val="003B78F5"/>
    <w:rsid w:val="003C3E60"/>
    <w:rsid w:val="003E5D91"/>
    <w:rsid w:val="003F1C1D"/>
    <w:rsid w:val="00407EC3"/>
    <w:rsid w:val="004243D3"/>
    <w:rsid w:val="004279A9"/>
    <w:rsid w:val="004704CA"/>
    <w:rsid w:val="00473F21"/>
    <w:rsid w:val="004A1816"/>
    <w:rsid w:val="004B1B5C"/>
    <w:rsid w:val="004B5F33"/>
    <w:rsid w:val="004C1FAD"/>
    <w:rsid w:val="004E5CD8"/>
    <w:rsid w:val="005107F0"/>
    <w:rsid w:val="005433ED"/>
    <w:rsid w:val="00571FE7"/>
    <w:rsid w:val="00586471"/>
    <w:rsid w:val="005A1A2C"/>
    <w:rsid w:val="005A7AFC"/>
    <w:rsid w:val="005E5D65"/>
    <w:rsid w:val="005F26B3"/>
    <w:rsid w:val="0061251D"/>
    <w:rsid w:val="0062034C"/>
    <w:rsid w:val="00645118"/>
    <w:rsid w:val="00692DB9"/>
    <w:rsid w:val="006B1238"/>
    <w:rsid w:val="006B1256"/>
    <w:rsid w:val="00714C01"/>
    <w:rsid w:val="00716906"/>
    <w:rsid w:val="00723A58"/>
    <w:rsid w:val="007246BD"/>
    <w:rsid w:val="00737445"/>
    <w:rsid w:val="007424D5"/>
    <w:rsid w:val="00743B64"/>
    <w:rsid w:val="00753905"/>
    <w:rsid w:val="00770C51"/>
    <w:rsid w:val="007819E9"/>
    <w:rsid w:val="00782FD7"/>
    <w:rsid w:val="00795385"/>
    <w:rsid w:val="007D6214"/>
    <w:rsid w:val="007F2AB5"/>
    <w:rsid w:val="007F3FA2"/>
    <w:rsid w:val="00827BAD"/>
    <w:rsid w:val="0083029D"/>
    <w:rsid w:val="00835A0E"/>
    <w:rsid w:val="00860C5F"/>
    <w:rsid w:val="00865AB1"/>
    <w:rsid w:val="008853FC"/>
    <w:rsid w:val="008A5905"/>
    <w:rsid w:val="008C4F7B"/>
    <w:rsid w:val="008E2444"/>
    <w:rsid w:val="008E2F8A"/>
    <w:rsid w:val="008E76F2"/>
    <w:rsid w:val="008F01A1"/>
    <w:rsid w:val="008F0862"/>
    <w:rsid w:val="008F2062"/>
    <w:rsid w:val="0090366F"/>
    <w:rsid w:val="009105E0"/>
    <w:rsid w:val="009320C4"/>
    <w:rsid w:val="009329FF"/>
    <w:rsid w:val="00960295"/>
    <w:rsid w:val="0096220F"/>
    <w:rsid w:val="009741DB"/>
    <w:rsid w:val="00983E0F"/>
    <w:rsid w:val="009A1F40"/>
    <w:rsid w:val="009A23A8"/>
    <w:rsid w:val="009D77B0"/>
    <w:rsid w:val="00A16D08"/>
    <w:rsid w:val="00A26946"/>
    <w:rsid w:val="00A36F94"/>
    <w:rsid w:val="00A55F3B"/>
    <w:rsid w:val="00A60DAF"/>
    <w:rsid w:val="00A77167"/>
    <w:rsid w:val="00A80B74"/>
    <w:rsid w:val="00A86901"/>
    <w:rsid w:val="00A97585"/>
    <w:rsid w:val="00AA1D8D"/>
    <w:rsid w:val="00AA6C1D"/>
    <w:rsid w:val="00AB7CF0"/>
    <w:rsid w:val="00AC7AE4"/>
    <w:rsid w:val="00AC7E18"/>
    <w:rsid w:val="00AE1EED"/>
    <w:rsid w:val="00AF50C2"/>
    <w:rsid w:val="00B069D3"/>
    <w:rsid w:val="00B26B24"/>
    <w:rsid w:val="00B37AD7"/>
    <w:rsid w:val="00B40685"/>
    <w:rsid w:val="00B47730"/>
    <w:rsid w:val="00B62835"/>
    <w:rsid w:val="00B87CB3"/>
    <w:rsid w:val="00B969A9"/>
    <w:rsid w:val="00B97A84"/>
    <w:rsid w:val="00BA210C"/>
    <w:rsid w:val="00BF103C"/>
    <w:rsid w:val="00C03F4E"/>
    <w:rsid w:val="00C07C7E"/>
    <w:rsid w:val="00C12B9A"/>
    <w:rsid w:val="00C32E75"/>
    <w:rsid w:val="00C52EE5"/>
    <w:rsid w:val="00C57DC3"/>
    <w:rsid w:val="00C7176A"/>
    <w:rsid w:val="00C913AC"/>
    <w:rsid w:val="00CB0664"/>
    <w:rsid w:val="00CB7D27"/>
    <w:rsid w:val="00CC202F"/>
    <w:rsid w:val="00CD4D78"/>
    <w:rsid w:val="00CE5E40"/>
    <w:rsid w:val="00D057AD"/>
    <w:rsid w:val="00D37C86"/>
    <w:rsid w:val="00D51831"/>
    <w:rsid w:val="00D65449"/>
    <w:rsid w:val="00D71A2D"/>
    <w:rsid w:val="00D73116"/>
    <w:rsid w:val="00D87E2C"/>
    <w:rsid w:val="00DB58A8"/>
    <w:rsid w:val="00DC5913"/>
    <w:rsid w:val="00DE5927"/>
    <w:rsid w:val="00E220F5"/>
    <w:rsid w:val="00E4019A"/>
    <w:rsid w:val="00E4692C"/>
    <w:rsid w:val="00E5359B"/>
    <w:rsid w:val="00E7709C"/>
    <w:rsid w:val="00E8511D"/>
    <w:rsid w:val="00E85A5E"/>
    <w:rsid w:val="00E97C2B"/>
    <w:rsid w:val="00EA58F5"/>
    <w:rsid w:val="00EB7F8C"/>
    <w:rsid w:val="00EE1B3D"/>
    <w:rsid w:val="00F25A64"/>
    <w:rsid w:val="00F51B20"/>
    <w:rsid w:val="00F64166"/>
    <w:rsid w:val="00F6491E"/>
    <w:rsid w:val="00F70BF2"/>
    <w:rsid w:val="00F80237"/>
    <w:rsid w:val="00FA717C"/>
    <w:rsid w:val="00FB3E78"/>
    <w:rsid w:val="00FB75C4"/>
    <w:rsid w:val="00FC0FD1"/>
    <w:rsid w:val="00FC2B1C"/>
    <w:rsid w:val="00FC693F"/>
    <w:rsid w:val="00FD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C7AD1D"/>
  <w14:defaultImageDpi w14:val="300"/>
  <w15:docId w15:val="{60173BD2-0F57-4F23-B35F-ABE4185D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74F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4F8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87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Default">
    <w:name w:val="Default"/>
    <w:rsid w:val="00B406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041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98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09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19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42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95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88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07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2367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490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988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419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609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326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42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17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7606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37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interagency-review-team-for-complex-cases" TargetMode="External"/><Relationship Id="rId3" Type="http://schemas.openxmlformats.org/officeDocument/2006/relationships/styles" Target="styles.xml"/><Relationship Id="rId7" Type="http://schemas.openxmlformats.org/officeDocument/2006/relationships/hyperlink" Target="https://redcap.link/EOHHS-Interagency-Review-Team-Referr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ss.gov/regulations/101-CMR-2700-interagency-review-of-complex-case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imberly.a.irving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449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19</vt:i4>
      </vt:variant>
    </vt:vector>
  </HeadingPairs>
  <TitlesOfParts>
    <vt:vector size="20" baseType="lpstr">
      <vt:lpstr/>
      <vt:lpstr>Slide 1: Special Commission on Access to Behavioral Health Services for Children</vt:lpstr>
      <vt:lpstr>Slide 2: Agenda</vt:lpstr>
      <vt:lpstr>Slide 3: Overview of Working Groups Process</vt:lpstr>
      <vt:lpstr>Slide 4: Important Reminders</vt:lpstr>
      <vt:lpstr>Slide 5: Working Group Updates</vt:lpstr>
      <vt:lpstr>Slide 6: Workgroup 1: Landscape &amp; Funding Analysis</vt:lpstr>
      <vt:lpstr>Slide 7: Workgroup 3: Single Children’s Behavioral Health Agency</vt:lpstr>
      <vt:lpstr>Slide 8: Example Final Reports</vt:lpstr>
      <vt:lpstr>Slide 9: Example Documents for Review</vt:lpstr>
      <vt:lpstr>Slide 10: Upcoming Work &amp; Schedule</vt:lpstr>
      <vt:lpstr>Slide 11: Upcoming Work &amp; Schedule</vt:lpstr>
      <vt:lpstr>Slide 12: Disciplinary Process:  Complaints arising in MA</vt:lpstr>
      <vt:lpstr>Slide 13: Disciplinary Process:  Based on actions taken by other states</vt:lpstr>
      <vt:lpstr>Slide 14: Disciplinary Process:  Based on actions taken by other states</vt:lpstr>
      <vt:lpstr>Slide 15: Disciplinary Process:  Based on actions taken by other states</vt:lpstr>
      <vt:lpstr>Slide 16: Disciplinary Process:  Based on actions taken by other states</vt:lpstr>
      <vt:lpstr>Slide 17: Disciplinary Process:  Investigations conducted across state lines</vt:lpstr>
      <vt:lpstr>Slide 18: Disciplinary Process:  Investigations conducted across state lines</vt:lpstr>
      <vt:lpstr>Slide 19: Disciplinary Process:  Investigations conducted across state lines</vt:lpstr>
    </vt:vector>
  </TitlesOfParts>
  <Manager/>
  <Company/>
  <LinksUpToDate>false</LinksUpToDate>
  <CharactersWithSpaces>3008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Cohen, Gabriel R. (EHS)</cp:lastModifiedBy>
  <cp:revision>62</cp:revision>
  <dcterms:created xsi:type="dcterms:W3CDTF">2026-02-26T14:42:00Z</dcterms:created>
  <dcterms:modified xsi:type="dcterms:W3CDTF">2026-03-18T17:25:00Z</dcterms:modified>
  <cp:category/>
</cp:coreProperties>
</file>